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32DE1" w14:textId="77777777" w:rsidR="004234EC" w:rsidRDefault="00000000">
      <w:pPr>
        <w:spacing w:after="560"/>
        <w:jc w:val="center"/>
      </w:pPr>
      <w:r>
        <w:rPr>
          <w:b/>
          <w:color w:val="1F4E78"/>
          <w:sz w:val="26"/>
        </w:rPr>
        <w:t>SZKOŁA PODSTAWOWA NR 59</w:t>
      </w:r>
      <w:r>
        <w:rPr>
          <w:b/>
          <w:color w:val="1F4E78"/>
          <w:sz w:val="26"/>
        </w:rPr>
        <w:br/>
        <w:t>IM. GEN. J. H. DĄBROWSKIEGO W POZNANIU</w:t>
      </w:r>
    </w:p>
    <w:p w14:paraId="3BB502B1" w14:textId="77777777" w:rsidR="00887362" w:rsidRDefault="00000000" w:rsidP="00887362">
      <w:pPr>
        <w:pStyle w:val="Tytu"/>
        <w:jc w:val="center"/>
        <w:rPr>
          <w:rFonts w:ascii="Garamond" w:eastAsia="Garamond" w:hAnsi="Garamond"/>
        </w:rPr>
      </w:pPr>
      <w:r>
        <w:rPr>
          <w:rFonts w:ascii="Garamond" w:eastAsia="Garamond" w:hAnsi="Garamond"/>
        </w:rPr>
        <w:t>REGULAMIN</w:t>
      </w:r>
    </w:p>
    <w:p w14:paraId="29143A84" w14:textId="3B90C3D1" w:rsidR="004234EC" w:rsidRDefault="00887362" w:rsidP="00887362">
      <w:pPr>
        <w:pStyle w:val="Tytu"/>
        <w:jc w:val="center"/>
      </w:pPr>
      <w:r>
        <w:rPr>
          <w:rFonts w:ascii="Garamond" w:eastAsia="Garamond" w:hAnsi="Garamond"/>
        </w:rPr>
        <w:t>S</w:t>
      </w:r>
      <w:r w:rsidR="00000000">
        <w:rPr>
          <w:rFonts w:ascii="Garamond" w:eastAsia="Garamond" w:hAnsi="Garamond"/>
        </w:rPr>
        <w:t>ZKOLNEGO CENTRUM WOLONTARIATU</w:t>
      </w:r>
    </w:p>
    <w:p w14:paraId="0815B3A5" w14:textId="6EC9318C" w:rsidR="004234EC" w:rsidRDefault="00000000">
      <w:pPr>
        <w:jc w:val="center"/>
      </w:pPr>
      <w:proofErr w:type="spellStart"/>
      <w:r>
        <w:rPr>
          <w:i/>
          <w:color w:val="1F4E78"/>
          <w:sz w:val="26"/>
        </w:rPr>
        <w:t>wersja</w:t>
      </w:r>
      <w:proofErr w:type="spellEnd"/>
      <w:r>
        <w:rPr>
          <w:i/>
          <w:color w:val="1F4E78"/>
          <w:sz w:val="26"/>
        </w:rPr>
        <w:t xml:space="preserve"> </w:t>
      </w:r>
      <w:proofErr w:type="spellStart"/>
      <w:r>
        <w:rPr>
          <w:i/>
          <w:color w:val="1F4E78"/>
          <w:sz w:val="26"/>
        </w:rPr>
        <w:t>ujednolicona</w:t>
      </w:r>
      <w:proofErr w:type="spellEnd"/>
      <w:r>
        <w:rPr>
          <w:i/>
          <w:color w:val="1F4E78"/>
          <w:sz w:val="26"/>
        </w:rPr>
        <w:t xml:space="preserve"> z </w:t>
      </w:r>
      <w:proofErr w:type="spellStart"/>
      <w:r>
        <w:rPr>
          <w:i/>
          <w:color w:val="1F4E78"/>
          <w:sz w:val="26"/>
        </w:rPr>
        <w:t>kompletem</w:t>
      </w:r>
      <w:proofErr w:type="spellEnd"/>
      <w:r>
        <w:rPr>
          <w:i/>
          <w:color w:val="1F4E78"/>
          <w:sz w:val="26"/>
        </w:rPr>
        <w:t xml:space="preserve"> </w:t>
      </w:r>
      <w:proofErr w:type="spellStart"/>
      <w:r>
        <w:rPr>
          <w:i/>
          <w:color w:val="1F4E78"/>
          <w:sz w:val="26"/>
        </w:rPr>
        <w:t>dokumentacji</w:t>
      </w:r>
      <w:proofErr w:type="spellEnd"/>
    </w:p>
    <w:p w14:paraId="0F2CD8B2" w14:textId="77777777" w:rsidR="004234EC" w:rsidRDefault="00000000">
      <w:pPr>
        <w:jc w:val="center"/>
      </w:pPr>
      <w:r>
        <w:rPr>
          <w:b/>
          <w:color w:val="1F4E78"/>
          <w:sz w:val="28"/>
        </w:rPr>
        <w:br/>
        <w:t>Rok szkolny 2026/2027</w:t>
      </w:r>
    </w:p>
    <w:p w14:paraId="4681E21B" w14:textId="77777777" w:rsidR="004234EC" w:rsidRDefault="00000000">
      <w:pPr>
        <w:jc w:val="center"/>
      </w:pPr>
      <w:r>
        <w:rPr>
          <w:color w:val="1F4E78"/>
          <w:sz w:val="24"/>
        </w:rPr>
        <w:t>Poznań, sierpień 2026 r.</w:t>
      </w:r>
    </w:p>
    <w:p w14:paraId="7FCBFD8C" w14:textId="77777777" w:rsidR="004234EC" w:rsidRDefault="00000000">
      <w:r>
        <w:br w:type="page"/>
      </w:r>
    </w:p>
    <w:p w14:paraId="6902B7A8" w14:textId="77777777" w:rsidR="004234EC" w:rsidRDefault="00000000">
      <w:pPr>
        <w:pStyle w:val="Nagwek1"/>
      </w:pPr>
      <w:r>
        <w:rPr>
          <w:rFonts w:ascii="Garamond" w:eastAsia="Garamond" w:hAnsi="Garamond"/>
        </w:rPr>
        <w:lastRenderedPageBreak/>
        <w:t>NAJWAŻNIEJSZE ZASADY – W PROSTYCH SŁOWACH</w:t>
      </w:r>
    </w:p>
    <w:p w14:paraId="284C8911" w14:textId="77777777" w:rsidR="004234EC" w:rsidRDefault="00000000">
      <w:pPr>
        <w:ind w:left="312" w:hanging="170"/>
      </w:pPr>
      <w:r>
        <w:t>• Wolontariat jest dobrowolny i nieodpłatny.</w:t>
      </w:r>
    </w:p>
    <w:p w14:paraId="1B330D45" w14:textId="77777777" w:rsidR="004234EC" w:rsidRDefault="00000000">
      <w:pPr>
        <w:ind w:left="312" w:hanging="170"/>
      </w:pPr>
      <w:r>
        <w:t>• Stały członek SCW działa na podstawie pisemnego porozumienia obejmującego rzeczywisty okres współpracy.</w:t>
      </w:r>
    </w:p>
    <w:p w14:paraId="1090DD78" w14:textId="77777777" w:rsidR="004234EC" w:rsidRDefault="00000000">
      <w:pPr>
        <w:ind w:left="312" w:hanging="170"/>
      </w:pPr>
      <w:r>
        <w:t>• Okres dłuższy niż 30 dni oznacza czas obowiązywania porozumienia, a nie 30 akcji, 30 dni pracy ani 30 godzin.</w:t>
      </w:r>
    </w:p>
    <w:p w14:paraId="208D106C" w14:textId="77777777" w:rsidR="004234EC" w:rsidRDefault="00000000">
      <w:pPr>
        <w:ind w:left="312" w:hanging="170"/>
      </w:pPr>
      <w:r>
        <w:t>• Przy świadczeniach wykonywanych nie dłużej niż 30 dni NNW zapewnia korzystający; przy współpracy dłuższej niż 30 dni stosuje się ustawową ochronę wypadkową.</w:t>
      </w:r>
    </w:p>
    <w:p w14:paraId="5EBBD22E" w14:textId="77777777" w:rsidR="004234EC" w:rsidRDefault="00000000">
      <w:pPr>
        <w:ind w:left="312" w:hanging="170"/>
      </w:pPr>
      <w:r>
        <w:t>• Uczeń wybiera akcje, a każdą wykonaną aktywność potwierdza nauczyciel lub uprawniony podmiot, który ją rzeczywiście organizował albo nadzorował.</w:t>
      </w:r>
    </w:p>
    <w:p w14:paraId="667B0B78" w14:textId="77777777" w:rsidR="004234EC" w:rsidRDefault="00000000">
      <w:pPr>
        <w:ind w:left="312" w:hanging="170"/>
      </w:pPr>
      <w:r>
        <w:t>• Przed akcją poza szkołą lub na rzecz podmiotu zewnętrznego trzeba ustalić dokumentację, opiekę, bezpieczeństwo i ochronę wypadkową.</w:t>
      </w:r>
    </w:p>
    <w:p w14:paraId="1973F5DA" w14:textId="77777777" w:rsidR="004234EC" w:rsidRDefault="00000000">
      <w:pPr>
        <w:ind w:left="312" w:hanging="170"/>
      </w:pPr>
      <w:r>
        <w:t>• Samo przyniesienie daru lub wpłata pieniędzy nie jest godziną wolontariatu.</w:t>
      </w:r>
    </w:p>
    <w:p w14:paraId="10AB7E52" w14:textId="77777777" w:rsidR="004234EC" w:rsidRDefault="00000000">
      <w:r>
        <w:br w:type="page"/>
      </w:r>
    </w:p>
    <w:p w14:paraId="1E19C644" w14:textId="77777777" w:rsidR="004234EC" w:rsidRDefault="00000000">
      <w:pPr>
        <w:pStyle w:val="Nagwek1"/>
        <w:jc w:val="center"/>
      </w:pPr>
      <w:r>
        <w:rPr>
          <w:rFonts w:ascii="Garamond" w:eastAsia="Garamond" w:hAnsi="Garamond"/>
        </w:rPr>
        <w:lastRenderedPageBreak/>
        <w:t>REGULAMIN SZKOLNEGO CENTRUM WOLONTARIATU</w:t>
      </w:r>
    </w:p>
    <w:p w14:paraId="5DD7D433" w14:textId="77777777" w:rsidR="004234EC" w:rsidRDefault="00000000">
      <w:pPr>
        <w:pStyle w:val="Paragrafregulaminu"/>
        <w:keepNext/>
      </w:pPr>
      <w:r>
        <w:t>§ 1. Postanowienia ogólne i definicje</w:t>
      </w:r>
    </w:p>
    <w:p w14:paraId="3BF49CE4" w14:textId="77777777" w:rsidR="004234EC" w:rsidRPr="00887362" w:rsidRDefault="00000000" w:rsidP="00887362">
      <w:pPr>
        <w:pStyle w:val="Punktregulaminu"/>
        <w:jc w:val="both"/>
      </w:pPr>
      <w:r>
        <w:t>1</w:t>
      </w:r>
      <w:r w:rsidRPr="00887362">
        <w:t>. Szkolne Centrum Wolontariatu, zwane dalej „SCW”, działa w Szkole Podstawowej nr 59 im. gen. J. H. Dąbrowskiego w Poznaniu na podstawie Statutu Szkoły i niniejszego regulaminu.</w:t>
      </w:r>
    </w:p>
    <w:p w14:paraId="3233B40A" w14:textId="77777777" w:rsidR="004234EC" w:rsidRPr="00887362" w:rsidRDefault="00000000" w:rsidP="00887362">
      <w:pPr>
        <w:pStyle w:val="Punktregulaminu"/>
        <w:jc w:val="both"/>
      </w:pPr>
      <w:r w:rsidRPr="00887362">
        <w:t>2. Wolontariat jest świadomym, dobrowolnym i nieodpłatnym wykonywaniem świadczeń na rzecz podmiotu uprawnionego do korzystania z pracy wolontariuszy.</w:t>
      </w:r>
    </w:p>
    <w:p w14:paraId="048EBBFA" w14:textId="77777777" w:rsidR="004234EC" w:rsidRPr="00887362" w:rsidRDefault="00000000" w:rsidP="00887362">
      <w:pPr>
        <w:pStyle w:val="Punktregulaminu"/>
        <w:jc w:val="both"/>
      </w:pPr>
      <w:r w:rsidRPr="00887362">
        <w:t>3. Ilekroć w regulaminie jest mowa o „korzystającym”, rozumie się przez to szkołę albo inny podmiot uprawniony na podstawie przepisów prawa, na rzecz którego wolontariusz wykonuje świadczenia.</w:t>
      </w:r>
    </w:p>
    <w:p w14:paraId="72CE1F36" w14:textId="77777777" w:rsidR="004234EC" w:rsidRPr="00887362" w:rsidRDefault="00000000" w:rsidP="00887362">
      <w:pPr>
        <w:pStyle w:val="Punktregulaminu"/>
        <w:jc w:val="both"/>
      </w:pPr>
      <w:r w:rsidRPr="00887362">
        <w:t>4. Ilekroć w regulaminie jest mowa o „akcji”, rozumie się przez to konkretne działanie wolontariackie lub społeczne ujęte w planie pracy albo zatwierdzone przez dyrektora.</w:t>
      </w:r>
    </w:p>
    <w:p w14:paraId="68906010" w14:textId="77777777" w:rsidR="004234EC" w:rsidRPr="00887362" w:rsidRDefault="00000000" w:rsidP="00887362">
      <w:pPr>
        <w:pStyle w:val="Punktregulaminu"/>
        <w:jc w:val="both"/>
      </w:pPr>
      <w:r w:rsidRPr="00887362">
        <w:t>5. Udział ucznia w SCW nie może utrudniać nauki, odpoczynku ani życia rodzinnego.</w:t>
      </w:r>
    </w:p>
    <w:p w14:paraId="05C232FD" w14:textId="77777777" w:rsidR="004234EC" w:rsidRPr="00887362" w:rsidRDefault="00000000" w:rsidP="00887362">
      <w:pPr>
        <w:pStyle w:val="Punktregulaminu"/>
        <w:jc w:val="both"/>
      </w:pPr>
      <w:r w:rsidRPr="00887362">
        <w:t>6. Szkoła tworzy uczniom możliwości działania na równych zasadach, ale nie ma obowiązku indywidualnego zorganizowania każdemu uczniowi pełnej liczby godzin wymaganej do wpisu na świadectwie.</w:t>
      </w:r>
    </w:p>
    <w:p w14:paraId="062AB9FA" w14:textId="77777777" w:rsidR="004234EC" w:rsidRPr="00887362" w:rsidRDefault="00000000" w:rsidP="00887362">
      <w:pPr>
        <w:pStyle w:val="Punktregulaminu"/>
        <w:jc w:val="both"/>
      </w:pPr>
      <w:r w:rsidRPr="00887362">
        <w:t>7. Wszystkie działania organizuje się z uwzględnieniem wieku, możliwości, bezpieczeństwa i dobra ucznia.</w:t>
      </w:r>
    </w:p>
    <w:p w14:paraId="302D69CA" w14:textId="77777777" w:rsidR="004234EC" w:rsidRPr="00887362" w:rsidRDefault="00000000" w:rsidP="00887362">
      <w:pPr>
        <w:pStyle w:val="Paragrafregulaminu"/>
        <w:keepNext/>
        <w:jc w:val="both"/>
      </w:pPr>
      <w:r w:rsidRPr="00887362">
        <w:t>§ 2. Cele i formy działania</w:t>
      </w:r>
    </w:p>
    <w:p w14:paraId="5940262D" w14:textId="77777777" w:rsidR="004234EC" w:rsidRPr="00887362" w:rsidRDefault="00000000" w:rsidP="00887362">
      <w:pPr>
        <w:pStyle w:val="Punktregulaminu"/>
        <w:jc w:val="both"/>
      </w:pPr>
      <w:r w:rsidRPr="00887362">
        <w:t>1. Celem SCW jest rozwijanie empatii, odpowiedzialności, współpracy, wrażliwości na potrzeby innych oraz aktywności społecznej uczniów.</w:t>
      </w:r>
    </w:p>
    <w:p w14:paraId="0D05643E" w14:textId="77777777" w:rsidR="004234EC" w:rsidRPr="00887362" w:rsidRDefault="00000000" w:rsidP="00887362">
      <w:pPr>
        <w:pStyle w:val="Punktregulaminu"/>
        <w:jc w:val="both"/>
      </w:pPr>
      <w:r w:rsidRPr="00887362">
        <w:t>2. Działania mogą być organizowane przez opiekuna SCW, wychowawców, innych nauczycieli albo – po uzgodnieniu z dyrektorem – wspólnie z podmiotem zewnętrznym.</w:t>
      </w:r>
    </w:p>
    <w:p w14:paraId="22E35479" w14:textId="77777777" w:rsidR="004234EC" w:rsidRPr="00887362" w:rsidRDefault="00000000" w:rsidP="00887362">
      <w:pPr>
        <w:pStyle w:val="Punktregulaminu"/>
        <w:jc w:val="both"/>
      </w:pPr>
      <w:r w:rsidRPr="00887362">
        <w:t>3. Formami działania mogą być w szczególności: pomoc koleżeńska, wsparcie wydarzeń szkolnych, działania ekologiczne, kulturalne i edukacyjne, zbiórki rzeczowe, kiermasze, pomoc uprawnionym instytucjom oraz inne bezpieczne akcje zatwierdzone przez szkołę.</w:t>
      </w:r>
    </w:p>
    <w:p w14:paraId="062C7768" w14:textId="77777777" w:rsidR="004234EC" w:rsidRPr="00887362" w:rsidRDefault="00000000" w:rsidP="00887362">
      <w:pPr>
        <w:pStyle w:val="Punktregulaminu"/>
        <w:jc w:val="both"/>
      </w:pPr>
      <w:r w:rsidRPr="00887362">
        <w:t>4. Uczniom nie powierza się czynności wymagających kwalifikacji zawodowych, zadań medycznych, pielęgnacyjnych lub intymnych, prac niebezpiecznych ani czynności zastępujących stałą pracę pracowników.</w:t>
      </w:r>
    </w:p>
    <w:p w14:paraId="72ED9543" w14:textId="77777777" w:rsidR="004234EC" w:rsidRPr="00887362" w:rsidRDefault="00000000" w:rsidP="00887362">
      <w:pPr>
        <w:pStyle w:val="Punktregulaminu"/>
        <w:jc w:val="both"/>
      </w:pPr>
      <w:r w:rsidRPr="00887362">
        <w:t>5. Samo przyniesienie daru, przekazanie pieniędzy lub bierna obecność na wydarzeniu nie stanowi godziny wolontariatu.</w:t>
      </w:r>
    </w:p>
    <w:p w14:paraId="1F842C4B" w14:textId="77777777" w:rsidR="004234EC" w:rsidRPr="00887362" w:rsidRDefault="00000000" w:rsidP="00887362">
      <w:pPr>
        <w:pStyle w:val="Paragrafregulaminu"/>
        <w:keepNext/>
        <w:jc w:val="both"/>
      </w:pPr>
      <w:r w:rsidRPr="00887362">
        <w:t>§ 3. Członkostwo, zgody, porozumienie, rezygnacja i skreślenie</w:t>
      </w:r>
    </w:p>
    <w:p w14:paraId="2CA403F3" w14:textId="77777777" w:rsidR="004234EC" w:rsidRPr="00887362" w:rsidRDefault="00000000" w:rsidP="00887362">
      <w:pPr>
        <w:pStyle w:val="Punktregulaminu"/>
        <w:jc w:val="both"/>
      </w:pPr>
      <w:r w:rsidRPr="00887362">
        <w:t>1. Uczeń zostaje członkiem SCW po złożeniu deklaracji, uzyskaniu wymaganej zgody rodzica lub opiekuna prawnego oraz zawarciu porozumienia wolontariackiego.</w:t>
      </w:r>
    </w:p>
    <w:p w14:paraId="2B385ECA" w14:textId="77777777" w:rsidR="004234EC" w:rsidRPr="00887362" w:rsidRDefault="00000000" w:rsidP="00887362">
      <w:pPr>
        <w:pStyle w:val="Punktregulaminu"/>
        <w:jc w:val="both"/>
      </w:pPr>
      <w:r w:rsidRPr="00887362">
        <w:t>2. W przypadku ucznia, który nie ukończył 13. roku życia, porozumienie zawiera w jego imieniu rodzic lub opiekun prawny, a uczeń podpisuje deklarację dobrowolnego udziału i przestrzegania zasad.</w:t>
      </w:r>
    </w:p>
    <w:p w14:paraId="2C99393C" w14:textId="77777777" w:rsidR="004234EC" w:rsidRPr="00887362" w:rsidRDefault="00000000" w:rsidP="00887362">
      <w:pPr>
        <w:pStyle w:val="Punktregulaminu"/>
        <w:jc w:val="both"/>
      </w:pPr>
      <w:r w:rsidRPr="00887362">
        <w:t>3. Uczeń, który ukończył 13. rok życia, zawiera porozumienie za pisemną zgodą rodzica lub opiekuna prawnego.</w:t>
      </w:r>
    </w:p>
    <w:p w14:paraId="0D358213" w14:textId="77777777" w:rsidR="004234EC" w:rsidRPr="00887362" w:rsidRDefault="00000000" w:rsidP="00887362">
      <w:pPr>
        <w:pStyle w:val="Punktregulaminu"/>
        <w:jc w:val="both"/>
      </w:pPr>
      <w:r w:rsidRPr="00887362">
        <w:t>4. Co do zasady porozumienie dla stałego członka SCW zawiera się na rzeczywisty okres współpracy dłuższy niż 30 dni, zwykle od dnia przystąpienia ucznia do SCW do końca danego roku szkolnego.</w:t>
      </w:r>
    </w:p>
    <w:p w14:paraId="58CBCD1F" w14:textId="77777777" w:rsidR="004234EC" w:rsidRPr="00887362" w:rsidRDefault="00000000" w:rsidP="00887362">
      <w:pPr>
        <w:pStyle w:val="Punktregulaminu"/>
        <w:jc w:val="both"/>
      </w:pPr>
      <w:r w:rsidRPr="00887362">
        <w:t>5. Porozumienie określa co najmniej: strony, korzystającego, okres współpracy, zakres, sposób i czas wykonywania świadczeń, sposób zgłaszania się do akcji, sposób potwierdzania aktywności, zasady bezpieczeństwa, informowania o ryzyku oraz możliwość rozwiązania porozumienia.</w:t>
      </w:r>
    </w:p>
    <w:p w14:paraId="1D88FD46" w14:textId="77777777" w:rsidR="004234EC" w:rsidRPr="00887362" w:rsidRDefault="00000000" w:rsidP="00887362">
      <w:pPr>
        <w:pStyle w:val="Punktregulaminu"/>
        <w:jc w:val="both"/>
      </w:pPr>
      <w:r w:rsidRPr="00887362">
        <w:t>6. Porozumienie nie może być zawarte pozornie tylko po to, aby uniknąć obowiązku zapewnienia NNW. Musi odpowiadać rzeczywistej współpracy ucznia z korzystającym.</w:t>
      </w:r>
    </w:p>
    <w:p w14:paraId="2B692632" w14:textId="77777777" w:rsidR="004234EC" w:rsidRPr="00887362" w:rsidRDefault="00000000" w:rsidP="00887362">
      <w:pPr>
        <w:pStyle w:val="Punktregulaminu"/>
        <w:jc w:val="both"/>
      </w:pPr>
      <w:r w:rsidRPr="00887362">
        <w:t>7. Uczeń może w każdym czasie zrezygnować z członkostwa, a rodzic lub opiekun prawny może wycofać zgodę. Datę zakończenia udziału odnotowuje się w rejestrze członków i porozumień.</w:t>
      </w:r>
    </w:p>
    <w:p w14:paraId="7BEB15BE" w14:textId="77777777" w:rsidR="004234EC" w:rsidRPr="00887362" w:rsidRDefault="00000000" w:rsidP="00887362">
      <w:pPr>
        <w:pStyle w:val="Punktregulaminu"/>
        <w:jc w:val="both"/>
      </w:pPr>
      <w:r w:rsidRPr="00887362">
        <w:t>8. Uczeń może zostać skreślony z rejestru w przypadku poważnego lub powtarzającego się naruszania zasad bezpieczeństwa albo obowiązków wolontariusza. Przed skreśleniem uczeń i rodzic otrzymują informację o przyczynie oraz możliwość przedstawienia wyjaśnień.</w:t>
      </w:r>
    </w:p>
    <w:p w14:paraId="04AE021A" w14:textId="77777777" w:rsidR="004234EC" w:rsidRPr="00887362" w:rsidRDefault="00000000" w:rsidP="00887362">
      <w:pPr>
        <w:pStyle w:val="Punktregulaminu"/>
        <w:jc w:val="both"/>
      </w:pPr>
      <w:r w:rsidRPr="00887362">
        <w:t>9. Rezygnacja, wycofanie zgody lub skreślenie nie powodują utraty prawidłowo udokumentowanych godzin wykonanych przed zakończeniem członkostwa.</w:t>
      </w:r>
    </w:p>
    <w:p w14:paraId="22935E76" w14:textId="77777777" w:rsidR="004234EC" w:rsidRPr="00887362" w:rsidRDefault="00000000" w:rsidP="00887362">
      <w:pPr>
        <w:pStyle w:val="Paragrafregulaminu"/>
        <w:keepNext/>
        <w:jc w:val="both"/>
      </w:pPr>
      <w:r w:rsidRPr="00887362">
        <w:lastRenderedPageBreak/>
        <w:t>§ 4. Ubezpieczenie i ochrona wypadkowa</w:t>
      </w:r>
    </w:p>
    <w:p w14:paraId="0A9BA57E" w14:textId="77777777" w:rsidR="004234EC" w:rsidRPr="00887362" w:rsidRDefault="00000000" w:rsidP="00887362">
      <w:pPr>
        <w:pStyle w:val="Punktregulaminu"/>
        <w:jc w:val="both"/>
      </w:pPr>
      <w:r w:rsidRPr="00887362">
        <w:t>1. Przed rozpoczęciem świadczeń ustala się, kto jest korzystającym. Korzystającym może być szkoła albo uprawniony podmiot zewnętrzny.</w:t>
      </w:r>
    </w:p>
    <w:p w14:paraId="10289756" w14:textId="77777777" w:rsidR="004234EC" w:rsidRPr="00887362" w:rsidRDefault="00000000" w:rsidP="00887362">
      <w:pPr>
        <w:pStyle w:val="Punktregulaminu"/>
        <w:jc w:val="both"/>
      </w:pPr>
      <w:r w:rsidRPr="00887362">
        <w:t>2. Jeżeli świadczenia są wykonywane przez okres dłuższy niż 30 dni, porozumienie zawiera się na piśmie, a wolontariuszowi przysługuje zaopatrzenie z tytułu wypadku przy wykonywaniu świadczeń na zasadach określonych w przepisach odrębnych.</w:t>
      </w:r>
    </w:p>
    <w:p w14:paraId="00427971" w14:textId="77777777" w:rsidR="004234EC" w:rsidRPr="00887362" w:rsidRDefault="00000000" w:rsidP="00887362">
      <w:pPr>
        <w:pStyle w:val="Punktregulaminu"/>
        <w:jc w:val="both"/>
      </w:pPr>
      <w:r w:rsidRPr="00887362">
        <w:t>3. Uczniów objętych porozumieniem długoterminowym nie zgłasza się przed rozpoczęciem współpracy do ZUS ani do zakładu ubezpieczeń. Szkoła prowadzi wewnętrzny rejestr porozumień i dokumentuje rzeczywiście wykonane działania.</w:t>
      </w:r>
    </w:p>
    <w:p w14:paraId="11398433" w14:textId="77777777" w:rsidR="004234EC" w:rsidRPr="00887362" w:rsidRDefault="00000000" w:rsidP="00887362">
      <w:pPr>
        <w:pStyle w:val="Punktregulaminu"/>
        <w:jc w:val="both"/>
      </w:pPr>
      <w:r w:rsidRPr="00887362">
        <w:t>4. Jeżeli świadczenia są wykonywane przez okres nie dłuższy niż 30 dni, korzystający zapewnia wolontariuszowi ubezpieczenie od następstw nieszczęśliwych wypadków przed rozpoczęciem świadczeń i posiada dokument potwierdzający ochronę.</w:t>
      </w:r>
    </w:p>
    <w:p w14:paraId="66914915" w14:textId="77777777" w:rsidR="004234EC" w:rsidRPr="00887362" w:rsidRDefault="00000000" w:rsidP="00887362">
      <w:pPr>
        <w:pStyle w:val="Punktregulaminu"/>
        <w:jc w:val="both"/>
      </w:pPr>
      <w:r w:rsidRPr="00887362">
        <w:t>5. Dobrowolne NNW ucznia wykupione przez rodzica nie zastępuje automatycznie obowiązku korzystającego. Może zostać uwzględnione tylko po pisemnym potwierdzeniu, że zakres polisy obejmuje dane działania wolontariackie, miejsce i cały okres ich wykonywania.</w:t>
      </w:r>
    </w:p>
    <w:p w14:paraId="6EAD8772" w14:textId="77777777" w:rsidR="004234EC" w:rsidRPr="00887362" w:rsidRDefault="00000000" w:rsidP="00887362">
      <w:pPr>
        <w:pStyle w:val="Punktregulaminu"/>
        <w:jc w:val="both"/>
      </w:pPr>
      <w:r w:rsidRPr="00887362">
        <w:t>6. Jeżeli korzystającym jest podmiot zewnętrzny, uczeń wykonuje świadczenia na podstawie porozumienia zawartego z tym podmiotem albo porozumienia trójstronnego. Szkoła uzyskuje przed akcją pisemne potwierdzenie: korzystającego, okresu świadczeń, podmiotu odpowiedzialnego za NNW lub ochronę wypadkową, zasad BHP, instruktażu, opieki i postępowania po wypadku.</w:t>
      </w:r>
    </w:p>
    <w:p w14:paraId="12320426" w14:textId="77777777" w:rsidR="004234EC" w:rsidRPr="00887362" w:rsidRDefault="00000000" w:rsidP="00887362">
      <w:pPr>
        <w:pStyle w:val="Punktregulaminu"/>
        <w:jc w:val="both"/>
      </w:pPr>
      <w:r w:rsidRPr="00887362">
        <w:t>7. Brak jednoznacznego ustalenia korzystającego, właściwego porozumienia, zasad ubezpieczenia lub odpowiedzialności za bezpieczeństwo oznacza, że uczeń nie może zostać dopuszczony do działania.</w:t>
      </w:r>
    </w:p>
    <w:p w14:paraId="23D5D04B" w14:textId="77777777" w:rsidR="004234EC" w:rsidRPr="00887362" w:rsidRDefault="00000000" w:rsidP="00887362">
      <w:pPr>
        <w:pStyle w:val="Punktregulaminu"/>
        <w:jc w:val="both"/>
      </w:pPr>
      <w:r w:rsidRPr="00887362">
        <w:t>8. W razie wypadku nauczyciel lub opiekun niezwłocznie udziela pomocy, zawiadamia dyrektora i rodzica, zabezpiecza kartę akcji, listę uczestników, porozumienie oraz inne dokumenty i postępuje zgodnie ze szkolną procedurą powypadkową.</w:t>
      </w:r>
    </w:p>
    <w:p w14:paraId="2DDCAB87" w14:textId="77777777" w:rsidR="004234EC" w:rsidRPr="00887362" w:rsidRDefault="00000000" w:rsidP="00887362">
      <w:pPr>
        <w:pStyle w:val="Paragrafregulaminu"/>
        <w:keepNext/>
        <w:jc w:val="both"/>
      </w:pPr>
      <w:r w:rsidRPr="00887362">
        <w:t>§ 5. Zadania dyrektora, opiekuna SCW, wychowawców i nauczycieli</w:t>
      </w:r>
    </w:p>
    <w:p w14:paraId="05AD21AE" w14:textId="77777777" w:rsidR="004234EC" w:rsidRPr="00887362" w:rsidRDefault="00000000" w:rsidP="00887362">
      <w:pPr>
        <w:pStyle w:val="Punktregulaminu"/>
        <w:jc w:val="both"/>
      </w:pPr>
      <w:r w:rsidRPr="00887362">
        <w:t>1. Dyrektor powołuje opiekuna SCW, zatwierdza regulamin, plan pracy i działania wymagające zgody, nadzoruje organizację oraz zapewnia warunki bezpiecznego działania szkoły.</w:t>
      </w:r>
    </w:p>
    <w:p w14:paraId="5DF1B633" w14:textId="77777777" w:rsidR="004234EC" w:rsidRPr="00887362" w:rsidRDefault="00000000" w:rsidP="00887362">
      <w:pPr>
        <w:pStyle w:val="Punktregulaminu"/>
        <w:jc w:val="both"/>
      </w:pPr>
      <w:r w:rsidRPr="00887362">
        <w:t>2. Opiekun SCW koordynuje działalność ogólnoszkolną, prowadzi rejestr członków i porozumień, przygotowuje plan i sprawozdania, udostępnia wzory dokumentów, prowadzi ewidencję zbiorczą oraz organizuje weryfikację wpisów na świadectwie.</w:t>
      </w:r>
    </w:p>
    <w:p w14:paraId="1CE79FE4" w14:textId="77777777" w:rsidR="004234EC" w:rsidRPr="00887362" w:rsidRDefault="00000000" w:rsidP="00887362">
      <w:pPr>
        <w:pStyle w:val="Punktregulaminu"/>
        <w:jc w:val="both"/>
      </w:pPr>
      <w:r w:rsidRPr="00887362">
        <w:t>3. Opiekun SCW nie odpowiada samodzielnie za przebieg, bezpieczeństwo ani potwierdzanie godzin akcji, której nie organizował lub bezpośrednio nie nadzorował.</w:t>
      </w:r>
    </w:p>
    <w:p w14:paraId="7CEDADBD" w14:textId="77777777" w:rsidR="004234EC" w:rsidRPr="00887362" w:rsidRDefault="00000000" w:rsidP="00887362">
      <w:pPr>
        <w:pStyle w:val="Punktregulaminu"/>
        <w:jc w:val="both"/>
      </w:pPr>
      <w:r w:rsidRPr="00887362">
        <w:t>4. Wychowawcy, szczególnie klas VIII, informują uczniów i rodziców, monitorują kompletność dokumentacji uczniów oraz mogą organizować akcje klasowe w porozumieniu z opiekunem SCW i po uzgodnieniu warunków z dyrektorem.</w:t>
      </w:r>
    </w:p>
    <w:p w14:paraId="452F298A" w14:textId="77777777" w:rsidR="004234EC" w:rsidRPr="00887362" w:rsidRDefault="00000000" w:rsidP="00887362">
      <w:pPr>
        <w:pStyle w:val="Punktregulaminu"/>
        <w:jc w:val="both"/>
      </w:pPr>
      <w:r w:rsidRPr="00887362">
        <w:t>5. Nauczyciel prowadzący konkretną akcję odpowiada za jej przygotowanie, kartę akcji, wymagane zgody, instruktaż, ocenę ryzyka, opiekę, listę uczestników, potwierdzenie rzeczywistego czasu działania oraz przekazanie dokumentacji opiekunowi SCW.</w:t>
      </w:r>
    </w:p>
    <w:p w14:paraId="3D5972F7" w14:textId="77777777" w:rsidR="004234EC" w:rsidRPr="00887362" w:rsidRDefault="00000000" w:rsidP="00887362">
      <w:pPr>
        <w:pStyle w:val="Punktregulaminu"/>
        <w:jc w:val="both"/>
      </w:pPr>
      <w:r w:rsidRPr="00887362">
        <w:t>6. Organizacja akcji poza obowiązkowymi lekcjami uczniów uwzględnia czas pracy nauczyciela oraz zasady powierzania i rozliczania zadań obowiązujące w szkole.</w:t>
      </w:r>
    </w:p>
    <w:p w14:paraId="2B9C53C9" w14:textId="77777777" w:rsidR="004234EC" w:rsidRPr="00887362" w:rsidRDefault="00000000" w:rsidP="00887362">
      <w:pPr>
        <w:pStyle w:val="Punktregulaminu"/>
        <w:jc w:val="both"/>
      </w:pPr>
      <w:r w:rsidRPr="00887362">
        <w:t>7. Żaden nauczyciel nie ma obowiązku zagwarantowania konkretnemu uczniowi uzyskania pełnych 20 godzin.</w:t>
      </w:r>
    </w:p>
    <w:p w14:paraId="274708A2" w14:textId="77777777" w:rsidR="004234EC" w:rsidRPr="00887362" w:rsidRDefault="00000000" w:rsidP="00887362">
      <w:pPr>
        <w:pStyle w:val="Paragrafregulaminu"/>
        <w:keepNext/>
        <w:jc w:val="both"/>
      </w:pPr>
      <w:r w:rsidRPr="00887362">
        <w:t>§ 6. Przygotowanie akcji, bezpieczeństwo, wyjścia i transport</w:t>
      </w:r>
    </w:p>
    <w:p w14:paraId="6B22F4AF" w14:textId="77777777" w:rsidR="004234EC" w:rsidRPr="00887362" w:rsidRDefault="00000000" w:rsidP="00887362">
      <w:pPr>
        <w:pStyle w:val="Punktregulaminu"/>
        <w:jc w:val="both"/>
      </w:pPr>
      <w:r w:rsidRPr="00887362">
        <w:t>1. Każda akcja ma określony cel, korzystającego, miejsce, termin, zakres zadań, listę uczestników, osobę odpowiedzialną i sposób dokumentowania. Zatwierdzenie planu pracy przez dyrektora stanowi zgodę na zwykłe działania ujęte w planie i prowadzone na terenie szkoły. Odrębnej zgody dyrektora wymagają działania nieujęte w planie, wyjścia poza teren szkoły, współpraca z podmiotem zewnętrznym, zbiórki i kiermasze, transport uczniów oraz działania o podwyższonym lub nietypowym ryzyku.</w:t>
      </w:r>
    </w:p>
    <w:p w14:paraId="3711C281" w14:textId="77777777" w:rsidR="004234EC" w:rsidRPr="00887362" w:rsidRDefault="00000000" w:rsidP="00887362">
      <w:pPr>
        <w:pStyle w:val="Punktregulaminu"/>
        <w:jc w:val="both"/>
      </w:pPr>
      <w:r w:rsidRPr="00887362">
        <w:lastRenderedPageBreak/>
        <w:t>2. Przed rozpoczęciem działania uczniowie otrzymują zrozumiały instruktaż dotyczący zadania, zagrożeń, zasad ochrony i sposobu zgłoszenia problemu lub wypadku. Przeprowadzenie instruktażu dokumentuje się w karcie akcji lub na liście uczestników.</w:t>
      </w:r>
    </w:p>
    <w:p w14:paraId="3F5F9C1D" w14:textId="77777777" w:rsidR="004234EC" w:rsidRPr="00887362" w:rsidRDefault="00000000" w:rsidP="00887362">
      <w:pPr>
        <w:pStyle w:val="Punktregulaminu"/>
        <w:jc w:val="both"/>
      </w:pPr>
      <w:r w:rsidRPr="00887362">
        <w:t>3. Dla działania uwzględniającego podwyższone lub nietypowe ryzyko sporządza się ocenę ryzyka i określa środki zapobiegawcze.</w:t>
      </w:r>
    </w:p>
    <w:p w14:paraId="51F4E8CA" w14:textId="77777777" w:rsidR="004234EC" w:rsidRPr="00887362" w:rsidRDefault="00000000" w:rsidP="00887362">
      <w:pPr>
        <w:pStyle w:val="Punktregulaminu"/>
        <w:jc w:val="both"/>
      </w:pPr>
      <w:r w:rsidRPr="00887362">
        <w:t>4. Wyjście poza teren szkoły wpisuje się do rejestru wyjść grupowych, a gdy działanie ma charakter wycieczki – stosuje się dokumentację wycieczki.</w:t>
      </w:r>
    </w:p>
    <w:p w14:paraId="3B936892" w14:textId="77777777" w:rsidR="004234EC" w:rsidRPr="00887362" w:rsidRDefault="00000000" w:rsidP="00887362">
      <w:pPr>
        <w:pStyle w:val="Punktregulaminu"/>
        <w:jc w:val="both"/>
      </w:pPr>
      <w:r w:rsidRPr="00887362">
        <w:t>5. Zgoda ogólna na członkostwo w SCW nie zastępuje odrębnej informacji i zgody rodzica na konkretne wyjście, przejazd albo działanie o szczególnych warunkach.</w:t>
      </w:r>
    </w:p>
    <w:p w14:paraId="211F850E" w14:textId="77777777" w:rsidR="004234EC" w:rsidRPr="00887362" w:rsidRDefault="00000000" w:rsidP="00887362">
      <w:pPr>
        <w:pStyle w:val="Punktregulaminu"/>
        <w:jc w:val="both"/>
      </w:pPr>
      <w:r w:rsidRPr="00887362">
        <w:t>6. Dokumentacja wyjścia określa środek transportu, miejsce i godzinę zbiórki, sposób powrotu oraz miejsce i zasady odbioru ucznia przez rodzica, jeżeli odbiór jest wymagany.</w:t>
      </w:r>
    </w:p>
    <w:p w14:paraId="51401FA9" w14:textId="77777777" w:rsidR="004234EC" w:rsidRPr="00887362" w:rsidRDefault="00000000" w:rsidP="00887362">
      <w:pPr>
        <w:pStyle w:val="Punktregulaminu"/>
        <w:jc w:val="both"/>
      </w:pPr>
      <w:r w:rsidRPr="00887362">
        <w:t>7. Nauczyciel sprawdza liczbę uczniów przed wyjściem, po dotarciu na miejsce, przed powrotem oraz po zakończeniu wyjścia. W razie przemieszczania się w kilku etapach liczbę uczniów sprawdza się także po każdym etapie.</w:t>
      </w:r>
    </w:p>
    <w:p w14:paraId="240B6B5E" w14:textId="77777777" w:rsidR="004234EC" w:rsidRPr="00887362" w:rsidRDefault="00000000" w:rsidP="00887362">
      <w:pPr>
        <w:pStyle w:val="Punktregulaminu"/>
        <w:jc w:val="both"/>
      </w:pPr>
      <w:r w:rsidRPr="00887362">
        <w:t>8. Wyjście do jadłodajni, schroniska, domu pomocy społecznej, placówki medycznej lub innej instytucji wymaga zgody dyrektora, odrębnej informacji i zgody rodzica, pisemnego uzgodnienia z placówką, listy uczestników i opiekunów, instruktażu, oceny ryzyka oraz określenia bezpiecznego zakresu zadań.</w:t>
      </w:r>
    </w:p>
    <w:p w14:paraId="6522A7DF" w14:textId="77777777" w:rsidR="004234EC" w:rsidRPr="00887362" w:rsidRDefault="00000000" w:rsidP="00887362">
      <w:pPr>
        <w:pStyle w:val="Punktregulaminu"/>
        <w:jc w:val="both"/>
      </w:pPr>
      <w:r w:rsidRPr="00887362">
        <w:t>9. Uczniowie nie mogą samodzielnie podawać leków, wykonywać czynności medycznych, pielęgnacyjnych lub intymnych, mieć kontaktu z materiałem biologicznym, obsługiwać niebezpiecznych urządzeń ani pozostawać bez wymaganego nadzoru.</w:t>
      </w:r>
    </w:p>
    <w:p w14:paraId="7D8F1516" w14:textId="77777777" w:rsidR="004234EC" w:rsidRPr="00887362" w:rsidRDefault="00000000" w:rsidP="00887362">
      <w:pPr>
        <w:pStyle w:val="Paragrafregulaminu"/>
        <w:keepNext/>
        <w:jc w:val="both"/>
      </w:pPr>
      <w:r w:rsidRPr="00887362">
        <w:t>§ 7. Współpraca z podmiotami zewnętrznymi</w:t>
      </w:r>
    </w:p>
    <w:p w14:paraId="7528EF97" w14:textId="77777777" w:rsidR="004234EC" w:rsidRPr="00887362" w:rsidRDefault="00000000" w:rsidP="00887362">
      <w:pPr>
        <w:pStyle w:val="Punktregulaminu"/>
        <w:jc w:val="both"/>
      </w:pPr>
      <w:r w:rsidRPr="00887362">
        <w:t>1. Przed rozpoczęciem współpracy szkoła sprawdza, czy podmiot zewnętrzny jest uprawniony do korzystania ze świadczeń wolontariuszy oraz czy planowane zadania mieszczą się w zakresie jego działalności.</w:t>
      </w:r>
    </w:p>
    <w:p w14:paraId="3E7C64C6" w14:textId="77777777" w:rsidR="004234EC" w:rsidRPr="00887362" w:rsidRDefault="00000000" w:rsidP="00887362">
      <w:pPr>
        <w:pStyle w:val="Punktregulaminu"/>
        <w:jc w:val="both"/>
      </w:pPr>
      <w:r w:rsidRPr="00887362">
        <w:t>2. W pisemnym uzgodnieniu albo porozumieniu określa się co najmniej: strony, korzystającego, zakres i okres świadczeń, sposób ich wykonywania, opiekę i nadzór, BHP, NNW lub ochronę wypadkową, informowanie o ryzyku, ochronę małoletnich, danych i wizerunku oraz sposób zgłaszania i dokumentowania wypadku.</w:t>
      </w:r>
    </w:p>
    <w:p w14:paraId="4532CF94" w14:textId="77777777" w:rsidR="004234EC" w:rsidRPr="00887362" w:rsidRDefault="00000000" w:rsidP="00887362">
      <w:pPr>
        <w:pStyle w:val="Punktregulaminu"/>
        <w:jc w:val="both"/>
      </w:pPr>
      <w:r w:rsidRPr="00887362">
        <w:t>3. Jeżeli korzystającym jest podmiot zewnętrzny, karta akcji szkolnej nie zastępuje porozumienia wolontariackiego zawartego z właściwym korzystającym.</w:t>
      </w:r>
    </w:p>
    <w:p w14:paraId="49523DD4" w14:textId="77777777" w:rsidR="004234EC" w:rsidRPr="00887362" w:rsidRDefault="00000000" w:rsidP="00887362">
      <w:pPr>
        <w:pStyle w:val="Punktregulaminu"/>
        <w:jc w:val="both"/>
      </w:pPr>
      <w:r w:rsidRPr="00887362">
        <w:t>4. Uzgodnienia z podmiotem zewnętrznym nie wyłączają obowiązków szkoły i nauczycieli dotyczących opieki i bezpieczeństwa uczniów podczas działania organizowanego przez szkołę.</w:t>
      </w:r>
    </w:p>
    <w:p w14:paraId="731AB86B" w14:textId="77777777" w:rsidR="004234EC" w:rsidRPr="00887362" w:rsidRDefault="00000000" w:rsidP="00887362">
      <w:pPr>
        <w:pStyle w:val="Punktregulaminu"/>
        <w:jc w:val="both"/>
      </w:pPr>
      <w:r w:rsidRPr="00887362">
        <w:t>5. Przed rozpoczęciem działania szkoła otrzymuje dane osoby odpowiedzialnej po stronie podmiotu zewnętrznego oraz potwierdzenie wymaganych ustaleń.</w:t>
      </w:r>
    </w:p>
    <w:p w14:paraId="6321C8DF" w14:textId="77777777" w:rsidR="004234EC" w:rsidRPr="00887362" w:rsidRDefault="00000000" w:rsidP="00887362">
      <w:pPr>
        <w:pStyle w:val="Punktregulaminu"/>
        <w:jc w:val="both"/>
      </w:pPr>
      <w:r w:rsidRPr="00887362">
        <w:t>6. Brak kompletnej dokumentacji lub warunków zapewniających bezpieczeństwo stanowi podstawę do rezygnacji z udziału uczniów w działaniu.</w:t>
      </w:r>
    </w:p>
    <w:p w14:paraId="2223F159" w14:textId="77777777" w:rsidR="004234EC" w:rsidRPr="00887362" w:rsidRDefault="00000000" w:rsidP="00887362">
      <w:pPr>
        <w:pStyle w:val="Paragrafregulaminu"/>
        <w:keepNext/>
        <w:jc w:val="both"/>
      </w:pPr>
      <w:r w:rsidRPr="00887362">
        <w:t>§ 8. Dokumentowanie aktywności i wpis na świadectwie</w:t>
      </w:r>
    </w:p>
    <w:p w14:paraId="57EEB11B" w14:textId="77777777" w:rsidR="004234EC" w:rsidRPr="00887362" w:rsidRDefault="00000000" w:rsidP="00887362">
      <w:pPr>
        <w:pStyle w:val="Punktregulaminu"/>
        <w:jc w:val="both"/>
      </w:pPr>
      <w:r w:rsidRPr="00887362">
        <w:t>1. Szkolnym kryterium uzyskania wpisu jest co najmniej 20 godzin udokumentowanej aktywności społecznej, w szczególności wolontariatu, zgromadzonych łącznie w klasach IV–VIII.</w:t>
      </w:r>
    </w:p>
    <w:p w14:paraId="7B0D4779" w14:textId="77777777" w:rsidR="004234EC" w:rsidRPr="00887362" w:rsidRDefault="00000000" w:rsidP="00887362">
      <w:pPr>
        <w:pStyle w:val="Punktregulaminu"/>
        <w:jc w:val="both"/>
      </w:pPr>
      <w:r w:rsidRPr="00887362">
        <w:t>2. Nie ustala się minimalnej liczby godzin w jednym półroczu ani roku szkolnym.</w:t>
      </w:r>
    </w:p>
    <w:p w14:paraId="477BF806" w14:textId="77777777" w:rsidR="004234EC" w:rsidRPr="00887362" w:rsidRDefault="00000000" w:rsidP="00887362">
      <w:pPr>
        <w:pStyle w:val="Punktregulaminu"/>
        <w:jc w:val="both"/>
      </w:pPr>
      <w:r w:rsidRPr="00887362">
        <w:t>3. Jedna godzina oznacza 60 minut rzeczywistej aktywności. Krótsze okresy można sumować.</w:t>
      </w:r>
    </w:p>
    <w:p w14:paraId="79E6DCD0" w14:textId="77777777" w:rsidR="004234EC" w:rsidRPr="00887362" w:rsidRDefault="00000000" w:rsidP="00887362">
      <w:pPr>
        <w:pStyle w:val="Punktregulaminu"/>
        <w:jc w:val="both"/>
      </w:pPr>
      <w:r w:rsidRPr="00887362">
        <w:t>4. Godziny szkolne potwierdza nauczyciel, który faktycznie organizował lub bezpośrednio nadzorował działanie. Opiekun SCW nie potwierdza godzin, których nie może zweryfikować.</w:t>
      </w:r>
    </w:p>
    <w:p w14:paraId="28B20137" w14:textId="77777777" w:rsidR="004234EC" w:rsidRPr="00887362" w:rsidRDefault="00000000" w:rsidP="00887362">
      <w:pPr>
        <w:pStyle w:val="Punktregulaminu"/>
        <w:jc w:val="both"/>
      </w:pPr>
      <w:r w:rsidRPr="00887362">
        <w:t>5. Aktywność pozaszkolną potwierdza uprawniony podmiot w zaświadczeniu zawierającym co najmniej: imię i nazwisko ucznia, nazwę organizatora i korzystającego, rodzaj działania, okres wykonywania świadczeń, liczbę godzin, datę wystawienia oraz podpis osoby uprawnionej.</w:t>
      </w:r>
    </w:p>
    <w:p w14:paraId="4FE552F4" w14:textId="77777777" w:rsidR="004234EC" w:rsidRPr="00887362" w:rsidRDefault="00000000" w:rsidP="00887362">
      <w:pPr>
        <w:pStyle w:val="Punktregulaminu"/>
        <w:jc w:val="both"/>
      </w:pPr>
      <w:r w:rsidRPr="00887362">
        <w:t>6. Nie zalicza się czasu przejazdu, biernej obecności, samego przyniesienia daru, wpłaty pieniędzy, pracy odpłatnej ani zwykłych obowiązków szkolnych i domowych.</w:t>
      </w:r>
    </w:p>
    <w:p w14:paraId="2BAC286B" w14:textId="77777777" w:rsidR="004234EC" w:rsidRPr="00887362" w:rsidRDefault="00000000" w:rsidP="00887362">
      <w:pPr>
        <w:pStyle w:val="Punktregulaminu"/>
        <w:jc w:val="both"/>
      </w:pPr>
      <w:r w:rsidRPr="00887362">
        <w:lastRenderedPageBreak/>
        <w:t>7. Do 30 września opiekun SCW lub wychowawcy przekazują uczniom i rodzicom klas VII i VIII informacje o warunkach wpisu oraz terminach składania dokumentów. Przekazanie informacji dokumentuje się.</w:t>
      </w:r>
    </w:p>
    <w:p w14:paraId="0697592E" w14:textId="77777777" w:rsidR="004234EC" w:rsidRPr="00887362" w:rsidRDefault="00000000" w:rsidP="00887362">
      <w:pPr>
        <w:pStyle w:val="Punktregulaminu"/>
        <w:jc w:val="both"/>
      </w:pPr>
      <w:r w:rsidRPr="00887362">
        <w:t>8. Do końca marca opiekun SCW i wychowawcy klas VIII dokonują wstępnego sprawdzenia dokumentacji uczniów zainteresowanych wpisem i informują o stwierdzonych brakach.</w:t>
      </w:r>
    </w:p>
    <w:p w14:paraId="7744F80C" w14:textId="77777777" w:rsidR="004234EC" w:rsidRPr="00887362" w:rsidRDefault="00000000" w:rsidP="00887362">
      <w:pPr>
        <w:pStyle w:val="Punktregulaminu"/>
        <w:jc w:val="both"/>
      </w:pPr>
      <w:r w:rsidRPr="00887362">
        <w:t>9. Uczniowie klasy VIII składają dokumenty w terminie podanym przez dyrektora, nie później niż 10 dni roboczych przed klasyfikacyjnym posiedzeniem rady pedagogicznej.</w:t>
      </w:r>
    </w:p>
    <w:p w14:paraId="2BECE95C" w14:textId="77777777" w:rsidR="004234EC" w:rsidRPr="000F05E9" w:rsidRDefault="00000000" w:rsidP="00887362">
      <w:pPr>
        <w:pStyle w:val="Punktregulaminu"/>
        <w:jc w:val="both"/>
        <w:rPr>
          <w:lang w:val="pl-PL"/>
        </w:rPr>
      </w:pPr>
      <w:r w:rsidRPr="00887362">
        <w:t xml:space="preserve">10. Nie wprowadza się zakazu działania w maju ani czerwcu. Dokument złożony po terminie może zostać uwzględniony, jeżeli szkoła zdąży go rzetelnie zweryfikować przed sporządzeniem dokumentacji i wydaniem </w:t>
      </w:r>
      <w:r w:rsidRPr="000F05E9">
        <w:rPr>
          <w:lang w:val="pl-PL"/>
        </w:rPr>
        <w:t>świadectwa.</w:t>
      </w:r>
    </w:p>
    <w:p w14:paraId="3AC131C8" w14:textId="77777777" w:rsidR="004234EC" w:rsidRPr="000F05E9" w:rsidRDefault="00000000" w:rsidP="00887362">
      <w:pPr>
        <w:pStyle w:val="Punktregulaminu"/>
        <w:jc w:val="both"/>
        <w:rPr>
          <w:lang w:val="pl-PL"/>
        </w:rPr>
      </w:pPr>
      <w:r w:rsidRPr="000F05E9">
        <w:rPr>
          <w:lang w:val="pl-PL"/>
        </w:rPr>
        <w:t>11. Weryfikacji dokonują opiekun SCW i wychowawca. W razie rozbieżności wzywa się ucznia lub rodzica do przedstawienia wyjaśnień albo dodatkowego potwierdzenia. Nierozstrzygnięte przypadki przedstawia się dyrektorowi lub osobie przez niego wskazanej.</w:t>
      </w:r>
    </w:p>
    <w:p w14:paraId="209FAAD0" w14:textId="59FD9BDA" w:rsidR="004234EC" w:rsidRPr="000F05E9" w:rsidRDefault="00000000" w:rsidP="00887362">
      <w:pPr>
        <w:pStyle w:val="Punktregulaminu"/>
        <w:jc w:val="both"/>
        <w:rPr>
          <w:lang w:val="pl-PL"/>
        </w:rPr>
      </w:pPr>
      <w:r w:rsidRPr="000F05E9">
        <w:rPr>
          <w:lang w:val="pl-PL"/>
        </w:rPr>
        <w:t>12. Z weryfikacji sporządza wykaz uczniów zakwalifikowanych do wpisu</w:t>
      </w:r>
      <w:r w:rsidR="000F05E9" w:rsidRPr="000F05E9">
        <w:rPr>
          <w:lang w:val="pl-PL"/>
        </w:rPr>
        <w:t>,</w:t>
      </w:r>
      <w:r w:rsidRPr="000F05E9">
        <w:rPr>
          <w:lang w:val="pl-PL"/>
        </w:rPr>
        <w:t>.</w:t>
      </w:r>
      <w:r w:rsidR="000F05E9" w:rsidRPr="000F05E9">
        <w:rPr>
          <w:lang w:val="pl-PL"/>
        </w:rPr>
        <w:t xml:space="preserve"> Opiekun przedstawia na radzie klasyfikacyjnej osoby </w:t>
      </w:r>
      <w:proofErr w:type="spellStart"/>
      <w:r w:rsidR="000F05E9" w:rsidRPr="000F05E9">
        <w:rPr>
          <w:lang w:val="pl-PL"/>
        </w:rPr>
        <w:t>spełniajace</w:t>
      </w:r>
      <w:proofErr w:type="spellEnd"/>
      <w:r w:rsidR="000F05E9" w:rsidRPr="000F05E9">
        <w:rPr>
          <w:lang w:val="pl-PL"/>
        </w:rPr>
        <w:t xml:space="preserve"> kryteria wpisu na </w:t>
      </w:r>
      <w:proofErr w:type="spellStart"/>
      <w:r w:rsidR="000F05E9" w:rsidRPr="000F05E9">
        <w:rPr>
          <w:lang w:val="pl-PL"/>
        </w:rPr>
        <w:t>swiadectwie</w:t>
      </w:r>
      <w:proofErr w:type="spellEnd"/>
      <w:r w:rsidR="000F05E9" w:rsidRPr="000F05E9">
        <w:rPr>
          <w:lang w:val="pl-PL"/>
        </w:rPr>
        <w:t xml:space="preserve">. </w:t>
      </w:r>
      <w:r w:rsidRPr="000F05E9">
        <w:rPr>
          <w:lang w:val="pl-PL"/>
        </w:rPr>
        <w:t>Przed wydaniem świadectw sprawdza się zgodność wykazu z treścią świadectwa oraz arkusza ocen.</w:t>
      </w:r>
    </w:p>
    <w:p w14:paraId="2868A948" w14:textId="77777777" w:rsidR="004234EC" w:rsidRPr="00887362" w:rsidRDefault="00000000" w:rsidP="00887362">
      <w:pPr>
        <w:pStyle w:val="Paragrafregulaminu"/>
        <w:keepNext/>
        <w:jc w:val="both"/>
      </w:pPr>
      <w:r w:rsidRPr="00887362">
        <w:t>§ 9. Zbiórki, kiermasze i przekazywanie środków lub darów</w:t>
      </w:r>
    </w:p>
    <w:p w14:paraId="52330014" w14:textId="77777777" w:rsidR="004234EC" w:rsidRPr="00887362" w:rsidRDefault="00000000" w:rsidP="00887362">
      <w:pPr>
        <w:pStyle w:val="Punktregulaminu"/>
        <w:jc w:val="both"/>
      </w:pPr>
      <w:r w:rsidRPr="00887362">
        <w:t>1. Każda zbiórka, kiermasz lub akcja darowizn wymaga wcześniejszej zgody dyrektora i wskazania organizatora, celu, beneficjenta, terminu oraz sposobu zabezpieczenia i rozliczenia.</w:t>
      </w:r>
    </w:p>
    <w:p w14:paraId="0996DFB4" w14:textId="77777777" w:rsidR="004234EC" w:rsidRPr="00887362" w:rsidRDefault="00000000" w:rsidP="00887362">
      <w:pPr>
        <w:pStyle w:val="Punktregulaminu"/>
        <w:jc w:val="both"/>
      </w:pPr>
      <w:r w:rsidRPr="00887362">
        <w:t>2. Przed rozpoczęciem akcji ustala się jej kwalifikację prawną, w szczególności czy jest zbiórką wewnątrzszkolną, zbiórką publiczną, kiermaszem, darowizną rzeczową czy informacją o wpłacie bezpośrednio na konto uprawnionego podmiotu.</w:t>
      </w:r>
    </w:p>
    <w:p w14:paraId="7C10A719" w14:textId="77777777" w:rsidR="004234EC" w:rsidRPr="00887362" w:rsidRDefault="00000000" w:rsidP="00887362">
      <w:pPr>
        <w:pStyle w:val="Punktregulaminu"/>
        <w:jc w:val="both"/>
      </w:pPr>
      <w:r w:rsidRPr="00887362">
        <w:t>3. Uczestnicy otrzymują informację o organizatorze, celu, dobrowolności, beneficjencie, terminie i sposobie przekazania środków lub darów.</w:t>
      </w:r>
    </w:p>
    <w:p w14:paraId="25E75874" w14:textId="77777777" w:rsidR="004234EC" w:rsidRPr="00887362" w:rsidRDefault="00000000" w:rsidP="00887362">
      <w:pPr>
        <w:pStyle w:val="Punktregulaminu"/>
        <w:jc w:val="both"/>
      </w:pPr>
      <w:r w:rsidRPr="00887362">
        <w:t>4. Gotówkę zabezpiecza się przed dostępem osób nieuprawnionych i przelicza niezwłocznie komisja co najmniej dwuosobowa. Z przeliczenia sporządza się protokół.</w:t>
      </w:r>
    </w:p>
    <w:p w14:paraId="3739230C" w14:textId="77777777" w:rsidR="004234EC" w:rsidRPr="00887362" w:rsidRDefault="00000000" w:rsidP="00887362">
      <w:pPr>
        <w:pStyle w:val="Punktregulaminu"/>
        <w:jc w:val="both"/>
      </w:pPr>
      <w:r w:rsidRPr="00887362">
        <w:t>5. Dary rzeczowe ujmuje się w ewidencji w zakresie możliwym do ustalenia bez gromadzenia zbędnych danych darczyńców.</w:t>
      </w:r>
    </w:p>
    <w:p w14:paraId="26025316" w14:textId="77777777" w:rsidR="004234EC" w:rsidRPr="00887362" w:rsidRDefault="00000000" w:rsidP="00887362">
      <w:pPr>
        <w:pStyle w:val="Punktregulaminu"/>
        <w:jc w:val="both"/>
      </w:pPr>
      <w:r w:rsidRPr="00887362">
        <w:t>6. Przekazanie pieniędzy lub darów potwierdza się protokołem przekazania albo pisemnym potwierdzeniem odbioru wystawionym przez beneficjenta.</w:t>
      </w:r>
    </w:p>
    <w:p w14:paraId="423A30A9" w14:textId="77777777" w:rsidR="004234EC" w:rsidRPr="00887362" w:rsidRDefault="00000000" w:rsidP="00887362">
      <w:pPr>
        <w:pStyle w:val="Punktregulaminu"/>
        <w:jc w:val="both"/>
      </w:pPr>
      <w:r w:rsidRPr="00887362">
        <w:t>7. Protokół lub potwierdzenie odbioru zawiera co najmniej: nazwę i cel akcji, beneficjenta, datę przekazania, kwotę albo rodzaj i liczbę darów, imiona i nazwiska osób przekazujących i odbierających oraz podpisy. Do dokumentu dołącza się potwierdzenie przelewu, jeżeli środki przekazano bezgotówkowo.</w:t>
      </w:r>
    </w:p>
    <w:p w14:paraId="4D6989AD" w14:textId="77777777" w:rsidR="004234EC" w:rsidRPr="00887362" w:rsidRDefault="00000000" w:rsidP="00887362">
      <w:pPr>
        <w:pStyle w:val="Punktregulaminu"/>
        <w:jc w:val="both"/>
      </w:pPr>
      <w:r w:rsidRPr="00887362">
        <w:t>8. Po zakończeniu akcji społeczność szkolna otrzymuje krótką informację o wyniku i sposobie przekazania pomocy.</w:t>
      </w:r>
    </w:p>
    <w:p w14:paraId="64D39A39" w14:textId="77777777" w:rsidR="004234EC" w:rsidRPr="00887362" w:rsidRDefault="00000000" w:rsidP="00887362">
      <w:pPr>
        <w:pStyle w:val="Paragrafregulaminu"/>
        <w:keepNext/>
        <w:jc w:val="both"/>
      </w:pPr>
      <w:r w:rsidRPr="00887362">
        <w:t>§ 10. Plan pracy, sprawozdania i ewaluacja</w:t>
      </w:r>
    </w:p>
    <w:p w14:paraId="24D05786" w14:textId="77777777" w:rsidR="004234EC" w:rsidRPr="00887362" w:rsidRDefault="00000000" w:rsidP="00887362">
      <w:pPr>
        <w:pStyle w:val="Punktregulaminu"/>
        <w:jc w:val="both"/>
      </w:pPr>
      <w:r w:rsidRPr="00887362">
        <w:t>1. Opiekun SCW opracowuje plan pracy nie później niż do 30 września danego roku szkolnego i przedstawia go dyrektorowi do zatwierdzenia.</w:t>
      </w:r>
    </w:p>
    <w:p w14:paraId="67BA68D9" w14:textId="77777777" w:rsidR="004234EC" w:rsidRPr="00887362" w:rsidRDefault="00000000" w:rsidP="00887362">
      <w:pPr>
        <w:pStyle w:val="Punktregulaminu"/>
        <w:jc w:val="both"/>
      </w:pPr>
      <w:r w:rsidRPr="00887362">
        <w:t>2. Plan może mieć formę planu rocznego z możliwością aktualizacji po I półroczu albo odrębnych planów na I i II półrocze.</w:t>
      </w:r>
    </w:p>
    <w:p w14:paraId="75553D5F" w14:textId="77777777" w:rsidR="004234EC" w:rsidRPr="00887362" w:rsidRDefault="00000000" w:rsidP="00887362">
      <w:pPr>
        <w:pStyle w:val="Punktregulaminu"/>
        <w:jc w:val="both"/>
      </w:pPr>
      <w:r w:rsidRPr="00887362">
        <w:t>3. Plan zawiera co najmniej cele, działania, terminy, osoby odpowiedzialne, odbiorców, sposób dokumentowania, przewidywane efekty i sposób ewaluacji.</w:t>
      </w:r>
    </w:p>
    <w:p w14:paraId="62205EF8" w14:textId="77777777" w:rsidR="004234EC" w:rsidRPr="00887362" w:rsidRDefault="00000000" w:rsidP="00887362">
      <w:pPr>
        <w:pStyle w:val="Punktregulaminu"/>
        <w:jc w:val="both"/>
      </w:pPr>
      <w:r w:rsidRPr="00887362">
        <w:t>4. Po I półroczu i na koniec roku szkolnego opiekun sporządza sprawozdanie obejmujące realizację planu, efekty, trudności, dokumentację, wnioski i rekomendacje.</w:t>
      </w:r>
    </w:p>
    <w:p w14:paraId="0EE83ADF" w14:textId="77777777" w:rsidR="004234EC" w:rsidRPr="00887362" w:rsidRDefault="00000000" w:rsidP="00887362">
      <w:pPr>
        <w:pStyle w:val="Punktregulaminu"/>
        <w:jc w:val="both"/>
      </w:pPr>
      <w:r w:rsidRPr="00887362">
        <w:t>5. Wnioski półroczne uwzględnia się w aktualizacji planu lub w planie II półrocza, a rekomendacje roczne – w planie na kolejny rok szkolny.</w:t>
      </w:r>
    </w:p>
    <w:p w14:paraId="7E272A44" w14:textId="77777777" w:rsidR="004234EC" w:rsidRPr="00887362" w:rsidRDefault="00000000" w:rsidP="00887362">
      <w:pPr>
        <w:pStyle w:val="Punktregulaminu"/>
        <w:jc w:val="both"/>
      </w:pPr>
      <w:r w:rsidRPr="00887362">
        <w:t>6. Sprawozdania przedstawia się dyrektorowi w terminie ustalonym w planie nadzoru lub organizacji pracy szkoły.</w:t>
      </w:r>
    </w:p>
    <w:p w14:paraId="3F8D67D1" w14:textId="77777777" w:rsidR="004234EC" w:rsidRPr="00887362" w:rsidRDefault="00000000" w:rsidP="00887362">
      <w:pPr>
        <w:pStyle w:val="Paragrafregulaminu"/>
        <w:keepNext/>
        <w:jc w:val="both"/>
      </w:pPr>
      <w:r w:rsidRPr="00887362">
        <w:lastRenderedPageBreak/>
        <w:t>§ 11. Prawa, obowiązki i docenianie wolontariuszy</w:t>
      </w:r>
    </w:p>
    <w:p w14:paraId="2ED4932B" w14:textId="77777777" w:rsidR="004234EC" w:rsidRPr="00887362" w:rsidRDefault="00000000" w:rsidP="00887362">
      <w:pPr>
        <w:pStyle w:val="Punktregulaminu"/>
        <w:jc w:val="both"/>
      </w:pPr>
      <w:r w:rsidRPr="00887362">
        <w:t>1. Wolontariusz ma prawo wybrać działanie, uzyskać jasną informację o zadaniu i ryzyku, otrzymać wsparcie oraz odmówić zadania niebezpiecznego albo przekraczającego jego możliwości.</w:t>
      </w:r>
    </w:p>
    <w:p w14:paraId="2C1EB516" w14:textId="77777777" w:rsidR="004234EC" w:rsidRPr="00887362" w:rsidRDefault="00000000" w:rsidP="00887362">
      <w:pPr>
        <w:pStyle w:val="Punktregulaminu"/>
        <w:jc w:val="both"/>
      </w:pPr>
      <w:r w:rsidRPr="00887362">
        <w:t>2. Wolontariusz przestrzega zasad bezpieczeństwa, wykonuje przyjęte zadania rzetelnie, szanuje godność i prywatność innych osób oraz nie publikuje informacji ani zdjęć bez uprawnienia.</w:t>
      </w:r>
    </w:p>
    <w:p w14:paraId="3115C604" w14:textId="77777777" w:rsidR="004234EC" w:rsidRPr="00887362" w:rsidRDefault="00000000" w:rsidP="00887362">
      <w:pPr>
        <w:pStyle w:val="Punktregulaminu"/>
        <w:jc w:val="both"/>
      </w:pPr>
      <w:r w:rsidRPr="00887362">
        <w:t>3. Uczniowie mogą otrzymywać bieżące podziękowania, dyplomy uczestnictwa oraz prezentację osiągnięć na forum szkoły.</w:t>
      </w:r>
    </w:p>
    <w:p w14:paraId="2B5A43B2" w14:textId="77777777" w:rsidR="004234EC" w:rsidRPr="00887362" w:rsidRDefault="00000000" w:rsidP="00887362">
      <w:pPr>
        <w:pStyle w:val="Punktregulaminu"/>
        <w:jc w:val="both"/>
      </w:pPr>
      <w:r w:rsidRPr="00887362">
        <w:t>4. Formalne nagrody przyznaje się wyłącznie zgodnie ze Statutem Szkoły. Wpis na świadectwie nie jest nagrodą uznaniową, lecz potwierdzeniem spełnienia ustalonych warunków.</w:t>
      </w:r>
    </w:p>
    <w:p w14:paraId="00EEECF4" w14:textId="77777777" w:rsidR="004234EC" w:rsidRPr="00887362" w:rsidRDefault="00000000" w:rsidP="00887362">
      <w:pPr>
        <w:pStyle w:val="Paragrafregulaminu"/>
        <w:keepNext/>
        <w:jc w:val="both"/>
      </w:pPr>
      <w:r w:rsidRPr="00887362">
        <w:t>§ 12. Ochrona małoletnich, danych i wizerunku</w:t>
      </w:r>
    </w:p>
    <w:p w14:paraId="6904F9F8" w14:textId="77777777" w:rsidR="004234EC" w:rsidRPr="00887362" w:rsidRDefault="00000000" w:rsidP="00887362">
      <w:pPr>
        <w:pStyle w:val="Punktregulaminu"/>
        <w:jc w:val="both"/>
      </w:pPr>
      <w:r w:rsidRPr="00887362">
        <w:t>1. Działania SCW prowadzi się zgodnie ze Standardami Ochrony Małoletnich obowiązującymi w szkole.</w:t>
      </w:r>
    </w:p>
    <w:p w14:paraId="7EF69B2C" w14:textId="77777777" w:rsidR="004234EC" w:rsidRPr="00887362" w:rsidRDefault="00000000" w:rsidP="00887362">
      <w:pPr>
        <w:pStyle w:val="Punktregulaminu"/>
        <w:jc w:val="both"/>
      </w:pPr>
      <w:r w:rsidRPr="00887362">
        <w:t>2. Ucznia nie pozostawia się bez wymaganego nadzoru podczas działania organizowanego przez szkołę.</w:t>
      </w:r>
    </w:p>
    <w:p w14:paraId="55ABEADB" w14:textId="77777777" w:rsidR="004234EC" w:rsidRPr="00887362" w:rsidRDefault="00000000" w:rsidP="00887362">
      <w:pPr>
        <w:pStyle w:val="Punktregulaminu"/>
        <w:jc w:val="both"/>
      </w:pPr>
      <w:r w:rsidRPr="00887362">
        <w:t>3. Uczeń nie nawiązuje prywatnych kontaktów z beneficjentami ani pracownikami podmiotu zewnętrznego poza kanałami i zasadami zatwierdzonymi przez szkołę. Nie przekazuje prywatnego numeru telefonu, adresu ani profili społecznościowych.</w:t>
      </w:r>
    </w:p>
    <w:p w14:paraId="3F5DC7C6" w14:textId="77777777" w:rsidR="004234EC" w:rsidRPr="00887362" w:rsidRDefault="00000000" w:rsidP="00887362">
      <w:pPr>
        <w:pStyle w:val="Punktregulaminu"/>
        <w:jc w:val="both"/>
      </w:pPr>
      <w:r w:rsidRPr="00887362">
        <w:t>4. W dokumentacji gromadzi się tylko dane niezbędne do organizacji, bezpieczeństwa, porozumień, ochrony wypadkowej, ewidencji godzin i wpisu na świadectwie.</w:t>
      </w:r>
    </w:p>
    <w:p w14:paraId="0BC5C635" w14:textId="77777777" w:rsidR="004234EC" w:rsidRPr="00887362" w:rsidRDefault="00000000" w:rsidP="00887362">
      <w:pPr>
        <w:pStyle w:val="Punktregulaminu"/>
        <w:jc w:val="both"/>
      </w:pPr>
      <w:r w:rsidRPr="00887362">
        <w:t>5. Dane dotyczące zdrowia, sytuacji rodzinnej lub innych szczególnych okoliczności przetwarza się wyłącznie wtedy, gdy jest to niezbędne i zgodne z obowiązującymi w szkole zasadami ochrony danych.</w:t>
      </w:r>
    </w:p>
    <w:p w14:paraId="3D519979" w14:textId="77777777" w:rsidR="004234EC" w:rsidRPr="00887362" w:rsidRDefault="00000000" w:rsidP="00887362">
      <w:pPr>
        <w:pStyle w:val="Punktregulaminu"/>
        <w:jc w:val="both"/>
      </w:pPr>
      <w:r w:rsidRPr="00887362">
        <w:t>6. Zgoda na członkostwo w SCW nie jest zgodą na publikację wizerunku. Zdjęcia i informacje publikuje się zgodnie z zasadami obowiązującymi w szkole.</w:t>
      </w:r>
    </w:p>
    <w:p w14:paraId="7E7995F6" w14:textId="77777777" w:rsidR="004234EC" w:rsidRPr="00887362" w:rsidRDefault="00000000" w:rsidP="00887362">
      <w:pPr>
        <w:pStyle w:val="Punktregulaminu"/>
        <w:jc w:val="both"/>
      </w:pPr>
      <w:r w:rsidRPr="00887362">
        <w:t>7. Wolontariusz zachowuje poufność informacji o osobach korzystających z pomocy.</w:t>
      </w:r>
    </w:p>
    <w:p w14:paraId="197B0ADC" w14:textId="77777777" w:rsidR="004234EC" w:rsidRPr="00887362" w:rsidRDefault="00000000" w:rsidP="00887362">
      <w:pPr>
        <w:pStyle w:val="Paragrafregulaminu"/>
        <w:keepNext/>
        <w:jc w:val="both"/>
      </w:pPr>
      <w:r w:rsidRPr="00887362">
        <w:t>§ 13. Obieg, przechowywanie i kontrola dokumentacji</w:t>
      </w:r>
    </w:p>
    <w:p w14:paraId="205C6394" w14:textId="77777777" w:rsidR="004234EC" w:rsidRPr="00887362" w:rsidRDefault="00000000" w:rsidP="00887362">
      <w:pPr>
        <w:pStyle w:val="Punktregulaminu"/>
        <w:jc w:val="both"/>
      </w:pPr>
      <w:r w:rsidRPr="00887362">
        <w:t>1. Dokumentację SCW prowadzi się na bieżąco, zgodnie ze stanem faktycznym. Nie wolno jej antydatować ani wpisywać niepotwierdzonych godzin lub danych.</w:t>
      </w:r>
    </w:p>
    <w:p w14:paraId="1364ED73" w14:textId="77777777" w:rsidR="004234EC" w:rsidRPr="00887362" w:rsidRDefault="00000000" w:rsidP="00887362">
      <w:pPr>
        <w:pStyle w:val="Punktregulaminu"/>
        <w:jc w:val="both"/>
      </w:pPr>
      <w:r w:rsidRPr="00887362">
        <w:t>2. Dokumentację przechowuje się w wyznaczonej teczce lub w innym miejscu wskazanym przez dyrektora, w sposób zabezpieczający przed utratą, zniszczeniem i dostępem osób nieuprawnionych.</w:t>
      </w:r>
    </w:p>
    <w:p w14:paraId="21F60F99" w14:textId="77777777" w:rsidR="004234EC" w:rsidRPr="00887362" w:rsidRDefault="00000000" w:rsidP="00887362">
      <w:pPr>
        <w:pStyle w:val="Punktregulaminu"/>
        <w:jc w:val="both"/>
      </w:pPr>
      <w:r w:rsidRPr="00887362">
        <w:t>3. Dostęp do dokumentacji posiadają dyrektor, opiekun SCW oraz osoby upoważnione w zakresie wykonywanych zadań. Nauczyciele prowadzący akcje przekazują dokumentację opiekunowi w terminie określonym w karcie akcji, nie później niż 7 dni roboczych po jej zakończeniu.</w:t>
      </w:r>
    </w:p>
    <w:p w14:paraId="77C12A9C" w14:textId="77777777" w:rsidR="004234EC" w:rsidRPr="00887362" w:rsidRDefault="00000000" w:rsidP="00887362">
      <w:pPr>
        <w:pStyle w:val="Punktregulaminu"/>
        <w:jc w:val="both"/>
      </w:pPr>
      <w:r w:rsidRPr="00887362">
        <w:t>4. Opiekun przekazuje dyrektorowi po zakończeniu każdego półrocza informację o kompletności dokumentacji i stwierdzonych brakach.</w:t>
      </w:r>
    </w:p>
    <w:p w14:paraId="488C8E32" w14:textId="77777777" w:rsidR="004234EC" w:rsidRPr="00887362" w:rsidRDefault="00000000" w:rsidP="00887362">
      <w:pPr>
        <w:pStyle w:val="Punktregulaminu"/>
        <w:jc w:val="both"/>
      </w:pPr>
      <w:r w:rsidRPr="00887362">
        <w:t>5. Co najmniej raz w roku dyrektor lub osoba przez niego upoważniona przeprowadza kontrolę kompletności dokumentacji SCW.</w:t>
      </w:r>
    </w:p>
    <w:p w14:paraId="5337E0D1" w14:textId="77777777" w:rsidR="004234EC" w:rsidRPr="00887362" w:rsidRDefault="00000000" w:rsidP="00887362">
      <w:pPr>
        <w:pStyle w:val="Punktregulaminu"/>
        <w:jc w:val="both"/>
      </w:pPr>
      <w:r w:rsidRPr="00887362">
        <w:t>6. Okresy przechowywania, archiwizacji i niszczenia dokumentów ustala się zgodnie z obowiązującą w szkole instrukcją kancelaryjną, jednolitym rzeczowym wykazem akt, zasadami archiwizacji i ochrony danych osobowych.</w:t>
      </w:r>
    </w:p>
    <w:p w14:paraId="21B884CC" w14:textId="77777777" w:rsidR="004234EC" w:rsidRPr="00887362" w:rsidRDefault="00000000" w:rsidP="00887362">
      <w:pPr>
        <w:pStyle w:val="Punktregulaminu"/>
        <w:jc w:val="both"/>
      </w:pPr>
      <w:r w:rsidRPr="00887362">
        <w:t>7. Minimalna dokumentacja SCW obejmuje: regulamin z metryką, powierzenie funkcji opiekuna, rejestr członków i porozumień, plan i sprawozdania, karty akcji, listy uczestników z ewidencją godzin, dokumentację wyjść, współpracy zewnętrznej, NNW i wypadków, zbiórek i przekazania darów oraz dokumentację wpisów na świadectwie. Nie sporządza się kilku dokumentów zawierających te same dane; stosuje się wyłącznie formularze właściwe dla rodzaju działania.</w:t>
      </w:r>
    </w:p>
    <w:p w14:paraId="3ECB5BE7" w14:textId="77777777" w:rsidR="004234EC" w:rsidRDefault="00000000">
      <w:pPr>
        <w:pStyle w:val="Paragrafregulaminu"/>
        <w:keepNext/>
      </w:pPr>
      <w:r>
        <w:t>§ 14. Postanowienia końcowe</w:t>
      </w:r>
    </w:p>
    <w:p w14:paraId="1A9185EF" w14:textId="77777777" w:rsidR="004234EC" w:rsidRDefault="00000000">
      <w:pPr>
        <w:pStyle w:val="Punktregulaminu"/>
      </w:pPr>
      <w:r>
        <w:t>1. Regulamin obowiązuje członków SCW oraz osoby uczestniczące w organizacji działań w zakresie powierzonych im zadań.</w:t>
      </w:r>
    </w:p>
    <w:p w14:paraId="5BCBF392" w14:textId="77777777" w:rsidR="004234EC" w:rsidRDefault="00000000">
      <w:pPr>
        <w:pStyle w:val="Punktregulaminu"/>
      </w:pPr>
      <w:r>
        <w:lastRenderedPageBreak/>
        <w:t>2. W sprawach nieuregulowanych decyzję podejmuje dyrektor, kierując się przepisami prawa, Statutem, bezpieczeństwem i dobrem ucznia.</w:t>
      </w:r>
    </w:p>
    <w:p w14:paraId="3A4C0866" w14:textId="77777777" w:rsidR="004234EC" w:rsidRDefault="00000000">
      <w:pPr>
        <w:pStyle w:val="Punktregulaminu"/>
      </w:pPr>
      <w:r>
        <w:t>3. Załączniki nr 1–10 stanowią integralną część regulaminu i tworzą minimalny zestaw dokumentacji SCW. Formularze można dostosować graficznie do potrzeb szkoły, pod warunkiem zachowania wszystkich wymaganych pól i bez zmiany praw oraz obowiązków określonych w regulaminie.</w:t>
      </w:r>
    </w:p>
    <w:p w14:paraId="11EAFB29" w14:textId="77777777" w:rsidR="004234EC" w:rsidRDefault="00000000">
      <w:pPr>
        <w:pStyle w:val="Punktregulaminu"/>
      </w:pPr>
      <w:r>
        <w:t>4. Dokumentację dobiera się do rodzaju działania. Załącznik dotyczący wyjścia stosuje się tylko przy wyjściu lub przejeździe, dokumentację podmiotu zewnętrznego – tylko gdy inny podmiot jest organizatorem lub korzystającym, a dokumentację zbiórki – tylko przy zbiórce, kiermaszu lub przekazywaniu darów. Regulamin oznacza się numerem wersji i datą wejścia w życie. Zmiany wprowadza dyrektor po sprawdzeniu ich zgodności ze Statutem i przepisami prawa. Po każdej zmianie sporządza się tekst ujednolicony albo czytelnie oznaczoną kolejną wersję.</w:t>
      </w:r>
    </w:p>
    <w:p w14:paraId="7EB22005" w14:textId="77777777" w:rsidR="004234EC" w:rsidRDefault="00000000">
      <w:pPr>
        <w:pStyle w:val="Punktregulaminu"/>
      </w:pPr>
      <w:r>
        <w:t>5. Regulamin udostępnia się uczniom, rodzicom i pracownikom szkoły w sposób przyjęty w szkole, w szczególności za pośrednictwem dziennika elektronicznego i strony internetowej szkoły.</w:t>
      </w:r>
    </w:p>
    <w:p w14:paraId="526C8F91" w14:textId="458427B3" w:rsidR="004234EC" w:rsidRDefault="000F05E9">
      <w:pPr>
        <w:pStyle w:val="Punktregulaminu"/>
      </w:pPr>
      <w:r>
        <w:t>6</w:t>
      </w:r>
      <w:r w:rsidR="00000000">
        <w:t>. Dotychczasowy regulamin traci moc z dniem wejścia w życie niniejszego regulaminu.</w:t>
      </w:r>
    </w:p>
    <w:p w14:paraId="29CC8B0A" w14:textId="77777777" w:rsidR="004234EC" w:rsidRDefault="00000000">
      <w:r>
        <w:br w:type="page"/>
      </w:r>
    </w:p>
    <w:p w14:paraId="26FEBE8C" w14:textId="77777777" w:rsidR="004234EC" w:rsidRDefault="00000000">
      <w:pPr>
        <w:pStyle w:val="Nagwek1"/>
        <w:jc w:val="center"/>
      </w:pPr>
      <w:r>
        <w:rPr>
          <w:rFonts w:ascii="Garamond" w:eastAsia="Garamond" w:hAnsi="Garamond"/>
        </w:rPr>
        <w:lastRenderedPageBreak/>
        <w:t>ZAŁĄCZNIK NR 1</w:t>
      </w:r>
    </w:p>
    <w:p w14:paraId="15E0D861" w14:textId="77777777" w:rsidR="004234EC" w:rsidRDefault="00000000">
      <w:pPr>
        <w:pStyle w:val="Nagwek1"/>
        <w:jc w:val="center"/>
      </w:pPr>
      <w:r>
        <w:rPr>
          <w:rFonts w:ascii="Garamond" w:eastAsia="Garamond" w:hAnsi="Garamond"/>
        </w:rPr>
        <w:t>REJESTR CZŁONKÓW, ZGÓD I POROZUMIEŃ SCW</w:t>
      </w:r>
    </w:p>
    <w:p w14:paraId="6DD9BAB5" w14:textId="77777777" w:rsidR="004234EC" w:rsidRDefault="00000000">
      <w:pPr>
        <w:spacing w:after="60"/>
      </w:pPr>
      <w:r>
        <w:rPr>
          <w:i/>
          <w:color w:val="1F4E78"/>
          <w:sz w:val="19"/>
        </w:rPr>
        <w:t>Jeden rejestr zastępuje odrębny rejestr członków, zgód, porozumień, rezygnacji i skreśleń.</w:t>
      </w:r>
    </w:p>
    <w:p w14:paraId="54DC97CE" w14:textId="77777777" w:rsidR="004234EC" w:rsidRDefault="00000000">
      <w:r>
        <w:rPr>
          <w:b/>
        </w:rPr>
        <w:t>Rok szkolny:</w:t>
      </w:r>
      <w:r>
        <w:t xml:space="preserve"> ........................................................................................................................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77"/>
        <w:gridCol w:w="1757"/>
        <w:gridCol w:w="1377"/>
        <w:gridCol w:w="1377"/>
        <w:gridCol w:w="1814"/>
        <w:gridCol w:w="1377"/>
        <w:gridCol w:w="1871"/>
      </w:tblGrid>
      <w:tr w:rsidR="004234EC" w14:paraId="6BA479E8" w14:textId="77777777">
        <w:trPr>
          <w:tblHeader/>
          <w:jc w:val="center"/>
        </w:trPr>
        <w:tc>
          <w:tcPr>
            <w:tcW w:w="1377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B8A2F6" w14:textId="77777777" w:rsidR="004234EC" w:rsidRDefault="00000000">
            <w:r>
              <w:rPr>
                <w:b/>
                <w:color w:val="FFFFFF"/>
                <w:sz w:val="18"/>
              </w:rPr>
              <w:t>Lp.</w:t>
            </w:r>
          </w:p>
        </w:tc>
        <w:tc>
          <w:tcPr>
            <w:tcW w:w="1377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508B24" w14:textId="77777777" w:rsidR="004234EC" w:rsidRDefault="00000000">
            <w:r>
              <w:rPr>
                <w:b/>
                <w:color w:val="FFFFFF"/>
                <w:sz w:val="18"/>
              </w:rPr>
              <w:t>Uczeń, klasa</w:t>
            </w:r>
          </w:p>
        </w:tc>
        <w:tc>
          <w:tcPr>
            <w:tcW w:w="1377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F69A66" w14:textId="77777777" w:rsidR="004234EC" w:rsidRDefault="00000000">
            <w:r>
              <w:rPr>
                <w:b/>
                <w:color w:val="FFFFFF"/>
                <w:sz w:val="18"/>
              </w:rPr>
              <w:t>Data przystąpienia</w:t>
            </w:r>
          </w:p>
        </w:tc>
        <w:tc>
          <w:tcPr>
            <w:tcW w:w="1377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8E2F57" w14:textId="77777777" w:rsidR="004234EC" w:rsidRDefault="00000000">
            <w:r>
              <w:rPr>
                <w:b/>
                <w:color w:val="FFFFFF"/>
                <w:sz w:val="18"/>
              </w:rPr>
              <w:t>Zgoda / deklaracja</w:t>
            </w:r>
          </w:p>
        </w:tc>
        <w:tc>
          <w:tcPr>
            <w:tcW w:w="1377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BB1937" w14:textId="77777777" w:rsidR="004234EC" w:rsidRDefault="00000000">
            <w:r>
              <w:rPr>
                <w:b/>
                <w:color w:val="FFFFFF"/>
                <w:sz w:val="18"/>
              </w:rPr>
              <w:t>Porozumienie: nr i okres</w:t>
            </w:r>
          </w:p>
        </w:tc>
        <w:tc>
          <w:tcPr>
            <w:tcW w:w="1377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C30914" w14:textId="77777777" w:rsidR="004234EC" w:rsidRDefault="00000000">
            <w:r>
              <w:rPr>
                <w:b/>
                <w:color w:val="FFFFFF"/>
                <w:sz w:val="18"/>
              </w:rPr>
              <w:t>Korzystający</w:t>
            </w:r>
          </w:p>
        </w:tc>
        <w:tc>
          <w:tcPr>
            <w:tcW w:w="1377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4023A6" w14:textId="77777777" w:rsidR="004234EC" w:rsidRDefault="00000000">
            <w:r>
              <w:rPr>
                <w:b/>
                <w:color w:val="FFFFFF"/>
                <w:sz w:val="18"/>
              </w:rPr>
              <w:t>Zakończenie udziału: data i powód</w:t>
            </w:r>
          </w:p>
        </w:tc>
      </w:tr>
      <w:tr w:rsidR="004234EC" w14:paraId="4E53EB32" w14:textId="77777777">
        <w:trPr>
          <w:jc w:val="center"/>
        </w:trPr>
        <w:tc>
          <w:tcPr>
            <w:tcW w:w="39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FE5BAFC" w14:textId="77777777" w:rsidR="004234EC" w:rsidRDefault="00000000">
            <w:r>
              <w:rPr>
                <w:sz w:val="17"/>
              </w:rPr>
              <w:t>1</w:t>
            </w:r>
            <w:r>
              <w:rPr>
                <w:sz w:val="17"/>
              </w:rPr>
              <w:br/>
            </w:r>
          </w:p>
        </w:tc>
        <w:tc>
          <w:tcPr>
            <w:tcW w:w="175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B431935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82AE0EA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24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00368F8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81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DDEC484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24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625CE4C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87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3682B5B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5CDD37C3" w14:textId="77777777">
        <w:trPr>
          <w:jc w:val="center"/>
        </w:trPr>
        <w:tc>
          <w:tcPr>
            <w:tcW w:w="39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472AC4B" w14:textId="77777777" w:rsidR="004234EC" w:rsidRDefault="00000000">
            <w:r>
              <w:rPr>
                <w:sz w:val="17"/>
              </w:rPr>
              <w:t>2</w:t>
            </w:r>
            <w:r>
              <w:rPr>
                <w:sz w:val="17"/>
              </w:rPr>
              <w:br/>
            </w:r>
          </w:p>
        </w:tc>
        <w:tc>
          <w:tcPr>
            <w:tcW w:w="175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E486587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A6BD34A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24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595C9A1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81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E64CFD3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24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C859D2D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87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CEBCB25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7F1CB923" w14:textId="77777777">
        <w:trPr>
          <w:jc w:val="center"/>
        </w:trPr>
        <w:tc>
          <w:tcPr>
            <w:tcW w:w="39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DB10E34" w14:textId="77777777" w:rsidR="004234EC" w:rsidRDefault="00000000">
            <w:r>
              <w:rPr>
                <w:sz w:val="17"/>
              </w:rPr>
              <w:t>3</w:t>
            </w:r>
            <w:r>
              <w:rPr>
                <w:sz w:val="17"/>
              </w:rPr>
              <w:br/>
            </w:r>
          </w:p>
        </w:tc>
        <w:tc>
          <w:tcPr>
            <w:tcW w:w="175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C7ABCF9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BB0A5BB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24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2D2A16C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81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5875F56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24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5613B70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87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E31FF52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088C7488" w14:textId="77777777">
        <w:trPr>
          <w:jc w:val="center"/>
        </w:trPr>
        <w:tc>
          <w:tcPr>
            <w:tcW w:w="39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BF77771" w14:textId="77777777" w:rsidR="004234EC" w:rsidRDefault="00000000">
            <w:r>
              <w:rPr>
                <w:sz w:val="17"/>
              </w:rPr>
              <w:t>4</w:t>
            </w:r>
            <w:r>
              <w:rPr>
                <w:sz w:val="17"/>
              </w:rPr>
              <w:br/>
            </w:r>
          </w:p>
        </w:tc>
        <w:tc>
          <w:tcPr>
            <w:tcW w:w="175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FADEA1E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DFB3FFD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24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AD2A480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81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DFDA94E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24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754D0E7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87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BDF1745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7236C09C" w14:textId="77777777">
        <w:trPr>
          <w:jc w:val="center"/>
        </w:trPr>
        <w:tc>
          <w:tcPr>
            <w:tcW w:w="39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F5F3D4E" w14:textId="77777777" w:rsidR="004234EC" w:rsidRDefault="00000000">
            <w:r>
              <w:rPr>
                <w:sz w:val="17"/>
              </w:rPr>
              <w:t>5</w:t>
            </w:r>
            <w:r>
              <w:rPr>
                <w:sz w:val="17"/>
              </w:rPr>
              <w:br/>
            </w:r>
          </w:p>
        </w:tc>
        <w:tc>
          <w:tcPr>
            <w:tcW w:w="175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3BFA024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96F77DD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24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45663FA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81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146500D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24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179E195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87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BCFE951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07007D9E" w14:textId="77777777">
        <w:trPr>
          <w:jc w:val="center"/>
        </w:trPr>
        <w:tc>
          <w:tcPr>
            <w:tcW w:w="39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9880800" w14:textId="77777777" w:rsidR="004234EC" w:rsidRDefault="00000000">
            <w:r>
              <w:rPr>
                <w:sz w:val="17"/>
              </w:rPr>
              <w:t>6</w:t>
            </w:r>
            <w:r>
              <w:rPr>
                <w:sz w:val="17"/>
              </w:rPr>
              <w:br/>
            </w:r>
          </w:p>
        </w:tc>
        <w:tc>
          <w:tcPr>
            <w:tcW w:w="175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2A7AE0F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5CD48EB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24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F73468D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81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4664745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24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2C8F6CF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87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2B14DC0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6905FC2B" w14:textId="77777777">
        <w:trPr>
          <w:jc w:val="center"/>
        </w:trPr>
        <w:tc>
          <w:tcPr>
            <w:tcW w:w="39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8DFD916" w14:textId="77777777" w:rsidR="004234EC" w:rsidRDefault="00000000">
            <w:r>
              <w:rPr>
                <w:sz w:val="17"/>
              </w:rPr>
              <w:t>7</w:t>
            </w:r>
            <w:r>
              <w:rPr>
                <w:sz w:val="17"/>
              </w:rPr>
              <w:br/>
            </w:r>
          </w:p>
        </w:tc>
        <w:tc>
          <w:tcPr>
            <w:tcW w:w="175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E97EDCA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58A658E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24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966C623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81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6CC067C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24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C216763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87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8881E7B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24E9DE8F" w14:textId="77777777">
        <w:trPr>
          <w:jc w:val="center"/>
        </w:trPr>
        <w:tc>
          <w:tcPr>
            <w:tcW w:w="39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5A7F343" w14:textId="77777777" w:rsidR="004234EC" w:rsidRDefault="00000000">
            <w:r>
              <w:rPr>
                <w:sz w:val="17"/>
              </w:rPr>
              <w:t>8</w:t>
            </w:r>
            <w:r>
              <w:rPr>
                <w:sz w:val="17"/>
              </w:rPr>
              <w:br/>
            </w:r>
          </w:p>
        </w:tc>
        <w:tc>
          <w:tcPr>
            <w:tcW w:w="175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72C0B8F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FC44BF6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24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8A2DC22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81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AE3CDEF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24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0600B89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87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FA76C13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7A465595" w14:textId="77777777">
        <w:trPr>
          <w:jc w:val="center"/>
        </w:trPr>
        <w:tc>
          <w:tcPr>
            <w:tcW w:w="39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B0BDCA1" w14:textId="77777777" w:rsidR="004234EC" w:rsidRDefault="00000000">
            <w:r>
              <w:rPr>
                <w:sz w:val="17"/>
              </w:rPr>
              <w:t>9</w:t>
            </w:r>
            <w:r>
              <w:rPr>
                <w:sz w:val="17"/>
              </w:rPr>
              <w:br/>
            </w:r>
          </w:p>
        </w:tc>
        <w:tc>
          <w:tcPr>
            <w:tcW w:w="175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11BEDAB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779A984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24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168F21C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81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21D0F1D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24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FD9976F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87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9937D9B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6FBBF7B0" w14:textId="77777777">
        <w:trPr>
          <w:jc w:val="center"/>
        </w:trPr>
        <w:tc>
          <w:tcPr>
            <w:tcW w:w="39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74E30C2" w14:textId="77777777" w:rsidR="004234EC" w:rsidRDefault="00000000">
            <w:r>
              <w:rPr>
                <w:sz w:val="17"/>
              </w:rPr>
              <w:t>10</w:t>
            </w:r>
            <w:r>
              <w:rPr>
                <w:sz w:val="17"/>
              </w:rPr>
              <w:br/>
            </w:r>
          </w:p>
        </w:tc>
        <w:tc>
          <w:tcPr>
            <w:tcW w:w="175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DB17798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C45B218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24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CE458B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81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C4EC508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24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4E98E15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87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EFCB516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1F57FB03" w14:textId="77777777">
        <w:trPr>
          <w:jc w:val="center"/>
        </w:trPr>
        <w:tc>
          <w:tcPr>
            <w:tcW w:w="39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91A0DF5" w14:textId="77777777" w:rsidR="004234EC" w:rsidRDefault="00000000">
            <w:r>
              <w:rPr>
                <w:sz w:val="17"/>
              </w:rPr>
              <w:t>11</w:t>
            </w:r>
            <w:r>
              <w:rPr>
                <w:sz w:val="17"/>
              </w:rPr>
              <w:br/>
            </w:r>
          </w:p>
        </w:tc>
        <w:tc>
          <w:tcPr>
            <w:tcW w:w="175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7961C97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4D38340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24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15F2981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81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AC8326C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24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D433D1E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87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78C6052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3B25223A" w14:textId="77777777">
        <w:trPr>
          <w:jc w:val="center"/>
        </w:trPr>
        <w:tc>
          <w:tcPr>
            <w:tcW w:w="39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D457809" w14:textId="77777777" w:rsidR="004234EC" w:rsidRDefault="00000000">
            <w:r>
              <w:rPr>
                <w:sz w:val="17"/>
              </w:rPr>
              <w:t>12</w:t>
            </w:r>
            <w:r>
              <w:rPr>
                <w:sz w:val="17"/>
              </w:rPr>
              <w:br/>
            </w:r>
          </w:p>
        </w:tc>
        <w:tc>
          <w:tcPr>
            <w:tcW w:w="175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D1AB1DC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4260E6D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24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3044CB5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81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6FF7ED0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24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2B0E136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87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6BC9175" w14:textId="77777777" w:rsidR="004234EC" w:rsidRDefault="00000000">
            <w:r>
              <w:rPr>
                <w:sz w:val="17"/>
              </w:rPr>
              <w:br/>
            </w:r>
          </w:p>
        </w:tc>
      </w:tr>
    </w:tbl>
    <w:p w14:paraId="1A9ED421" w14:textId="77777777" w:rsidR="004234EC" w:rsidRDefault="00000000">
      <w:pPr>
        <w:spacing w:after="60"/>
      </w:pPr>
      <w:r>
        <w:rPr>
          <w:i/>
          <w:color w:val="1F4E78"/>
          <w:sz w:val="19"/>
        </w:rPr>
        <w:t>W kolumnie „Zakończenie udziału” wpisuje się rezygnację, wycofanie zgody, skreślenie albo wygaśnięcie porozumienia.</w:t>
      </w:r>
    </w:p>
    <w:p w14:paraId="5A3CAD49" w14:textId="77777777" w:rsidR="004234EC" w:rsidRDefault="00000000">
      <w:r>
        <w:br w:type="page"/>
      </w:r>
    </w:p>
    <w:p w14:paraId="64D0A54E" w14:textId="77777777" w:rsidR="004234EC" w:rsidRDefault="00000000">
      <w:pPr>
        <w:pStyle w:val="Nagwek1"/>
        <w:jc w:val="center"/>
      </w:pPr>
      <w:r>
        <w:rPr>
          <w:rFonts w:ascii="Garamond" w:eastAsia="Garamond" w:hAnsi="Garamond"/>
        </w:rPr>
        <w:lastRenderedPageBreak/>
        <w:t>ZAŁĄCZNIK NR 2</w:t>
      </w:r>
    </w:p>
    <w:p w14:paraId="33628EBB" w14:textId="77777777" w:rsidR="004234EC" w:rsidRDefault="00000000">
      <w:pPr>
        <w:pStyle w:val="Nagwek1"/>
        <w:jc w:val="center"/>
      </w:pPr>
      <w:r>
        <w:rPr>
          <w:rFonts w:ascii="Garamond" w:eastAsia="Garamond" w:hAnsi="Garamond"/>
        </w:rPr>
        <w:t>DEKLARACJA, ZGODA RODZICA I POROZUMIENIE WOLONTARIACKIE</w:t>
      </w:r>
    </w:p>
    <w:p w14:paraId="670A7D43" w14:textId="77777777" w:rsidR="004234EC" w:rsidRDefault="00000000">
      <w:pPr>
        <w:spacing w:after="60"/>
      </w:pPr>
      <w:r>
        <w:rPr>
          <w:i/>
          <w:color w:val="1F4E78"/>
          <w:sz w:val="19"/>
        </w:rPr>
        <w:t>Formularz stosuje się, gdy korzystającym jest Szkoła Podstawowa nr 59, a współpraca ma rzeczywiście trwać dłużej niż 30 dni.</w:t>
      </w:r>
    </w:p>
    <w:p w14:paraId="187471AC" w14:textId="77777777" w:rsidR="004234EC" w:rsidRDefault="00000000">
      <w:r>
        <w:rPr>
          <w:b/>
        </w:rPr>
        <w:t>Uczeń / uczennica:</w:t>
      </w:r>
      <w:r>
        <w:t xml:space="preserve"> ........................................................................................................................</w:t>
      </w:r>
    </w:p>
    <w:p w14:paraId="46399067" w14:textId="77777777" w:rsidR="004234EC" w:rsidRDefault="00000000">
      <w:r>
        <w:rPr>
          <w:b/>
        </w:rPr>
        <w:t>Klasa:</w:t>
      </w:r>
      <w:r>
        <w:t xml:space="preserve"> ........................................................................................................................</w:t>
      </w:r>
    </w:p>
    <w:p w14:paraId="29658CBF" w14:textId="77777777" w:rsidR="004234EC" w:rsidRDefault="00000000">
      <w:r>
        <w:rPr>
          <w:b/>
        </w:rPr>
        <w:t>Data urodzenia:</w:t>
      </w:r>
      <w:r>
        <w:t xml:space="preserve"> ........................................................................................................................</w:t>
      </w:r>
    </w:p>
    <w:p w14:paraId="37D5403F" w14:textId="77777777" w:rsidR="004234EC" w:rsidRDefault="00000000">
      <w:r>
        <w:rPr>
          <w:b/>
        </w:rPr>
        <w:t>Rodzic / opiekun prawny:</w:t>
      </w:r>
      <w:r>
        <w:t xml:space="preserve"> ........................................................................................................................</w:t>
      </w:r>
    </w:p>
    <w:p w14:paraId="0B0E87F5" w14:textId="77777777" w:rsidR="004234EC" w:rsidRDefault="00000000">
      <w:r>
        <w:rPr>
          <w:b/>
        </w:rPr>
        <w:t>Telefon kontaktowy:</w:t>
      </w:r>
      <w:r>
        <w:t xml:space="preserve"> ........................................................................................................................</w:t>
      </w:r>
    </w:p>
    <w:p w14:paraId="47827807" w14:textId="77777777" w:rsidR="004234EC" w:rsidRDefault="00000000">
      <w:pPr>
        <w:pStyle w:val="Punktregulaminu"/>
        <w:spacing w:after="20" w:line="240" w:lineRule="auto"/>
      </w:pPr>
      <w:r>
        <w:rPr>
          <w:sz w:val="20"/>
        </w:rPr>
        <w:t>1. Porozumienie zawiera Szkoła Podstawowa nr 59 im. gen. J. H. Dąbrowskiego w Poznaniu, reprezentowana przez dyrektora, z uczniem/uczennicą wskazanym/ą powyżej, przy wymaganym udziale rodzica lub opiekuna prawnego.</w:t>
      </w:r>
    </w:p>
    <w:p w14:paraId="73437CF5" w14:textId="77777777" w:rsidR="004234EC" w:rsidRDefault="00000000">
      <w:pPr>
        <w:pStyle w:val="Punktregulaminu"/>
        <w:spacing w:after="20" w:line="240" w:lineRule="auto"/>
      </w:pPr>
      <w:r>
        <w:rPr>
          <w:sz w:val="20"/>
        </w:rPr>
        <w:t>2. Okres współpracy: od ........................................ do ........................................ . Jest to rzeczywisty okres dłuższy niż 30 dni. Nie oznacza obowiązku codziennego działania ani udziału w 30 akcjach.</w:t>
      </w:r>
    </w:p>
    <w:p w14:paraId="7F1DA9BA" w14:textId="77777777" w:rsidR="004234EC" w:rsidRDefault="00000000">
      <w:pPr>
        <w:pStyle w:val="Punktregulaminu"/>
        <w:spacing w:after="20" w:line="240" w:lineRule="auto"/>
      </w:pPr>
      <w:r>
        <w:rPr>
          <w:sz w:val="20"/>
        </w:rPr>
        <w:t>3. Uczeń może dobrowolnie uczestniczyć w bezpiecznych działaniach ujętych w planie pracy lub zatwierdzonych przez dyrektora. Warunki akcji określa karta akcji, a czas potwierdza nauczyciel prowadzący.</w:t>
      </w:r>
    </w:p>
    <w:p w14:paraId="300545F9" w14:textId="77777777" w:rsidR="004234EC" w:rsidRDefault="00000000">
      <w:pPr>
        <w:pStyle w:val="Punktregulaminu"/>
        <w:spacing w:after="20" w:line="240" w:lineRule="auto"/>
      </w:pPr>
      <w:r>
        <w:rPr>
          <w:sz w:val="20"/>
        </w:rPr>
        <w:t>4. Szkoła zapewnia instruktaż, informację o ryzyku, opiekę oraz bezpieczne i higieniczne warunki. Wolontariusz przestrzega regulaminu, chroni prywatność beneficjentów i może odmówić zadania niebezpiecznego lub przekraczającego jego możliwości.</w:t>
      </w:r>
    </w:p>
    <w:p w14:paraId="555A2F9B" w14:textId="77777777" w:rsidR="004234EC" w:rsidRDefault="00000000">
      <w:pPr>
        <w:pStyle w:val="Punktregulaminu"/>
        <w:spacing w:after="20" w:line="240" w:lineRule="auto"/>
      </w:pPr>
      <w:r>
        <w:rPr>
          <w:sz w:val="20"/>
        </w:rPr>
        <w:t>5. W okresie porozumienia wolontariuszowi przysługuje ochrona z tytułu wypadku na zasadach określonych w przepisach odrębnych. Uczeń lub rodzic może zakończyć udział w każdym czasie.</w:t>
      </w:r>
    </w:p>
    <w:p w14:paraId="7FE13874" w14:textId="77777777" w:rsidR="004234EC" w:rsidRDefault="00000000">
      <w:pPr>
        <w:pStyle w:val="Punktregulaminu"/>
        <w:spacing w:after="20" w:line="240" w:lineRule="auto"/>
      </w:pPr>
      <w:r>
        <w:rPr>
          <w:sz w:val="20"/>
        </w:rPr>
        <w:t>6. Zgoda na członkostwo nie zastępuje zgody na konkretne wyjście, przejazd, publikację wizerunku ani działanie o szczególnych warunkach.</w:t>
      </w:r>
    </w:p>
    <w:p w14:paraId="7E3FB099" w14:textId="77777777" w:rsidR="004234EC" w:rsidRDefault="00000000">
      <w:r>
        <w:t>Oświadczenia:</w:t>
      </w:r>
    </w:p>
    <w:p w14:paraId="6C66E487" w14:textId="77777777" w:rsidR="004234EC" w:rsidRDefault="00000000">
      <w:pPr>
        <w:spacing w:after="20"/>
      </w:pPr>
      <w:r>
        <w:rPr>
          <w:sz w:val="19"/>
        </w:rPr>
        <w:t>[ ] Uczeń dobrowolnie przystępuje do SCW i zna podstawowe zasady udziału.</w:t>
      </w:r>
    </w:p>
    <w:p w14:paraId="4259EE21" w14:textId="77777777" w:rsidR="004234EC" w:rsidRDefault="00000000">
      <w:pPr>
        <w:spacing w:after="20"/>
      </w:pPr>
      <w:r>
        <w:rPr>
          <w:sz w:val="19"/>
        </w:rPr>
        <w:t>[ ] Rodzic / opiekun prawny wyraża zgodę na członkostwo ucznia i zawarcie porozumienia.</w:t>
      </w:r>
    </w:p>
    <w:p w14:paraId="0F112ECD" w14:textId="77777777" w:rsidR="004234EC" w:rsidRDefault="00000000">
      <w:pPr>
        <w:spacing w:after="20"/>
      </w:pPr>
      <w:r>
        <w:rPr>
          <w:sz w:val="19"/>
        </w:rPr>
        <w:t>[ ] Uczeń i rodzic zapoznali się z regulaminem, zasadami bezpieczeństwa, dokumentowania godzin, wpisu na świadectwie i ochrony wypadkowej oraz zakazem prywatnych kontaktów z beneficjentami.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210"/>
        <w:gridCol w:w="3209"/>
        <w:gridCol w:w="3209"/>
      </w:tblGrid>
      <w:tr w:rsidR="004234EC" w14:paraId="4FD1A90D" w14:textId="77777777">
        <w:trPr>
          <w:jc w:val="center"/>
        </w:trPr>
        <w:tc>
          <w:tcPr>
            <w:tcW w:w="3213" w:type="dxa"/>
            <w:vAlign w:val="center"/>
          </w:tcPr>
          <w:p w14:paraId="213D148A" w14:textId="77777777" w:rsidR="004234EC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3213" w:type="dxa"/>
            <w:vAlign w:val="center"/>
          </w:tcPr>
          <w:p w14:paraId="3F49B019" w14:textId="77777777" w:rsidR="004234EC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3213" w:type="dxa"/>
            <w:vAlign w:val="center"/>
          </w:tcPr>
          <w:p w14:paraId="08F5913E" w14:textId="77777777" w:rsidR="004234EC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  <w:tr w:rsidR="004234EC" w14:paraId="59F80A1A" w14:textId="77777777">
        <w:trPr>
          <w:jc w:val="center"/>
        </w:trPr>
        <w:tc>
          <w:tcPr>
            <w:tcW w:w="3213" w:type="dxa"/>
            <w:vAlign w:val="center"/>
          </w:tcPr>
          <w:p w14:paraId="394F3409" w14:textId="77777777" w:rsidR="004234EC" w:rsidRDefault="00000000">
            <w:pPr>
              <w:jc w:val="center"/>
            </w:pPr>
            <w:r>
              <w:rPr>
                <w:sz w:val="18"/>
              </w:rPr>
              <w:t>Dyrektor / osoba upoważniona – data i podpis</w:t>
            </w:r>
          </w:p>
        </w:tc>
        <w:tc>
          <w:tcPr>
            <w:tcW w:w="3213" w:type="dxa"/>
            <w:vAlign w:val="center"/>
          </w:tcPr>
          <w:p w14:paraId="2E8C0EB8" w14:textId="77777777" w:rsidR="004234EC" w:rsidRDefault="00000000">
            <w:pPr>
              <w:jc w:val="center"/>
            </w:pPr>
            <w:r>
              <w:rPr>
                <w:sz w:val="18"/>
              </w:rPr>
              <w:t>Uczeń / uczennica – data i podpis</w:t>
            </w:r>
          </w:p>
        </w:tc>
        <w:tc>
          <w:tcPr>
            <w:tcW w:w="3213" w:type="dxa"/>
            <w:vAlign w:val="center"/>
          </w:tcPr>
          <w:p w14:paraId="4E1D6D54" w14:textId="77777777" w:rsidR="004234EC" w:rsidRDefault="00000000">
            <w:pPr>
              <w:jc w:val="center"/>
            </w:pPr>
            <w:r>
              <w:rPr>
                <w:sz w:val="18"/>
              </w:rPr>
              <w:t>Rodzic / opiekun prawny – data i podpis</w:t>
            </w:r>
          </w:p>
        </w:tc>
      </w:tr>
    </w:tbl>
    <w:p w14:paraId="1BA87871" w14:textId="77777777" w:rsidR="004234EC" w:rsidRDefault="00000000">
      <w:r>
        <w:br w:type="page"/>
      </w:r>
    </w:p>
    <w:p w14:paraId="2921373B" w14:textId="77777777" w:rsidR="004234EC" w:rsidRDefault="00000000">
      <w:pPr>
        <w:pStyle w:val="Nagwek1"/>
        <w:jc w:val="center"/>
      </w:pPr>
      <w:r>
        <w:rPr>
          <w:rFonts w:ascii="Garamond" w:eastAsia="Garamond" w:hAnsi="Garamond"/>
        </w:rPr>
        <w:lastRenderedPageBreak/>
        <w:t>ZAŁĄCZNIK NR 3</w:t>
      </w:r>
    </w:p>
    <w:p w14:paraId="7A50A467" w14:textId="77777777" w:rsidR="004234EC" w:rsidRDefault="00000000">
      <w:pPr>
        <w:pStyle w:val="Nagwek1"/>
        <w:jc w:val="center"/>
      </w:pPr>
      <w:r>
        <w:rPr>
          <w:rFonts w:ascii="Garamond" w:eastAsia="Garamond" w:hAnsi="Garamond"/>
        </w:rPr>
        <w:t>KARTA AKCJI WOLONTARIACKIEJ</w:t>
      </w:r>
    </w:p>
    <w:p w14:paraId="02BFF8AF" w14:textId="77777777" w:rsidR="004234EC" w:rsidRDefault="00000000">
      <w:pPr>
        <w:spacing w:after="60"/>
      </w:pPr>
      <w:r>
        <w:rPr>
          <w:i/>
          <w:color w:val="1F4E78"/>
          <w:sz w:val="19"/>
        </w:rPr>
        <w:t>Karta jest podstawowym dokumentem akcji. Zastępuje odrębny wniosek, zgodę dyrektora, kartę ryzyka i kartę przekazania dokumentacji – o ile akcja nie wymaga osobnego formularza z załączników 4–7.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6520"/>
      </w:tblGrid>
      <w:tr w:rsidR="004234EC" w14:paraId="638F48FE" w14:textId="77777777">
        <w:trPr>
          <w:tblHeader/>
          <w:jc w:val="center"/>
        </w:trPr>
        <w:tc>
          <w:tcPr>
            <w:tcW w:w="4819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B40F65" w14:textId="77777777" w:rsidR="004234EC" w:rsidRDefault="00000000">
            <w:r>
              <w:rPr>
                <w:b/>
                <w:color w:val="FFFFFF"/>
                <w:sz w:val="18"/>
              </w:rPr>
              <w:t>Pole</w:t>
            </w:r>
          </w:p>
        </w:tc>
        <w:tc>
          <w:tcPr>
            <w:tcW w:w="4819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BF438D" w14:textId="77777777" w:rsidR="004234EC" w:rsidRDefault="00000000">
            <w:r>
              <w:rPr>
                <w:b/>
                <w:color w:val="FFFFFF"/>
                <w:sz w:val="18"/>
              </w:rPr>
              <w:t>Ustalenie / wpis</w:t>
            </w:r>
          </w:p>
        </w:tc>
      </w:tr>
      <w:tr w:rsidR="004234EC" w14:paraId="14346D62" w14:textId="77777777">
        <w:trPr>
          <w:jc w:val="center"/>
        </w:trPr>
        <w:tc>
          <w:tcPr>
            <w:tcW w:w="283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AF03123" w14:textId="77777777" w:rsidR="004234EC" w:rsidRDefault="00000000">
            <w:r>
              <w:rPr>
                <w:sz w:val="17"/>
              </w:rPr>
              <w:t>Numer, nazwa i cel akcji</w:t>
            </w:r>
            <w:r>
              <w:rPr>
                <w:sz w:val="17"/>
              </w:rPr>
              <w:br/>
            </w:r>
          </w:p>
        </w:tc>
        <w:tc>
          <w:tcPr>
            <w:tcW w:w="652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B99BEAB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0D00391F" w14:textId="77777777">
        <w:trPr>
          <w:jc w:val="center"/>
        </w:trPr>
        <w:tc>
          <w:tcPr>
            <w:tcW w:w="283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A54F21D" w14:textId="77777777" w:rsidR="004234EC" w:rsidRDefault="00000000">
            <w:r>
              <w:rPr>
                <w:sz w:val="17"/>
              </w:rPr>
              <w:t>Data, godziny i miejsce</w:t>
            </w:r>
            <w:r>
              <w:rPr>
                <w:sz w:val="17"/>
              </w:rPr>
              <w:br/>
            </w:r>
          </w:p>
        </w:tc>
        <w:tc>
          <w:tcPr>
            <w:tcW w:w="652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7D90E23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139F40F7" w14:textId="77777777">
        <w:trPr>
          <w:jc w:val="center"/>
        </w:trPr>
        <w:tc>
          <w:tcPr>
            <w:tcW w:w="283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C9C1D05" w14:textId="77777777" w:rsidR="004234EC" w:rsidRDefault="00000000">
            <w:r>
              <w:rPr>
                <w:sz w:val="17"/>
              </w:rPr>
              <w:t>Organizator / nauczyciel prowadzący</w:t>
            </w:r>
            <w:r>
              <w:rPr>
                <w:sz w:val="17"/>
              </w:rPr>
              <w:br/>
            </w:r>
          </w:p>
        </w:tc>
        <w:tc>
          <w:tcPr>
            <w:tcW w:w="652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C1242F2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272533C9" w14:textId="77777777">
        <w:trPr>
          <w:jc w:val="center"/>
        </w:trPr>
        <w:tc>
          <w:tcPr>
            <w:tcW w:w="283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F8C11BB" w14:textId="77777777" w:rsidR="004234EC" w:rsidRDefault="00000000">
            <w:r>
              <w:rPr>
                <w:sz w:val="17"/>
              </w:rPr>
              <w:t>Korzystający</w:t>
            </w:r>
          </w:p>
        </w:tc>
        <w:tc>
          <w:tcPr>
            <w:tcW w:w="652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B911026" w14:textId="77777777" w:rsidR="004234EC" w:rsidRDefault="00000000">
            <w:r>
              <w:rPr>
                <w:sz w:val="17"/>
              </w:rPr>
              <w:t>[ ] szkoła   [ ] podmiot zewnętrzny: ........................................................</w:t>
            </w:r>
          </w:p>
        </w:tc>
      </w:tr>
      <w:tr w:rsidR="004234EC" w14:paraId="33E941F4" w14:textId="77777777">
        <w:trPr>
          <w:jc w:val="center"/>
        </w:trPr>
        <w:tc>
          <w:tcPr>
            <w:tcW w:w="283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9405F6A" w14:textId="77777777" w:rsidR="004234EC" w:rsidRDefault="00000000">
            <w:r>
              <w:rPr>
                <w:sz w:val="17"/>
              </w:rPr>
              <w:t>Zakres zadań uczniów</w:t>
            </w:r>
            <w:r>
              <w:rPr>
                <w:sz w:val="17"/>
              </w:rPr>
              <w:br/>
            </w:r>
          </w:p>
        </w:tc>
        <w:tc>
          <w:tcPr>
            <w:tcW w:w="652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5994498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2A88B930" w14:textId="77777777">
        <w:trPr>
          <w:jc w:val="center"/>
        </w:trPr>
        <w:tc>
          <w:tcPr>
            <w:tcW w:w="283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693F31A" w14:textId="77777777" w:rsidR="004234EC" w:rsidRDefault="00000000">
            <w:r>
              <w:rPr>
                <w:sz w:val="17"/>
              </w:rPr>
              <w:t>Uczestnicy i opiekunowie</w:t>
            </w:r>
          </w:p>
        </w:tc>
        <w:tc>
          <w:tcPr>
            <w:tcW w:w="652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4E1EE88" w14:textId="77777777" w:rsidR="004234EC" w:rsidRDefault="00000000">
            <w:r>
              <w:rPr>
                <w:sz w:val="17"/>
              </w:rPr>
              <w:t>lista i ewidencja godzin – załącznik nr 4</w:t>
            </w:r>
          </w:p>
        </w:tc>
      </w:tr>
      <w:tr w:rsidR="004234EC" w14:paraId="5DD81F53" w14:textId="77777777">
        <w:trPr>
          <w:jc w:val="center"/>
        </w:trPr>
        <w:tc>
          <w:tcPr>
            <w:tcW w:w="283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A3541D9" w14:textId="77777777" w:rsidR="004234EC" w:rsidRDefault="00000000">
            <w:r>
              <w:rPr>
                <w:sz w:val="17"/>
              </w:rPr>
              <w:t>Dokumenty dodatkowe</w:t>
            </w:r>
          </w:p>
        </w:tc>
        <w:tc>
          <w:tcPr>
            <w:tcW w:w="652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2C12C0" w14:textId="77777777" w:rsidR="004234EC" w:rsidRDefault="00000000">
            <w:r>
              <w:rPr>
                <w:sz w:val="17"/>
              </w:rPr>
              <w:t>[ ] brak   [ ] zgoda na wyjście   [ ] porozumienie zewnętrzne   [ ] dokumentacja zbiórki</w:t>
            </w:r>
          </w:p>
        </w:tc>
      </w:tr>
      <w:tr w:rsidR="004234EC" w14:paraId="238217C6" w14:textId="77777777">
        <w:trPr>
          <w:jc w:val="center"/>
        </w:trPr>
        <w:tc>
          <w:tcPr>
            <w:tcW w:w="283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736893F" w14:textId="77777777" w:rsidR="004234EC" w:rsidRDefault="00000000">
            <w:r>
              <w:rPr>
                <w:sz w:val="17"/>
              </w:rPr>
              <w:t>Wyjście / transport / zbiórka / odbiór</w:t>
            </w:r>
            <w:r>
              <w:rPr>
                <w:sz w:val="17"/>
              </w:rPr>
              <w:br/>
            </w:r>
          </w:p>
        </w:tc>
        <w:tc>
          <w:tcPr>
            <w:tcW w:w="652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23C046A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0911F2D6" w14:textId="77777777">
        <w:trPr>
          <w:jc w:val="center"/>
        </w:trPr>
        <w:tc>
          <w:tcPr>
            <w:tcW w:w="283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0D6C26C" w14:textId="77777777" w:rsidR="004234EC" w:rsidRDefault="00000000">
            <w:r>
              <w:rPr>
                <w:sz w:val="17"/>
              </w:rPr>
              <w:t>Zagrożenia i środki zapobiegawcze</w:t>
            </w:r>
            <w:r>
              <w:rPr>
                <w:sz w:val="17"/>
              </w:rPr>
              <w:br/>
            </w:r>
          </w:p>
        </w:tc>
        <w:tc>
          <w:tcPr>
            <w:tcW w:w="652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9ED8B9D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4278DE46" w14:textId="77777777">
        <w:trPr>
          <w:jc w:val="center"/>
        </w:trPr>
        <w:tc>
          <w:tcPr>
            <w:tcW w:w="283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09DA555" w14:textId="77777777" w:rsidR="004234EC" w:rsidRDefault="00000000">
            <w:r>
              <w:rPr>
                <w:sz w:val="17"/>
              </w:rPr>
              <w:t>Instruktaż</w:t>
            </w:r>
          </w:p>
        </w:tc>
        <w:tc>
          <w:tcPr>
            <w:tcW w:w="652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ADC5A17" w14:textId="77777777" w:rsidR="004234EC" w:rsidRDefault="00000000">
            <w:r>
              <w:rPr>
                <w:sz w:val="17"/>
              </w:rPr>
              <w:t>data: ...........................  osoba prowadząca: ........................................................</w:t>
            </w:r>
          </w:p>
        </w:tc>
      </w:tr>
      <w:tr w:rsidR="004234EC" w14:paraId="0759CC34" w14:textId="77777777">
        <w:trPr>
          <w:jc w:val="center"/>
        </w:trPr>
        <w:tc>
          <w:tcPr>
            <w:tcW w:w="283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1F40CEE" w14:textId="77777777" w:rsidR="004234EC" w:rsidRDefault="00000000">
            <w:r>
              <w:rPr>
                <w:sz w:val="17"/>
              </w:rPr>
              <w:t>Porozumienie i ochrona wypadkowa</w:t>
            </w:r>
          </w:p>
        </w:tc>
        <w:tc>
          <w:tcPr>
            <w:tcW w:w="652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AA0D6B5" w14:textId="77777777" w:rsidR="004234EC" w:rsidRDefault="00000000">
            <w:r>
              <w:rPr>
                <w:sz w:val="17"/>
              </w:rPr>
              <w:t>okres świadczeń: ...........................  dokument / NNW / ochrona: ........................................................</w:t>
            </w:r>
          </w:p>
        </w:tc>
      </w:tr>
      <w:tr w:rsidR="004234EC" w14:paraId="6C2B8D1C" w14:textId="77777777">
        <w:trPr>
          <w:jc w:val="center"/>
        </w:trPr>
        <w:tc>
          <w:tcPr>
            <w:tcW w:w="283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AFB907A" w14:textId="77777777" w:rsidR="004234EC" w:rsidRDefault="00000000">
            <w:r>
              <w:rPr>
                <w:sz w:val="17"/>
              </w:rPr>
              <w:t>Sposób potwierdzania godzin i termin przekazania dokumentów</w:t>
            </w:r>
            <w:r>
              <w:rPr>
                <w:sz w:val="17"/>
              </w:rPr>
              <w:br/>
            </w:r>
          </w:p>
        </w:tc>
        <w:tc>
          <w:tcPr>
            <w:tcW w:w="652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FE26AE4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12D06662" w14:textId="77777777">
        <w:trPr>
          <w:jc w:val="center"/>
        </w:trPr>
        <w:tc>
          <w:tcPr>
            <w:tcW w:w="283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DD154AB" w14:textId="77777777" w:rsidR="004234EC" w:rsidRDefault="00000000">
            <w:r>
              <w:rPr>
                <w:sz w:val="17"/>
              </w:rPr>
              <w:t>Dokumenty po zakończeniu</w:t>
            </w:r>
          </w:p>
        </w:tc>
        <w:tc>
          <w:tcPr>
            <w:tcW w:w="652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2AA1ABC" w14:textId="77777777" w:rsidR="004234EC" w:rsidRDefault="00000000">
            <w:r>
              <w:rPr>
                <w:sz w:val="17"/>
              </w:rPr>
              <w:t>[ ] lista i godziny   [ ] protokół zbiórki/przekazania   [ ] potwierdzenie podmiotu   [ ] inne</w:t>
            </w:r>
          </w:p>
        </w:tc>
      </w:tr>
    </w:tbl>
    <w:p w14:paraId="5FF46709" w14:textId="77777777" w:rsidR="004234EC" w:rsidRDefault="00000000">
      <w:r>
        <w:t>Zgoda dyrektora jest wymagana, gdy akcja nie jest zwykłym działaniem na terenie szkoły ujętym w zatwierdzonym planie pracy.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814"/>
        <w:gridCol w:w="4814"/>
      </w:tblGrid>
      <w:tr w:rsidR="004234EC" w14:paraId="17D515D3" w14:textId="77777777">
        <w:trPr>
          <w:jc w:val="center"/>
        </w:trPr>
        <w:tc>
          <w:tcPr>
            <w:tcW w:w="4819" w:type="dxa"/>
            <w:vAlign w:val="center"/>
          </w:tcPr>
          <w:p w14:paraId="3E21AF44" w14:textId="77777777" w:rsidR="004234EC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4819" w:type="dxa"/>
            <w:vAlign w:val="center"/>
          </w:tcPr>
          <w:p w14:paraId="2D4DAC3B" w14:textId="77777777" w:rsidR="004234EC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  <w:tr w:rsidR="004234EC" w14:paraId="6919BE80" w14:textId="77777777">
        <w:trPr>
          <w:jc w:val="center"/>
        </w:trPr>
        <w:tc>
          <w:tcPr>
            <w:tcW w:w="4819" w:type="dxa"/>
            <w:vAlign w:val="center"/>
          </w:tcPr>
          <w:p w14:paraId="64B2F094" w14:textId="77777777" w:rsidR="004234EC" w:rsidRDefault="00000000">
            <w:pPr>
              <w:jc w:val="center"/>
            </w:pPr>
            <w:r>
              <w:rPr>
                <w:sz w:val="18"/>
              </w:rPr>
              <w:t>Nauczyciel prowadzący – data i podpis</w:t>
            </w:r>
          </w:p>
        </w:tc>
        <w:tc>
          <w:tcPr>
            <w:tcW w:w="4819" w:type="dxa"/>
            <w:vAlign w:val="center"/>
          </w:tcPr>
          <w:p w14:paraId="3FC44F0F" w14:textId="77777777" w:rsidR="004234EC" w:rsidRDefault="00000000">
            <w:pPr>
              <w:jc w:val="center"/>
            </w:pPr>
            <w:r>
              <w:rPr>
                <w:sz w:val="18"/>
              </w:rPr>
              <w:t>Dyrektor / osoba upoważniona – zgoda, gdy wymagana</w:t>
            </w:r>
          </w:p>
        </w:tc>
      </w:tr>
    </w:tbl>
    <w:p w14:paraId="1BAE1C5A" w14:textId="77777777" w:rsidR="004234EC" w:rsidRDefault="00000000">
      <w:r>
        <w:br w:type="page"/>
      </w:r>
    </w:p>
    <w:p w14:paraId="01827919" w14:textId="77777777" w:rsidR="004234EC" w:rsidRDefault="00000000">
      <w:pPr>
        <w:pStyle w:val="Nagwek1"/>
        <w:jc w:val="center"/>
      </w:pPr>
      <w:r>
        <w:rPr>
          <w:rFonts w:ascii="Garamond" w:eastAsia="Garamond" w:hAnsi="Garamond"/>
        </w:rPr>
        <w:lastRenderedPageBreak/>
        <w:t>ZAŁĄCZNIK NR 4</w:t>
      </w:r>
    </w:p>
    <w:p w14:paraId="056C63BE" w14:textId="77777777" w:rsidR="004234EC" w:rsidRDefault="00000000">
      <w:pPr>
        <w:pStyle w:val="Nagwek1"/>
        <w:jc w:val="center"/>
      </w:pPr>
      <w:r>
        <w:rPr>
          <w:rFonts w:ascii="Garamond" w:eastAsia="Garamond" w:hAnsi="Garamond"/>
        </w:rPr>
        <w:t>LISTA UCZESTNIKÓW, INSTRUKTAŻ I EWIDENCJA CZASU</w:t>
      </w:r>
    </w:p>
    <w:p w14:paraId="2A3B1138" w14:textId="77777777" w:rsidR="004234EC" w:rsidRDefault="00000000">
      <w:r>
        <w:rPr>
          <w:b/>
        </w:rPr>
        <w:t>Nazwa i data akcji:</w:t>
      </w:r>
      <w:r>
        <w:t xml:space="preserve"> ........................................................................................................................</w:t>
      </w:r>
    </w:p>
    <w:p w14:paraId="3710623A" w14:textId="77777777" w:rsidR="004234EC" w:rsidRDefault="00000000">
      <w:r>
        <w:rPr>
          <w:b/>
        </w:rPr>
        <w:t>Nauczyciel prowadzący:</w:t>
      </w:r>
      <w:r>
        <w:t xml:space="preserve"> ........................................................................................................................</w:t>
      </w:r>
    </w:p>
    <w:p w14:paraId="0A950D33" w14:textId="77777777" w:rsidR="004234EC" w:rsidRDefault="00000000">
      <w:r>
        <w:t>[ ] Uczniowie zostali poinformowani o zadaniach, ryzyku, zasadach bezpieczeństwa i sposobie zgłoszenia problemu lub wypadku.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06"/>
        <w:gridCol w:w="1928"/>
        <w:gridCol w:w="1606"/>
        <w:gridCol w:w="1606"/>
        <w:gridCol w:w="2494"/>
        <w:gridCol w:w="2268"/>
      </w:tblGrid>
      <w:tr w:rsidR="004234EC" w14:paraId="732A2E04" w14:textId="77777777">
        <w:trPr>
          <w:tblHeader/>
          <w:jc w:val="center"/>
        </w:trPr>
        <w:tc>
          <w:tcPr>
            <w:tcW w:w="1606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28094A" w14:textId="77777777" w:rsidR="004234EC" w:rsidRDefault="00000000">
            <w:r>
              <w:rPr>
                <w:b/>
                <w:color w:val="FFFFFF"/>
                <w:sz w:val="18"/>
              </w:rPr>
              <w:t>Lp.</w:t>
            </w:r>
          </w:p>
        </w:tc>
        <w:tc>
          <w:tcPr>
            <w:tcW w:w="1606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F9125C" w14:textId="77777777" w:rsidR="004234EC" w:rsidRDefault="00000000">
            <w:r>
              <w:rPr>
                <w:b/>
                <w:color w:val="FFFFFF"/>
                <w:sz w:val="18"/>
              </w:rPr>
              <w:t>Uczeń, klasa</w:t>
            </w:r>
          </w:p>
        </w:tc>
        <w:tc>
          <w:tcPr>
            <w:tcW w:w="1606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4208EC" w14:textId="77777777" w:rsidR="004234EC" w:rsidRDefault="00000000">
            <w:r>
              <w:rPr>
                <w:b/>
                <w:color w:val="FFFFFF"/>
                <w:sz w:val="18"/>
              </w:rPr>
              <w:t>Godz. od–do</w:t>
            </w:r>
          </w:p>
        </w:tc>
        <w:tc>
          <w:tcPr>
            <w:tcW w:w="1606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5D13BD" w14:textId="77777777" w:rsidR="004234EC" w:rsidRDefault="00000000">
            <w:r>
              <w:rPr>
                <w:b/>
                <w:color w:val="FFFFFF"/>
                <w:sz w:val="18"/>
              </w:rPr>
              <w:t>Liczba minut</w:t>
            </w:r>
          </w:p>
        </w:tc>
        <w:tc>
          <w:tcPr>
            <w:tcW w:w="1606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CB0782" w14:textId="77777777" w:rsidR="004234EC" w:rsidRDefault="00000000">
            <w:r>
              <w:rPr>
                <w:b/>
                <w:color w:val="FFFFFF"/>
                <w:sz w:val="18"/>
              </w:rPr>
              <w:t>Wykonane zadanie</w:t>
            </w:r>
          </w:p>
        </w:tc>
        <w:tc>
          <w:tcPr>
            <w:tcW w:w="1606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EBFBDD" w14:textId="77777777" w:rsidR="004234EC" w:rsidRDefault="00000000">
            <w:r>
              <w:rPr>
                <w:b/>
                <w:color w:val="FFFFFF"/>
                <w:sz w:val="18"/>
              </w:rPr>
              <w:t>Podpis / potwierdzenie nauczyciela</w:t>
            </w:r>
          </w:p>
        </w:tc>
      </w:tr>
      <w:tr w:rsidR="004234EC" w14:paraId="772D57A8" w14:textId="77777777">
        <w:trPr>
          <w:jc w:val="center"/>
        </w:trPr>
        <w:tc>
          <w:tcPr>
            <w:tcW w:w="39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4343C66" w14:textId="77777777" w:rsidR="004234EC" w:rsidRDefault="00000000">
            <w:r>
              <w:rPr>
                <w:sz w:val="17"/>
              </w:rPr>
              <w:t>1</w:t>
            </w:r>
            <w:r>
              <w:rPr>
                <w:sz w:val="17"/>
              </w:rPr>
              <w:br/>
            </w:r>
          </w:p>
        </w:tc>
        <w:tc>
          <w:tcPr>
            <w:tcW w:w="1928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2FDF317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9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363919E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02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DD6598D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249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3365981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2268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7147730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32D81634" w14:textId="77777777">
        <w:trPr>
          <w:jc w:val="center"/>
        </w:trPr>
        <w:tc>
          <w:tcPr>
            <w:tcW w:w="39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188C577" w14:textId="77777777" w:rsidR="004234EC" w:rsidRDefault="00000000">
            <w:r>
              <w:rPr>
                <w:sz w:val="17"/>
              </w:rPr>
              <w:t>2</w:t>
            </w:r>
            <w:r>
              <w:rPr>
                <w:sz w:val="17"/>
              </w:rPr>
              <w:br/>
            </w:r>
          </w:p>
        </w:tc>
        <w:tc>
          <w:tcPr>
            <w:tcW w:w="1928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70C1C68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9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6AA81C5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02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641410E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249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0696B6F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2268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74B67C0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1DEB57E0" w14:textId="77777777">
        <w:trPr>
          <w:jc w:val="center"/>
        </w:trPr>
        <w:tc>
          <w:tcPr>
            <w:tcW w:w="39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6D8A07C" w14:textId="77777777" w:rsidR="004234EC" w:rsidRDefault="00000000">
            <w:r>
              <w:rPr>
                <w:sz w:val="17"/>
              </w:rPr>
              <w:t>3</w:t>
            </w:r>
            <w:r>
              <w:rPr>
                <w:sz w:val="17"/>
              </w:rPr>
              <w:br/>
            </w:r>
          </w:p>
        </w:tc>
        <w:tc>
          <w:tcPr>
            <w:tcW w:w="1928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F91757C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9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A54F7FA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02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8BA1B2B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249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6B1294B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2268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58A18F0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065172DD" w14:textId="77777777">
        <w:trPr>
          <w:jc w:val="center"/>
        </w:trPr>
        <w:tc>
          <w:tcPr>
            <w:tcW w:w="39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896F80D" w14:textId="77777777" w:rsidR="004234EC" w:rsidRDefault="00000000">
            <w:r>
              <w:rPr>
                <w:sz w:val="17"/>
              </w:rPr>
              <w:t>4</w:t>
            </w:r>
            <w:r>
              <w:rPr>
                <w:sz w:val="17"/>
              </w:rPr>
              <w:br/>
            </w:r>
          </w:p>
        </w:tc>
        <w:tc>
          <w:tcPr>
            <w:tcW w:w="1928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2B6F619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9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00BDBB9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02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1F91C5B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249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CC198DC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2268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A122CE7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763C469C" w14:textId="77777777">
        <w:trPr>
          <w:jc w:val="center"/>
        </w:trPr>
        <w:tc>
          <w:tcPr>
            <w:tcW w:w="39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DB02CB2" w14:textId="77777777" w:rsidR="004234EC" w:rsidRDefault="00000000">
            <w:r>
              <w:rPr>
                <w:sz w:val="17"/>
              </w:rPr>
              <w:t>5</w:t>
            </w:r>
            <w:r>
              <w:rPr>
                <w:sz w:val="17"/>
              </w:rPr>
              <w:br/>
            </w:r>
          </w:p>
        </w:tc>
        <w:tc>
          <w:tcPr>
            <w:tcW w:w="1928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AAFB381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9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1864C07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02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1FA586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249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11DDEA0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2268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1F2448A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6D73B4FC" w14:textId="77777777">
        <w:trPr>
          <w:jc w:val="center"/>
        </w:trPr>
        <w:tc>
          <w:tcPr>
            <w:tcW w:w="39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16DCA62" w14:textId="77777777" w:rsidR="004234EC" w:rsidRDefault="00000000">
            <w:r>
              <w:rPr>
                <w:sz w:val="17"/>
              </w:rPr>
              <w:t>6</w:t>
            </w:r>
            <w:r>
              <w:rPr>
                <w:sz w:val="17"/>
              </w:rPr>
              <w:br/>
            </w:r>
          </w:p>
        </w:tc>
        <w:tc>
          <w:tcPr>
            <w:tcW w:w="1928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BF9C0E1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9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769692E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02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1F4EF3D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249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C8AD5B8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2268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535D686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007BF68A" w14:textId="77777777">
        <w:trPr>
          <w:jc w:val="center"/>
        </w:trPr>
        <w:tc>
          <w:tcPr>
            <w:tcW w:w="39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AF30D61" w14:textId="77777777" w:rsidR="004234EC" w:rsidRDefault="00000000">
            <w:r>
              <w:rPr>
                <w:sz w:val="17"/>
              </w:rPr>
              <w:t>7</w:t>
            </w:r>
            <w:r>
              <w:rPr>
                <w:sz w:val="17"/>
              </w:rPr>
              <w:br/>
            </w:r>
          </w:p>
        </w:tc>
        <w:tc>
          <w:tcPr>
            <w:tcW w:w="1928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954F005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9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A88C8FB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02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C9324DE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249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3FA30C4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2268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02D9A0E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0A46F3CE" w14:textId="77777777">
        <w:trPr>
          <w:jc w:val="center"/>
        </w:trPr>
        <w:tc>
          <w:tcPr>
            <w:tcW w:w="39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EADAB61" w14:textId="77777777" w:rsidR="004234EC" w:rsidRDefault="00000000">
            <w:r>
              <w:rPr>
                <w:sz w:val="17"/>
              </w:rPr>
              <w:t>8</w:t>
            </w:r>
            <w:r>
              <w:rPr>
                <w:sz w:val="17"/>
              </w:rPr>
              <w:br/>
            </w:r>
          </w:p>
        </w:tc>
        <w:tc>
          <w:tcPr>
            <w:tcW w:w="1928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7947843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9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5D68761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02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2147F16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249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75C49BB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2268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A856380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0DA0F263" w14:textId="77777777">
        <w:trPr>
          <w:jc w:val="center"/>
        </w:trPr>
        <w:tc>
          <w:tcPr>
            <w:tcW w:w="39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F03D231" w14:textId="77777777" w:rsidR="004234EC" w:rsidRDefault="00000000">
            <w:r>
              <w:rPr>
                <w:sz w:val="17"/>
              </w:rPr>
              <w:t>9</w:t>
            </w:r>
            <w:r>
              <w:rPr>
                <w:sz w:val="17"/>
              </w:rPr>
              <w:br/>
            </w:r>
          </w:p>
        </w:tc>
        <w:tc>
          <w:tcPr>
            <w:tcW w:w="1928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0A39006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9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DD8F114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02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6A536E6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249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B37FCF5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2268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DF00FF4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5B10C30A" w14:textId="77777777">
        <w:trPr>
          <w:jc w:val="center"/>
        </w:trPr>
        <w:tc>
          <w:tcPr>
            <w:tcW w:w="39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27F8545" w14:textId="77777777" w:rsidR="004234EC" w:rsidRDefault="00000000">
            <w:r>
              <w:rPr>
                <w:sz w:val="17"/>
              </w:rPr>
              <w:t>10</w:t>
            </w:r>
            <w:r>
              <w:rPr>
                <w:sz w:val="17"/>
              </w:rPr>
              <w:br/>
            </w:r>
          </w:p>
        </w:tc>
        <w:tc>
          <w:tcPr>
            <w:tcW w:w="1928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128A8F2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9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FE60F93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02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7F05511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249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9FC3EC6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2268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D010459" w14:textId="77777777" w:rsidR="004234EC" w:rsidRDefault="00000000">
            <w:r>
              <w:rPr>
                <w:sz w:val="17"/>
              </w:rPr>
              <w:br/>
            </w:r>
          </w:p>
        </w:tc>
      </w:tr>
    </w:tbl>
    <w:p w14:paraId="2D174873" w14:textId="77777777" w:rsidR="004234EC" w:rsidRDefault="00000000">
      <w:r>
        <w:rPr>
          <w:b/>
        </w:rPr>
        <w:t>Uwagi / zdarzenia:</w:t>
      </w:r>
      <w:r>
        <w:t xml:space="preserve"> ........................................................................................................................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814"/>
        <w:gridCol w:w="4814"/>
      </w:tblGrid>
      <w:tr w:rsidR="004234EC" w14:paraId="149EF6ED" w14:textId="77777777">
        <w:trPr>
          <w:jc w:val="center"/>
        </w:trPr>
        <w:tc>
          <w:tcPr>
            <w:tcW w:w="4819" w:type="dxa"/>
            <w:vAlign w:val="center"/>
          </w:tcPr>
          <w:p w14:paraId="71433A3E" w14:textId="77777777" w:rsidR="004234EC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4819" w:type="dxa"/>
            <w:vAlign w:val="center"/>
          </w:tcPr>
          <w:p w14:paraId="3B1E4DE4" w14:textId="77777777" w:rsidR="004234EC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  <w:tr w:rsidR="004234EC" w14:paraId="629295B0" w14:textId="77777777">
        <w:trPr>
          <w:jc w:val="center"/>
        </w:trPr>
        <w:tc>
          <w:tcPr>
            <w:tcW w:w="4819" w:type="dxa"/>
            <w:vAlign w:val="center"/>
          </w:tcPr>
          <w:p w14:paraId="3173A66F" w14:textId="77777777" w:rsidR="004234EC" w:rsidRDefault="00000000">
            <w:pPr>
              <w:jc w:val="center"/>
            </w:pPr>
            <w:r>
              <w:rPr>
                <w:sz w:val="18"/>
              </w:rPr>
              <w:t>Nauczyciel prowadzący – data i podpis</w:t>
            </w:r>
          </w:p>
        </w:tc>
        <w:tc>
          <w:tcPr>
            <w:tcW w:w="4819" w:type="dxa"/>
            <w:vAlign w:val="center"/>
          </w:tcPr>
          <w:p w14:paraId="3CC4BCFA" w14:textId="77777777" w:rsidR="004234EC" w:rsidRDefault="00000000">
            <w:pPr>
              <w:jc w:val="center"/>
            </w:pPr>
            <w:r>
              <w:rPr>
                <w:sz w:val="18"/>
              </w:rPr>
              <w:t>Opiekun SCW – data przyjęcia do ewidencji zbiorczej</w:t>
            </w:r>
          </w:p>
        </w:tc>
      </w:tr>
    </w:tbl>
    <w:p w14:paraId="2C857D18" w14:textId="77777777" w:rsidR="004234EC" w:rsidRDefault="00000000">
      <w:r>
        <w:br w:type="page"/>
      </w:r>
    </w:p>
    <w:p w14:paraId="181CDABC" w14:textId="77777777" w:rsidR="004234EC" w:rsidRDefault="00000000">
      <w:pPr>
        <w:pStyle w:val="Nagwek1"/>
        <w:jc w:val="center"/>
      </w:pPr>
      <w:r>
        <w:rPr>
          <w:rFonts w:ascii="Garamond" w:eastAsia="Garamond" w:hAnsi="Garamond"/>
        </w:rPr>
        <w:lastRenderedPageBreak/>
        <w:t>ZAŁĄCZNIK NR 5</w:t>
      </w:r>
    </w:p>
    <w:p w14:paraId="2600300C" w14:textId="77777777" w:rsidR="004234EC" w:rsidRDefault="00000000">
      <w:pPr>
        <w:pStyle w:val="Nagwek1"/>
        <w:jc w:val="center"/>
      </w:pPr>
      <w:r>
        <w:rPr>
          <w:rFonts w:ascii="Garamond" w:eastAsia="Garamond" w:hAnsi="Garamond"/>
        </w:rPr>
        <w:t>INFORMACJA I ZGODA NA KONKRETNE WYJŚCIE / PRZEJAZD</w:t>
      </w:r>
    </w:p>
    <w:p w14:paraId="703FF65A" w14:textId="77777777" w:rsidR="004234EC" w:rsidRDefault="00000000">
      <w:r>
        <w:rPr>
          <w:b/>
        </w:rPr>
        <w:t>Nazwa i cel działania:</w:t>
      </w:r>
      <w:r>
        <w:t xml:space="preserve"> ........................................................................................................................</w:t>
      </w:r>
    </w:p>
    <w:p w14:paraId="60DACB29" w14:textId="77777777" w:rsidR="004234EC" w:rsidRDefault="00000000">
      <w:r>
        <w:rPr>
          <w:b/>
        </w:rPr>
        <w:t>Miejsce:</w:t>
      </w:r>
      <w:r>
        <w:t xml:space="preserve"> ........................................................................................................................</w:t>
      </w:r>
    </w:p>
    <w:p w14:paraId="44B0D676" w14:textId="77777777" w:rsidR="004234EC" w:rsidRDefault="00000000">
      <w:r>
        <w:rPr>
          <w:b/>
        </w:rPr>
        <w:t>Data i czas:</w:t>
      </w:r>
      <w:r>
        <w:t xml:space="preserve"> ........................................................................................................................</w:t>
      </w:r>
    </w:p>
    <w:p w14:paraId="4F203C4A" w14:textId="77777777" w:rsidR="004234EC" w:rsidRDefault="00000000">
      <w:r>
        <w:rPr>
          <w:b/>
        </w:rPr>
        <w:t>Zbiórka i powrót / miejsce odbioru:</w:t>
      </w:r>
      <w:r>
        <w:t xml:space="preserve"> ........................................................................................................................</w:t>
      </w:r>
    </w:p>
    <w:p w14:paraId="22B5D167" w14:textId="77777777" w:rsidR="004234EC" w:rsidRDefault="00000000">
      <w:r>
        <w:rPr>
          <w:b/>
        </w:rPr>
        <w:t>Środek transportu:</w:t>
      </w:r>
      <w:r>
        <w:t xml:space="preserve"> ........................................................................................................................</w:t>
      </w:r>
    </w:p>
    <w:p w14:paraId="342F3330" w14:textId="77777777" w:rsidR="004234EC" w:rsidRDefault="00000000">
      <w:r>
        <w:rPr>
          <w:b/>
        </w:rPr>
        <w:t>Nauczyciel prowadzący i opiekunowie:</w:t>
      </w:r>
      <w:r>
        <w:t xml:space="preserve"> ........................................................................................................................</w:t>
      </w:r>
    </w:p>
    <w:p w14:paraId="11CB78F4" w14:textId="77777777" w:rsidR="004234EC" w:rsidRDefault="00000000">
      <w:r>
        <w:rPr>
          <w:b/>
        </w:rPr>
        <w:t>Zakres zadań ucznia i ważne zasady bezpieczeństwa:</w:t>
      </w:r>
      <w:r>
        <w:t xml:space="preserve"> ........................................................................................................................</w:t>
      </w:r>
    </w:p>
    <w:p w14:paraId="45EBEB2D" w14:textId="77777777" w:rsidR="004234EC" w:rsidRDefault="00000000">
      <w:r>
        <w:t>Wyrażam zgodę na udział mojego dziecka ........................................................................................, klasa ............, w opisanym wyżej działaniu oraz na wskazany sposób przejazdu i odbioru.</w:t>
      </w:r>
    </w:p>
    <w:p w14:paraId="06AA0294" w14:textId="77777777" w:rsidR="004234EC" w:rsidRDefault="00000000">
      <w:r>
        <w:t>[ ] Dziecko może samodzielnie wrócić po zakończeniu działania – tylko jeżeli szkoła dopuściła taką możliwość.</w:t>
      </w:r>
    </w:p>
    <w:p w14:paraId="4331AA74" w14:textId="77777777" w:rsidR="004234EC" w:rsidRDefault="00000000">
      <w:r>
        <w:t>[ ] Dziecko odbierze: ........................................................................................, tel. ........................................................</w:t>
      </w:r>
    </w:p>
    <w:p w14:paraId="6364F0F1" w14:textId="77777777" w:rsidR="004234EC" w:rsidRDefault="00000000">
      <w:r>
        <w:rPr>
          <w:b/>
        </w:rPr>
        <w:t>Istotne informacje dla opiekuna dotyczące bezpieczeństwa ucznia (podanie dobrowolne, jeżeli potrzebne):</w:t>
      </w:r>
      <w:r>
        <w:t xml:space="preserve"> ........................................................................................................................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814"/>
        <w:gridCol w:w="4814"/>
      </w:tblGrid>
      <w:tr w:rsidR="004234EC" w14:paraId="0994C63A" w14:textId="77777777">
        <w:trPr>
          <w:jc w:val="center"/>
        </w:trPr>
        <w:tc>
          <w:tcPr>
            <w:tcW w:w="4819" w:type="dxa"/>
            <w:vAlign w:val="center"/>
          </w:tcPr>
          <w:p w14:paraId="327C2E5C" w14:textId="77777777" w:rsidR="004234EC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4819" w:type="dxa"/>
            <w:vAlign w:val="center"/>
          </w:tcPr>
          <w:p w14:paraId="610B4CF9" w14:textId="77777777" w:rsidR="004234EC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  <w:tr w:rsidR="004234EC" w14:paraId="3E582AE2" w14:textId="77777777">
        <w:trPr>
          <w:jc w:val="center"/>
        </w:trPr>
        <w:tc>
          <w:tcPr>
            <w:tcW w:w="4819" w:type="dxa"/>
            <w:vAlign w:val="center"/>
          </w:tcPr>
          <w:p w14:paraId="2B85436A" w14:textId="77777777" w:rsidR="004234EC" w:rsidRDefault="00000000">
            <w:pPr>
              <w:jc w:val="center"/>
            </w:pPr>
            <w:r>
              <w:rPr>
                <w:sz w:val="18"/>
              </w:rPr>
              <w:t>Rodzic / opiekun prawny – data i podpis</w:t>
            </w:r>
          </w:p>
        </w:tc>
        <w:tc>
          <w:tcPr>
            <w:tcW w:w="4819" w:type="dxa"/>
            <w:vAlign w:val="center"/>
          </w:tcPr>
          <w:p w14:paraId="3277F0A8" w14:textId="77777777" w:rsidR="004234EC" w:rsidRDefault="00000000">
            <w:pPr>
              <w:jc w:val="center"/>
            </w:pPr>
            <w:r>
              <w:rPr>
                <w:sz w:val="18"/>
              </w:rPr>
              <w:t>Uczeń / uczennica – zapoznanie z informacją</w:t>
            </w:r>
          </w:p>
        </w:tc>
      </w:tr>
    </w:tbl>
    <w:p w14:paraId="5771EF60" w14:textId="77777777" w:rsidR="004234EC" w:rsidRDefault="00000000">
      <w:r>
        <w:br w:type="page"/>
      </w:r>
    </w:p>
    <w:p w14:paraId="48F91675" w14:textId="77777777" w:rsidR="004234EC" w:rsidRDefault="00000000">
      <w:pPr>
        <w:pStyle w:val="Nagwek1"/>
        <w:jc w:val="center"/>
      </w:pPr>
      <w:r>
        <w:rPr>
          <w:rFonts w:ascii="Garamond" w:eastAsia="Garamond" w:hAnsi="Garamond"/>
        </w:rPr>
        <w:lastRenderedPageBreak/>
        <w:t>ZAŁĄCZNIK NR 6</w:t>
      </w:r>
    </w:p>
    <w:p w14:paraId="16DF6584" w14:textId="77777777" w:rsidR="004234EC" w:rsidRDefault="00000000">
      <w:pPr>
        <w:pStyle w:val="Nagwek1"/>
        <w:jc w:val="center"/>
      </w:pPr>
      <w:r>
        <w:rPr>
          <w:rFonts w:ascii="Garamond" w:eastAsia="Garamond" w:hAnsi="Garamond"/>
        </w:rPr>
        <w:t>POROZUMIENIE Z ZEWNĘTRZNYM KORZYSTAJĄCYM / KARTA USTALEŃ</w:t>
      </w:r>
    </w:p>
    <w:p w14:paraId="134638B8" w14:textId="77777777" w:rsidR="004234EC" w:rsidRDefault="00000000">
      <w:pPr>
        <w:spacing w:after="60"/>
      </w:pPr>
      <w:r>
        <w:rPr>
          <w:i/>
          <w:color w:val="1F4E78"/>
          <w:sz w:val="19"/>
        </w:rPr>
        <w:t>Stosuje się, gdy podmiot zewnętrzny jest korzystającym albo współorganizatorem. Dokument może zostać podpisany jako porozumienie trójstronne z uczniem i rodzicem.</w:t>
      </w:r>
    </w:p>
    <w:p w14:paraId="07FAB46D" w14:textId="77777777" w:rsidR="004234EC" w:rsidRDefault="00000000">
      <w:r>
        <w:rPr>
          <w:b/>
        </w:rPr>
        <w:t>Podmiot zewnętrzny i osoba reprezentująca:</w:t>
      </w:r>
      <w:r>
        <w:t xml:space="preserve"> ........................................................................................................................</w:t>
      </w:r>
    </w:p>
    <w:p w14:paraId="37E87B50" w14:textId="77777777" w:rsidR="004234EC" w:rsidRDefault="00000000">
      <w:r>
        <w:rPr>
          <w:b/>
        </w:rPr>
        <w:t>Podstawa uprawnienia do korzystania ze świadczeń wolontariuszy:</w:t>
      </w:r>
      <w:r>
        <w:t xml:space="preserve"> ........................................................................................................................</w:t>
      </w:r>
    </w:p>
    <w:p w14:paraId="6CCF6B00" w14:textId="77777777" w:rsidR="004234EC" w:rsidRDefault="00000000">
      <w:r>
        <w:rPr>
          <w:b/>
        </w:rPr>
        <w:t>Uczeń / uczniowie objęci ustaleniem:</w:t>
      </w:r>
      <w:r>
        <w:t xml:space="preserve"> ........................................................................................................................</w:t>
      </w:r>
    </w:p>
    <w:p w14:paraId="6C48CF04" w14:textId="77777777" w:rsidR="004234EC" w:rsidRDefault="00000000">
      <w:r>
        <w:rPr>
          <w:b/>
        </w:rPr>
        <w:t>Okres, miejsce, zakres i sposób wykonywania świadczeń:</w:t>
      </w:r>
      <w:r>
        <w:t xml:space="preserve"> ........................................................................................................................</w:t>
      </w:r>
    </w:p>
    <w:p w14:paraId="403ABB92" w14:textId="77777777" w:rsidR="004234EC" w:rsidRDefault="00000000">
      <w:r>
        <w:rPr>
          <w:b/>
        </w:rPr>
        <w:t>Osoba odpowiedzialna po stronie podmiotu:</w:t>
      </w:r>
      <w:r>
        <w:t xml:space="preserve"> ........................................................................................................................</w:t>
      </w:r>
    </w:p>
    <w:p w14:paraId="283AB844" w14:textId="77777777" w:rsidR="004234EC" w:rsidRDefault="00000000">
      <w:r>
        <w:rPr>
          <w:b/>
        </w:rPr>
        <w:t>Opieka szkoły i podział obowiązków:</w:t>
      </w:r>
      <w:r>
        <w:t xml:space="preserve"> ........................................................................................................................</w:t>
      </w:r>
    </w:p>
    <w:p w14:paraId="6FBBD594" w14:textId="77777777" w:rsidR="004234EC" w:rsidRDefault="00000000">
      <w:r>
        <w:rPr>
          <w:b/>
        </w:rPr>
        <w:t>BHP, instruktaż i informacja o ryzyku:</w:t>
      </w:r>
      <w:r>
        <w:t xml:space="preserve"> ........................................................................................................................</w:t>
      </w:r>
    </w:p>
    <w:p w14:paraId="13FD768B" w14:textId="77777777" w:rsidR="004234EC" w:rsidRDefault="00000000">
      <w:r>
        <w:rPr>
          <w:b/>
        </w:rPr>
        <w:t>NNW albo ustawowa ochrona wypadkowa – podmiot odpowiedzialny i dowód:</w:t>
      </w:r>
      <w:r>
        <w:t xml:space="preserve"> ........................................................................................................................</w:t>
      </w:r>
    </w:p>
    <w:p w14:paraId="7DB97BFF" w14:textId="77777777" w:rsidR="004234EC" w:rsidRDefault="00000000">
      <w:r>
        <w:rPr>
          <w:b/>
        </w:rPr>
        <w:t>Ochrona małoletnich, danych i wizerunku:</w:t>
      </w:r>
      <w:r>
        <w:t xml:space="preserve"> ........................................................................................................................</w:t>
      </w:r>
    </w:p>
    <w:p w14:paraId="4FD6ED1B" w14:textId="77777777" w:rsidR="004234EC" w:rsidRDefault="00000000">
      <w:r>
        <w:rPr>
          <w:b/>
        </w:rPr>
        <w:t>Sposób zgłoszenia i dokumentowania wypadku:</w:t>
      </w:r>
      <w:r>
        <w:t xml:space="preserve"> ........................................................................................................................</w:t>
      </w:r>
    </w:p>
    <w:p w14:paraId="03530E3D" w14:textId="77777777" w:rsidR="004234EC" w:rsidRDefault="00000000">
      <w:r>
        <w:t>Podmiot zewnętrzny potwierdza przyjęcie obowiązków korzystającego w zakresie wskazanym powyżej. Szkoła zachowuje obowiązki opiekuńcze wynikające z organizacji wyjścia uczniów.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4234EC" w14:paraId="596C7345" w14:textId="77777777">
        <w:trPr>
          <w:jc w:val="center"/>
        </w:trPr>
        <w:tc>
          <w:tcPr>
            <w:tcW w:w="3213" w:type="dxa"/>
            <w:vAlign w:val="center"/>
          </w:tcPr>
          <w:p w14:paraId="2455DD14" w14:textId="77777777" w:rsidR="004234EC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3213" w:type="dxa"/>
            <w:vAlign w:val="center"/>
          </w:tcPr>
          <w:p w14:paraId="0D0F1479" w14:textId="77777777" w:rsidR="004234EC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3213" w:type="dxa"/>
            <w:vAlign w:val="center"/>
          </w:tcPr>
          <w:p w14:paraId="16912606" w14:textId="77777777" w:rsidR="004234EC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  <w:tr w:rsidR="004234EC" w14:paraId="4BEBED1F" w14:textId="77777777">
        <w:trPr>
          <w:jc w:val="center"/>
        </w:trPr>
        <w:tc>
          <w:tcPr>
            <w:tcW w:w="3213" w:type="dxa"/>
            <w:vAlign w:val="center"/>
          </w:tcPr>
          <w:p w14:paraId="308EF5A9" w14:textId="77777777" w:rsidR="004234EC" w:rsidRDefault="00000000">
            <w:pPr>
              <w:jc w:val="center"/>
            </w:pPr>
            <w:r>
              <w:rPr>
                <w:sz w:val="18"/>
              </w:rPr>
              <w:t>Dyrektor / szkoła</w:t>
            </w:r>
          </w:p>
        </w:tc>
        <w:tc>
          <w:tcPr>
            <w:tcW w:w="3213" w:type="dxa"/>
            <w:vAlign w:val="center"/>
          </w:tcPr>
          <w:p w14:paraId="777314D4" w14:textId="77777777" w:rsidR="004234EC" w:rsidRDefault="00000000">
            <w:pPr>
              <w:jc w:val="center"/>
            </w:pPr>
            <w:r>
              <w:rPr>
                <w:sz w:val="18"/>
              </w:rPr>
              <w:t>Podmiot zewnętrzny</w:t>
            </w:r>
          </w:p>
        </w:tc>
        <w:tc>
          <w:tcPr>
            <w:tcW w:w="3213" w:type="dxa"/>
            <w:vAlign w:val="center"/>
          </w:tcPr>
          <w:p w14:paraId="14F31150" w14:textId="77777777" w:rsidR="004234EC" w:rsidRDefault="00000000">
            <w:pPr>
              <w:jc w:val="center"/>
            </w:pPr>
            <w:r>
              <w:rPr>
                <w:sz w:val="18"/>
              </w:rPr>
              <w:t>Uczeń i rodzic – gdy dokument stanowi porozumienie trójstronne</w:t>
            </w:r>
          </w:p>
        </w:tc>
      </w:tr>
    </w:tbl>
    <w:p w14:paraId="34F4ADE8" w14:textId="77777777" w:rsidR="004234EC" w:rsidRDefault="00000000">
      <w:r>
        <w:br w:type="page"/>
      </w:r>
    </w:p>
    <w:p w14:paraId="29C0697C" w14:textId="77777777" w:rsidR="004234EC" w:rsidRDefault="00000000">
      <w:pPr>
        <w:pStyle w:val="Nagwek1"/>
        <w:jc w:val="center"/>
      </w:pPr>
      <w:r>
        <w:rPr>
          <w:rFonts w:ascii="Garamond" w:eastAsia="Garamond" w:hAnsi="Garamond"/>
        </w:rPr>
        <w:lastRenderedPageBreak/>
        <w:t>ZAŁĄCZNIK NR 7</w:t>
      </w:r>
    </w:p>
    <w:p w14:paraId="559B8978" w14:textId="77777777" w:rsidR="004234EC" w:rsidRDefault="00000000">
      <w:pPr>
        <w:pStyle w:val="Nagwek1"/>
        <w:jc w:val="center"/>
      </w:pPr>
      <w:r>
        <w:rPr>
          <w:rFonts w:ascii="Garamond" w:eastAsia="Garamond" w:hAnsi="Garamond"/>
        </w:rPr>
        <w:t>KARTA ZBIÓRKI / KIERMASZU I PROTOKÓŁ ROZLICZENIA</w:t>
      </w:r>
    </w:p>
    <w:p w14:paraId="4AF5AF1D" w14:textId="77777777" w:rsidR="004234EC" w:rsidRDefault="00000000">
      <w:pPr>
        <w:spacing w:after="60"/>
      </w:pPr>
      <w:r>
        <w:rPr>
          <w:i/>
          <w:color w:val="1F4E78"/>
          <w:sz w:val="19"/>
        </w:rPr>
        <w:t>Jeden formularz obejmuje kwalifikację akcji, zgodę dyrektora, przeliczenie gotówki, ewidencję darów oraz potwierdzenie przekazania.</w:t>
      </w:r>
    </w:p>
    <w:p w14:paraId="4E4BC24D" w14:textId="77777777" w:rsidR="004234EC" w:rsidRDefault="00000000">
      <w:r>
        <w:rPr>
          <w:b/>
        </w:rPr>
        <w:t>Nazwa, cel i termin akcji:</w:t>
      </w:r>
      <w:r>
        <w:t xml:space="preserve"> ........................................................................................................................</w:t>
      </w:r>
    </w:p>
    <w:p w14:paraId="4B69EAD9" w14:textId="77777777" w:rsidR="004234EC" w:rsidRDefault="00000000">
      <w:r>
        <w:rPr>
          <w:b/>
        </w:rPr>
        <w:t>Organizator i beneficjent:</w:t>
      </w:r>
      <w:r>
        <w:t xml:space="preserve"> ........................................................................................................................</w:t>
      </w:r>
    </w:p>
    <w:p w14:paraId="39636FBB" w14:textId="77777777" w:rsidR="004234EC" w:rsidRDefault="00000000">
      <w:r>
        <w:t>Kwalifikacja: [ ] zbiórka wewnątrzszkolna   [ ] zbiórka publiczna   [ ] kiermasz   [ ] dary rzeczowe   [ ] wpłata na konto beneficjenta</w:t>
      </w:r>
    </w:p>
    <w:p w14:paraId="36C23E2A" w14:textId="77777777" w:rsidR="004234EC" w:rsidRDefault="00000000">
      <w:r>
        <w:rPr>
          <w:b/>
        </w:rPr>
        <w:t>Sposób poinformowania uczestników i zabezpieczenia środków / darów:</w:t>
      </w:r>
      <w:r>
        <w:t xml:space="preserve"> ........................................................................................................................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814"/>
        <w:gridCol w:w="4814"/>
      </w:tblGrid>
      <w:tr w:rsidR="004234EC" w14:paraId="3624884A" w14:textId="77777777">
        <w:trPr>
          <w:jc w:val="center"/>
        </w:trPr>
        <w:tc>
          <w:tcPr>
            <w:tcW w:w="4819" w:type="dxa"/>
            <w:vAlign w:val="center"/>
          </w:tcPr>
          <w:p w14:paraId="54D793F1" w14:textId="77777777" w:rsidR="004234EC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4819" w:type="dxa"/>
            <w:vAlign w:val="center"/>
          </w:tcPr>
          <w:p w14:paraId="6D5377B7" w14:textId="77777777" w:rsidR="004234EC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  <w:tr w:rsidR="004234EC" w14:paraId="0B3AF510" w14:textId="77777777">
        <w:trPr>
          <w:jc w:val="center"/>
        </w:trPr>
        <w:tc>
          <w:tcPr>
            <w:tcW w:w="4819" w:type="dxa"/>
            <w:vAlign w:val="center"/>
          </w:tcPr>
          <w:p w14:paraId="328D4C6F" w14:textId="77777777" w:rsidR="004234EC" w:rsidRDefault="00000000">
            <w:pPr>
              <w:jc w:val="center"/>
            </w:pPr>
            <w:r>
              <w:rPr>
                <w:sz w:val="18"/>
              </w:rPr>
              <w:t>Dyrektor – zgoda na akcję</w:t>
            </w:r>
          </w:p>
        </w:tc>
        <w:tc>
          <w:tcPr>
            <w:tcW w:w="4819" w:type="dxa"/>
            <w:vAlign w:val="center"/>
          </w:tcPr>
          <w:p w14:paraId="71BA1816" w14:textId="77777777" w:rsidR="004234EC" w:rsidRDefault="00000000">
            <w:pPr>
              <w:jc w:val="center"/>
            </w:pPr>
            <w:r>
              <w:rPr>
                <w:sz w:val="18"/>
              </w:rPr>
              <w:t>Organizator – przyjęcie odpowiedzialności</w:t>
            </w:r>
          </w:p>
        </w:tc>
      </w:tr>
    </w:tbl>
    <w:p w14:paraId="6FD81E08" w14:textId="77777777" w:rsidR="004234EC" w:rsidRDefault="00000000">
      <w:pPr>
        <w:pStyle w:val="Nagwek1"/>
      </w:pPr>
      <w:r>
        <w:rPr>
          <w:rFonts w:ascii="Garamond" w:eastAsia="Garamond" w:hAnsi="Garamond"/>
        </w:rPr>
        <w:t>Rozliczenie gotówki – wypełnia się, jeżeli dotyczy</w:t>
      </w:r>
    </w:p>
    <w:p w14:paraId="51051416" w14:textId="77777777" w:rsidR="004234EC" w:rsidRDefault="00000000">
      <w:r>
        <w:rPr>
          <w:b/>
        </w:rPr>
        <w:t>Data i miejsce przeliczenia:</w:t>
      </w:r>
      <w:r>
        <w:t xml:space="preserve"> ........................................................................................................................</w:t>
      </w:r>
    </w:p>
    <w:p w14:paraId="4AE08182" w14:textId="77777777" w:rsidR="004234EC" w:rsidRDefault="00000000">
      <w:r>
        <w:rPr>
          <w:b/>
        </w:rPr>
        <w:t>Kwota cyframi i słownie:</w:t>
      </w:r>
      <w:r>
        <w:t xml:space="preserve"> ........................................................................................................................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210"/>
        <w:gridCol w:w="3209"/>
        <w:gridCol w:w="3209"/>
      </w:tblGrid>
      <w:tr w:rsidR="004234EC" w14:paraId="57C94132" w14:textId="77777777">
        <w:trPr>
          <w:jc w:val="center"/>
        </w:trPr>
        <w:tc>
          <w:tcPr>
            <w:tcW w:w="3213" w:type="dxa"/>
            <w:vAlign w:val="center"/>
          </w:tcPr>
          <w:p w14:paraId="21D53930" w14:textId="77777777" w:rsidR="004234EC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3213" w:type="dxa"/>
            <w:vAlign w:val="center"/>
          </w:tcPr>
          <w:p w14:paraId="0BFF9B91" w14:textId="77777777" w:rsidR="004234EC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3213" w:type="dxa"/>
            <w:vAlign w:val="center"/>
          </w:tcPr>
          <w:p w14:paraId="67FFB4D5" w14:textId="77777777" w:rsidR="004234EC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  <w:tr w:rsidR="004234EC" w14:paraId="0731B380" w14:textId="77777777">
        <w:trPr>
          <w:jc w:val="center"/>
        </w:trPr>
        <w:tc>
          <w:tcPr>
            <w:tcW w:w="3213" w:type="dxa"/>
            <w:vAlign w:val="center"/>
          </w:tcPr>
          <w:p w14:paraId="5ED6F1A1" w14:textId="77777777" w:rsidR="004234EC" w:rsidRDefault="00000000">
            <w:pPr>
              <w:jc w:val="center"/>
            </w:pPr>
            <w:r>
              <w:rPr>
                <w:sz w:val="18"/>
              </w:rPr>
              <w:t>Członek komisji 1</w:t>
            </w:r>
          </w:p>
        </w:tc>
        <w:tc>
          <w:tcPr>
            <w:tcW w:w="3213" w:type="dxa"/>
            <w:vAlign w:val="center"/>
          </w:tcPr>
          <w:p w14:paraId="77009EDA" w14:textId="77777777" w:rsidR="004234EC" w:rsidRDefault="00000000">
            <w:pPr>
              <w:jc w:val="center"/>
            </w:pPr>
            <w:r>
              <w:rPr>
                <w:sz w:val="18"/>
              </w:rPr>
              <w:t>Członek komisji 2</w:t>
            </w:r>
          </w:p>
        </w:tc>
        <w:tc>
          <w:tcPr>
            <w:tcW w:w="3213" w:type="dxa"/>
            <w:vAlign w:val="center"/>
          </w:tcPr>
          <w:p w14:paraId="6DDB0A94" w14:textId="77777777" w:rsidR="004234EC" w:rsidRDefault="00000000">
            <w:pPr>
              <w:jc w:val="center"/>
            </w:pPr>
            <w:r>
              <w:rPr>
                <w:sz w:val="18"/>
              </w:rPr>
              <w:t>Członek komisji 3 – jeżeli powołano</w:t>
            </w:r>
          </w:p>
        </w:tc>
      </w:tr>
    </w:tbl>
    <w:p w14:paraId="18BFDFFD" w14:textId="77777777" w:rsidR="004234EC" w:rsidRDefault="00000000">
      <w:pPr>
        <w:pStyle w:val="Nagwek1"/>
      </w:pPr>
      <w:r>
        <w:rPr>
          <w:rFonts w:ascii="Garamond" w:eastAsia="Garamond" w:hAnsi="Garamond"/>
        </w:rPr>
        <w:t>Dary rzeczowe – opis zbiorczy</w:t>
      </w:r>
    </w:p>
    <w:p w14:paraId="1400A004" w14:textId="77777777" w:rsidR="004234EC" w:rsidRDefault="00000000">
      <w:r>
        <w:rPr>
          <w:b/>
        </w:rPr>
        <w:t>Rodzaj i liczba / sposób oszacowania:</w:t>
      </w:r>
      <w:r>
        <w:t xml:space="preserve"> ........................................................................................................................</w:t>
      </w:r>
    </w:p>
    <w:p w14:paraId="77076848" w14:textId="77777777" w:rsidR="004234EC" w:rsidRDefault="00000000">
      <w:pPr>
        <w:pStyle w:val="Nagwek1"/>
      </w:pPr>
      <w:r>
        <w:rPr>
          <w:rFonts w:ascii="Garamond" w:eastAsia="Garamond" w:hAnsi="Garamond"/>
        </w:rPr>
        <w:t>Przekazanie beneficjentowi</w:t>
      </w:r>
    </w:p>
    <w:p w14:paraId="72388026" w14:textId="77777777" w:rsidR="004234EC" w:rsidRDefault="00000000">
      <w:r>
        <w:rPr>
          <w:b/>
        </w:rPr>
        <w:t>Data, miejsce, kwota albo rodzaj i liczba darów:</w:t>
      </w:r>
      <w:r>
        <w:t xml:space="preserve"> ........................................................................................................................</w:t>
      </w:r>
    </w:p>
    <w:p w14:paraId="7C992484" w14:textId="77777777" w:rsidR="004234EC" w:rsidRDefault="00000000">
      <w:r>
        <w:rPr>
          <w:b/>
        </w:rPr>
        <w:t>Dokument dodatkowy, np. potwierdzenie przelewu:</w:t>
      </w:r>
      <w:r>
        <w:t xml:space="preserve"> ........................................................................................................................</w:t>
      </w:r>
    </w:p>
    <w:p w14:paraId="1A1ADFC1" w14:textId="77777777" w:rsidR="004234EC" w:rsidRDefault="00000000">
      <w:r>
        <w:t>Potwierdzamy przekazanie i odbiór zgodnie z celem akcji.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814"/>
        <w:gridCol w:w="4814"/>
      </w:tblGrid>
      <w:tr w:rsidR="004234EC" w14:paraId="36403C01" w14:textId="77777777">
        <w:trPr>
          <w:jc w:val="center"/>
        </w:trPr>
        <w:tc>
          <w:tcPr>
            <w:tcW w:w="4819" w:type="dxa"/>
            <w:vAlign w:val="center"/>
          </w:tcPr>
          <w:p w14:paraId="1406B613" w14:textId="77777777" w:rsidR="004234EC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4819" w:type="dxa"/>
            <w:vAlign w:val="center"/>
          </w:tcPr>
          <w:p w14:paraId="6083AAE7" w14:textId="77777777" w:rsidR="004234EC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  <w:tr w:rsidR="004234EC" w14:paraId="28655279" w14:textId="77777777">
        <w:trPr>
          <w:jc w:val="center"/>
        </w:trPr>
        <w:tc>
          <w:tcPr>
            <w:tcW w:w="4819" w:type="dxa"/>
            <w:vAlign w:val="center"/>
          </w:tcPr>
          <w:p w14:paraId="594AD544" w14:textId="77777777" w:rsidR="004234EC" w:rsidRDefault="00000000">
            <w:pPr>
              <w:jc w:val="center"/>
            </w:pPr>
            <w:r>
              <w:rPr>
                <w:sz w:val="18"/>
              </w:rPr>
              <w:t>Osoba/y przekazujące</w:t>
            </w:r>
          </w:p>
        </w:tc>
        <w:tc>
          <w:tcPr>
            <w:tcW w:w="4819" w:type="dxa"/>
            <w:vAlign w:val="center"/>
          </w:tcPr>
          <w:p w14:paraId="26E488EA" w14:textId="77777777" w:rsidR="004234EC" w:rsidRDefault="00000000">
            <w:pPr>
              <w:jc w:val="center"/>
            </w:pPr>
            <w:r>
              <w:rPr>
                <w:sz w:val="18"/>
              </w:rPr>
              <w:t>Beneficjent / osoba odbierająca</w:t>
            </w:r>
          </w:p>
        </w:tc>
      </w:tr>
    </w:tbl>
    <w:p w14:paraId="5219C126" w14:textId="77777777" w:rsidR="004234EC" w:rsidRDefault="00000000">
      <w:r>
        <w:br w:type="page"/>
      </w:r>
    </w:p>
    <w:p w14:paraId="4113BCCD" w14:textId="77777777" w:rsidR="004234EC" w:rsidRDefault="00000000">
      <w:pPr>
        <w:pStyle w:val="Nagwek1"/>
        <w:jc w:val="center"/>
      </w:pPr>
      <w:r>
        <w:rPr>
          <w:rFonts w:ascii="Garamond" w:eastAsia="Garamond" w:hAnsi="Garamond"/>
        </w:rPr>
        <w:lastRenderedPageBreak/>
        <w:t>ZAŁĄCZNIK NR 8</w:t>
      </w:r>
    </w:p>
    <w:p w14:paraId="2D3ED0D3" w14:textId="77777777" w:rsidR="004234EC" w:rsidRDefault="00000000">
      <w:pPr>
        <w:pStyle w:val="Nagwek1"/>
        <w:jc w:val="center"/>
      </w:pPr>
      <w:r>
        <w:rPr>
          <w:rFonts w:ascii="Garamond" w:eastAsia="Garamond" w:hAnsi="Garamond"/>
        </w:rPr>
        <w:t>PROTOKÓŁ WERYFIKACJI I REJESTR WPISÓW NA ŚWIADECTWIE</w:t>
      </w:r>
    </w:p>
    <w:p w14:paraId="5DDE0C03" w14:textId="77777777" w:rsidR="004234EC" w:rsidRDefault="00000000">
      <w:r>
        <w:rPr>
          <w:b/>
        </w:rPr>
        <w:t>Rok szkolny:</w:t>
      </w:r>
      <w:r>
        <w:t xml:space="preserve"> ........................................................................................................................</w:t>
      </w:r>
    </w:p>
    <w:p w14:paraId="2A7FB55E" w14:textId="77777777" w:rsidR="004234EC" w:rsidRDefault="00000000">
      <w:r>
        <w:rPr>
          <w:b/>
        </w:rPr>
        <w:t>Data posiedzenia zespołu weryfikującego:</w:t>
      </w:r>
      <w:r>
        <w:t xml:space="preserve"> ........................................................................................................................</w:t>
      </w:r>
    </w:p>
    <w:p w14:paraId="005DAEAB" w14:textId="77777777" w:rsidR="004234EC" w:rsidRDefault="00000000">
      <w:r>
        <w:t>Kryterium szkolne: co najmniej 20 godzin udokumentowanej aktywności społecznej, w szczególności wolontariatu, zgromadzonych w klasach IV–VIII.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77"/>
        <w:gridCol w:w="1701"/>
        <w:gridCol w:w="1377"/>
        <w:gridCol w:w="1377"/>
        <w:gridCol w:w="1377"/>
        <w:gridCol w:w="2551"/>
        <w:gridCol w:w="1814"/>
      </w:tblGrid>
      <w:tr w:rsidR="004234EC" w14:paraId="41579D15" w14:textId="77777777">
        <w:trPr>
          <w:tblHeader/>
          <w:jc w:val="center"/>
        </w:trPr>
        <w:tc>
          <w:tcPr>
            <w:tcW w:w="1377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028F98" w14:textId="77777777" w:rsidR="004234EC" w:rsidRDefault="00000000">
            <w:r>
              <w:rPr>
                <w:b/>
                <w:color w:val="FFFFFF"/>
                <w:sz w:val="18"/>
              </w:rPr>
              <w:t>Lp.</w:t>
            </w:r>
          </w:p>
        </w:tc>
        <w:tc>
          <w:tcPr>
            <w:tcW w:w="1377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4B79E8" w14:textId="77777777" w:rsidR="004234EC" w:rsidRDefault="00000000">
            <w:r>
              <w:rPr>
                <w:b/>
                <w:color w:val="FFFFFF"/>
                <w:sz w:val="18"/>
              </w:rPr>
              <w:t>Uczeń, klasa</w:t>
            </w:r>
          </w:p>
        </w:tc>
        <w:tc>
          <w:tcPr>
            <w:tcW w:w="1377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90B0A4" w14:textId="77777777" w:rsidR="004234EC" w:rsidRDefault="00000000">
            <w:r>
              <w:rPr>
                <w:b/>
                <w:color w:val="FFFFFF"/>
                <w:sz w:val="18"/>
              </w:rPr>
              <w:t>Godziny szkolne</w:t>
            </w:r>
          </w:p>
        </w:tc>
        <w:tc>
          <w:tcPr>
            <w:tcW w:w="1377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D56B0E" w14:textId="77777777" w:rsidR="004234EC" w:rsidRDefault="00000000">
            <w:r>
              <w:rPr>
                <w:b/>
                <w:color w:val="FFFFFF"/>
                <w:sz w:val="18"/>
              </w:rPr>
              <w:t>Godziny zewnętrzne</w:t>
            </w:r>
          </w:p>
        </w:tc>
        <w:tc>
          <w:tcPr>
            <w:tcW w:w="1377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78CC01" w14:textId="77777777" w:rsidR="004234EC" w:rsidRDefault="00000000">
            <w:r>
              <w:rPr>
                <w:b/>
                <w:color w:val="FFFFFF"/>
                <w:sz w:val="18"/>
              </w:rPr>
              <w:t>Razem</w:t>
            </w:r>
          </w:p>
        </w:tc>
        <w:tc>
          <w:tcPr>
            <w:tcW w:w="1377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372CFC" w14:textId="77777777" w:rsidR="004234EC" w:rsidRDefault="00000000">
            <w:r>
              <w:rPr>
                <w:b/>
                <w:color w:val="FFFFFF"/>
                <w:sz w:val="18"/>
              </w:rPr>
              <w:t>Wynik / braki / wyjaśnienie</w:t>
            </w:r>
          </w:p>
        </w:tc>
        <w:tc>
          <w:tcPr>
            <w:tcW w:w="1377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C5ABAB" w14:textId="77777777" w:rsidR="004234EC" w:rsidRDefault="00000000">
            <w:r>
              <w:rPr>
                <w:b/>
                <w:color w:val="FFFFFF"/>
                <w:sz w:val="18"/>
              </w:rPr>
              <w:t>Wpis zgodny: świadectwo i arkusz ocen</w:t>
            </w:r>
          </w:p>
        </w:tc>
      </w:tr>
      <w:tr w:rsidR="004234EC" w14:paraId="294DBD63" w14:textId="77777777">
        <w:trPr>
          <w:jc w:val="center"/>
        </w:trPr>
        <w:tc>
          <w:tcPr>
            <w:tcW w:w="39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931FFED" w14:textId="77777777" w:rsidR="004234EC" w:rsidRDefault="00000000">
            <w:r>
              <w:rPr>
                <w:sz w:val="17"/>
              </w:rPr>
              <w:t>1</w:t>
            </w:r>
            <w:r>
              <w:rPr>
                <w:sz w:val="17"/>
              </w:rPr>
              <w:br/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E340402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C8AA38E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DB16EE7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73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AF87879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255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9328AA8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81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2FE1A8F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77E0F6B0" w14:textId="77777777">
        <w:trPr>
          <w:jc w:val="center"/>
        </w:trPr>
        <w:tc>
          <w:tcPr>
            <w:tcW w:w="39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66745D9" w14:textId="77777777" w:rsidR="004234EC" w:rsidRDefault="00000000">
            <w:r>
              <w:rPr>
                <w:sz w:val="17"/>
              </w:rPr>
              <w:t>2</w:t>
            </w:r>
            <w:r>
              <w:rPr>
                <w:sz w:val="17"/>
              </w:rPr>
              <w:br/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2EF693A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5A4B648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AF1A452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73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339D885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255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D345489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81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B9BED08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3D2970D2" w14:textId="77777777">
        <w:trPr>
          <w:jc w:val="center"/>
        </w:trPr>
        <w:tc>
          <w:tcPr>
            <w:tcW w:w="39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C64B347" w14:textId="77777777" w:rsidR="004234EC" w:rsidRDefault="00000000">
            <w:r>
              <w:rPr>
                <w:sz w:val="17"/>
              </w:rPr>
              <w:t>3</w:t>
            </w:r>
            <w:r>
              <w:rPr>
                <w:sz w:val="17"/>
              </w:rPr>
              <w:br/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E3E6FA8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C4E30BD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EB078AF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73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312A9FD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255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E1035A3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81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EE6892E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38D8518D" w14:textId="77777777">
        <w:trPr>
          <w:jc w:val="center"/>
        </w:trPr>
        <w:tc>
          <w:tcPr>
            <w:tcW w:w="39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9D9EA39" w14:textId="77777777" w:rsidR="004234EC" w:rsidRDefault="00000000">
            <w:r>
              <w:rPr>
                <w:sz w:val="17"/>
              </w:rPr>
              <w:t>4</w:t>
            </w:r>
            <w:r>
              <w:rPr>
                <w:sz w:val="17"/>
              </w:rPr>
              <w:br/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7FB86EA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773A2BD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A36FD6F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73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AA55DD1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255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50D1A9A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81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2C27391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5FF44F54" w14:textId="77777777">
        <w:trPr>
          <w:jc w:val="center"/>
        </w:trPr>
        <w:tc>
          <w:tcPr>
            <w:tcW w:w="39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DBD59D3" w14:textId="77777777" w:rsidR="004234EC" w:rsidRDefault="00000000">
            <w:r>
              <w:rPr>
                <w:sz w:val="17"/>
              </w:rPr>
              <w:t>5</w:t>
            </w:r>
            <w:r>
              <w:rPr>
                <w:sz w:val="17"/>
              </w:rPr>
              <w:br/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42BD80E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10C7A35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6B93D63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73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B74DBA6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255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D1B6398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81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EC89476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52082541" w14:textId="77777777">
        <w:trPr>
          <w:jc w:val="center"/>
        </w:trPr>
        <w:tc>
          <w:tcPr>
            <w:tcW w:w="39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A9428E6" w14:textId="77777777" w:rsidR="004234EC" w:rsidRDefault="00000000">
            <w:r>
              <w:rPr>
                <w:sz w:val="17"/>
              </w:rPr>
              <w:t>6</w:t>
            </w:r>
            <w:r>
              <w:rPr>
                <w:sz w:val="17"/>
              </w:rPr>
              <w:br/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0F1E229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A7E1A3C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2C13363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73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8DD0A4D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255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2E0DB53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81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74AF790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7C98C055" w14:textId="77777777">
        <w:trPr>
          <w:jc w:val="center"/>
        </w:trPr>
        <w:tc>
          <w:tcPr>
            <w:tcW w:w="39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D8A1591" w14:textId="77777777" w:rsidR="004234EC" w:rsidRDefault="00000000">
            <w:r>
              <w:rPr>
                <w:sz w:val="17"/>
              </w:rPr>
              <w:t>7</w:t>
            </w:r>
            <w:r>
              <w:rPr>
                <w:sz w:val="17"/>
              </w:rPr>
              <w:br/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56A252E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42136D1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940D959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73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7DF1AF9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255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51AB506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81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C9F76AE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3F2AD2AA" w14:textId="77777777">
        <w:trPr>
          <w:jc w:val="center"/>
        </w:trPr>
        <w:tc>
          <w:tcPr>
            <w:tcW w:w="39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B1775E4" w14:textId="77777777" w:rsidR="004234EC" w:rsidRDefault="00000000">
            <w:r>
              <w:rPr>
                <w:sz w:val="17"/>
              </w:rPr>
              <w:t>8</w:t>
            </w:r>
            <w:r>
              <w:rPr>
                <w:sz w:val="17"/>
              </w:rPr>
              <w:br/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E126CCB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3E46DBB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D526B70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73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DF06C9F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255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B83EDCD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81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F468360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3C73118C" w14:textId="77777777">
        <w:trPr>
          <w:jc w:val="center"/>
        </w:trPr>
        <w:tc>
          <w:tcPr>
            <w:tcW w:w="39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8E0A6F6" w14:textId="77777777" w:rsidR="004234EC" w:rsidRDefault="00000000">
            <w:r>
              <w:rPr>
                <w:sz w:val="17"/>
              </w:rPr>
              <w:t>9</w:t>
            </w:r>
            <w:r>
              <w:rPr>
                <w:sz w:val="17"/>
              </w:rPr>
              <w:br/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D721817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D12F355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B0E00F0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73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346B0CF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255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9F9C2D3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81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DB3F963" w14:textId="77777777" w:rsidR="004234EC" w:rsidRDefault="00000000">
            <w:r>
              <w:rPr>
                <w:sz w:val="17"/>
              </w:rPr>
              <w:br/>
            </w:r>
          </w:p>
        </w:tc>
      </w:tr>
    </w:tbl>
    <w:p w14:paraId="257505BF" w14:textId="77777777" w:rsidR="004234EC" w:rsidRDefault="00000000">
      <w:r>
        <w:t>Dokumenty źródłowe: [ ] ewidencja szkolna   [ ] karty akcji   [ ] zaświadczenia zewnętrzne   [ ] inne: ........................................................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209"/>
        <w:gridCol w:w="3210"/>
        <w:gridCol w:w="3209"/>
      </w:tblGrid>
      <w:tr w:rsidR="004234EC" w14:paraId="065724C4" w14:textId="77777777">
        <w:trPr>
          <w:jc w:val="center"/>
        </w:trPr>
        <w:tc>
          <w:tcPr>
            <w:tcW w:w="3213" w:type="dxa"/>
            <w:vAlign w:val="center"/>
          </w:tcPr>
          <w:p w14:paraId="156A3AB8" w14:textId="77777777" w:rsidR="004234EC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3213" w:type="dxa"/>
            <w:vAlign w:val="center"/>
          </w:tcPr>
          <w:p w14:paraId="275B5F84" w14:textId="77777777" w:rsidR="004234EC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3213" w:type="dxa"/>
            <w:vAlign w:val="center"/>
          </w:tcPr>
          <w:p w14:paraId="776C070B" w14:textId="77777777" w:rsidR="004234EC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  <w:tr w:rsidR="004234EC" w14:paraId="212FA749" w14:textId="77777777">
        <w:trPr>
          <w:jc w:val="center"/>
        </w:trPr>
        <w:tc>
          <w:tcPr>
            <w:tcW w:w="3213" w:type="dxa"/>
            <w:vAlign w:val="center"/>
          </w:tcPr>
          <w:p w14:paraId="582A18BE" w14:textId="77777777" w:rsidR="004234EC" w:rsidRDefault="00000000">
            <w:pPr>
              <w:jc w:val="center"/>
            </w:pPr>
            <w:r>
              <w:rPr>
                <w:sz w:val="18"/>
              </w:rPr>
              <w:t>Opiekun SCW</w:t>
            </w:r>
          </w:p>
        </w:tc>
        <w:tc>
          <w:tcPr>
            <w:tcW w:w="3213" w:type="dxa"/>
            <w:vAlign w:val="center"/>
          </w:tcPr>
          <w:p w14:paraId="62040AF0" w14:textId="77777777" w:rsidR="004234EC" w:rsidRDefault="00000000">
            <w:pPr>
              <w:jc w:val="center"/>
            </w:pPr>
            <w:r>
              <w:rPr>
                <w:sz w:val="18"/>
              </w:rPr>
              <w:t>Wychowawca klasy VIII</w:t>
            </w:r>
          </w:p>
        </w:tc>
        <w:tc>
          <w:tcPr>
            <w:tcW w:w="3213" w:type="dxa"/>
            <w:vAlign w:val="center"/>
          </w:tcPr>
          <w:p w14:paraId="502471D4" w14:textId="77777777" w:rsidR="004234EC" w:rsidRDefault="00000000">
            <w:pPr>
              <w:jc w:val="center"/>
            </w:pPr>
            <w:r>
              <w:rPr>
                <w:sz w:val="18"/>
              </w:rPr>
              <w:t>Dyrektor / osoba wskazana – gdy dotyczy</w:t>
            </w:r>
          </w:p>
        </w:tc>
      </w:tr>
    </w:tbl>
    <w:p w14:paraId="3C316A1F" w14:textId="77777777" w:rsidR="004234EC" w:rsidRDefault="00000000">
      <w:r>
        <w:br w:type="page"/>
      </w:r>
    </w:p>
    <w:p w14:paraId="4EC0EF7E" w14:textId="77777777" w:rsidR="004234EC" w:rsidRDefault="00000000">
      <w:pPr>
        <w:pStyle w:val="Nagwek1"/>
        <w:jc w:val="center"/>
      </w:pPr>
      <w:r>
        <w:rPr>
          <w:rFonts w:ascii="Garamond" w:eastAsia="Garamond" w:hAnsi="Garamond"/>
        </w:rPr>
        <w:lastRenderedPageBreak/>
        <w:t>ZAŁĄCZNIK NR 9</w:t>
      </w:r>
    </w:p>
    <w:p w14:paraId="5AB09282" w14:textId="77777777" w:rsidR="004234EC" w:rsidRDefault="00000000">
      <w:pPr>
        <w:pStyle w:val="Nagwek1"/>
        <w:jc w:val="center"/>
      </w:pPr>
      <w:r>
        <w:rPr>
          <w:rFonts w:ascii="Garamond" w:eastAsia="Garamond" w:hAnsi="Garamond"/>
        </w:rPr>
        <w:t>MINIMALNY SCHEMAT PLANU I SPRAWOZDANIA SCW</w:t>
      </w:r>
    </w:p>
    <w:p w14:paraId="42F167FB" w14:textId="77777777" w:rsidR="004234EC" w:rsidRDefault="00000000">
      <w:pPr>
        <w:pStyle w:val="Nagwek1"/>
      </w:pPr>
      <w:r>
        <w:rPr>
          <w:rFonts w:ascii="Garamond" w:eastAsia="Garamond" w:hAnsi="Garamond"/>
        </w:rPr>
        <w:t>A. Plan pracy</w:t>
      </w:r>
    </w:p>
    <w:p w14:paraId="422EF175" w14:textId="77777777" w:rsidR="004234EC" w:rsidRDefault="00000000">
      <w:r>
        <w:rPr>
          <w:b/>
        </w:rPr>
        <w:t>Rok szkolny / półrocze:</w:t>
      </w:r>
      <w:r>
        <w:t xml:space="preserve"> ........................................................................................................................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06"/>
        <w:gridCol w:w="2381"/>
        <w:gridCol w:w="1606"/>
        <w:gridCol w:w="1606"/>
        <w:gridCol w:w="1606"/>
        <w:gridCol w:w="1928"/>
      </w:tblGrid>
      <w:tr w:rsidR="004234EC" w14:paraId="0D6C21F4" w14:textId="77777777">
        <w:trPr>
          <w:tblHeader/>
          <w:jc w:val="center"/>
        </w:trPr>
        <w:tc>
          <w:tcPr>
            <w:tcW w:w="1606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F1F736" w14:textId="77777777" w:rsidR="004234EC" w:rsidRDefault="00000000">
            <w:r>
              <w:rPr>
                <w:b/>
                <w:color w:val="FFFFFF"/>
                <w:sz w:val="18"/>
              </w:rPr>
              <w:t>Cel</w:t>
            </w:r>
          </w:p>
        </w:tc>
        <w:tc>
          <w:tcPr>
            <w:tcW w:w="1606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A5A70F" w14:textId="77777777" w:rsidR="004234EC" w:rsidRDefault="00000000">
            <w:r>
              <w:rPr>
                <w:b/>
                <w:color w:val="FFFFFF"/>
                <w:sz w:val="18"/>
              </w:rPr>
              <w:t>Działanie</w:t>
            </w:r>
          </w:p>
        </w:tc>
        <w:tc>
          <w:tcPr>
            <w:tcW w:w="1606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06DF7C" w14:textId="77777777" w:rsidR="004234EC" w:rsidRDefault="00000000">
            <w:r>
              <w:rPr>
                <w:b/>
                <w:color w:val="FFFFFF"/>
                <w:sz w:val="18"/>
              </w:rPr>
              <w:t>Termin</w:t>
            </w:r>
          </w:p>
        </w:tc>
        <w:tc>
          <w:tcPr>
            <w:tcW w:w="1606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B88D9C" w14:textId="77777777" w:rsidR="004234EC" w:rsidRDefault="00000000">
            <w:r>
              <w:rPr>
                <w:b/>
                <w:color w:val="FFFFFF"/>
                <w:sz w:val="18"/>
              </w:rPr>
              <w:t>Odpowiedzialny</w:t>
            </w:r>
          </w:p>
        </w:tc>
        <w:tc>
          <w:tcPr>
            <w:tcW w:w="1606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1D735C" w14:textId="77777777" w:rsidR="004234EC" w:rsidRDefault="00000000">
            <w:r>
              <w:rPr>
                <w:b/>
                <w:color w:val="FFFFFF"/>
                <w:sz w:val="18"/>
              </w:rPr>
              <w:t>Dokumentowanie</w:t>
            </w:r>
          </w:p>
        </w:tc>
        <w:tc>
          <w:tcPr>
            <w:tcW w:w="1606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DF7A84" w14:textId="77777777" w:rsidR="004234EC" w:rsidRDefault="00000000">
            <w:r>
              <w:rPr>
                <w:b/>
                <w:color w:val="FFFFFF"/>
                <w:sz w:val="18"/>
              </w:rPr>
              <w:t>Przewidywany efekt / ewaluacja</w:t>
            </w:r>
          </w:p>
        </w:tc>
      </w:tr>
      <w:tr w:rsidR="004234EC" w14:paraId="4553AAD8" w14:textId="77777777">
        <w:trPr>
          <w:jc w:val="center"/>
        </w:trPr>
        <w:tc>
          <w:tcPr>
            <w:tcW w:w="153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85F34D5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238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77A82C8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96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1F7FD5C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47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1BF8FEE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58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D0191AE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928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03E6920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73F3749D" w14:textId="77777777">
        <w:trPr>
          <w:jc w:val="center"/>
        </w:trPr>
        <w:tc>
          <w:tcPr>
            <w:tcW w:w="153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5CDFF7B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238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ACED173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96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B45F25C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47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56F7523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58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FED7EA8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928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520BCB0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57598D23" w14:textId="77777777">
        <w:trPr>
          <w:jc w:val="center"/>
        </w:trPr>
        <w:tc>
          <w:tcPr>
            <w:tcW w:w="153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DCDB294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238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748C83C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96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E3671EC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47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9BD598F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58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02168F0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928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CC39C8C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53A91A53" w14:textId="77777777">
        <w:trPr>
          <w:jc w:val="center"/>
        </w:trPr>
        <w:tc>
          <w:tcPr>
            <w:tcW w:w="153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1884F3C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238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5546A45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96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27D98C2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47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75A0D16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58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4B4F130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928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C95A35E" w14:textId="77777777" w:rsidR="004234EC" w:rsidRDefault="00000000">
            <w:r>
              <w:rPr>
                <w:sz w:val="17"/>
              </w:rPr>
              <w:br/>
            </w:r>
          </w:p>
        </w:tc>
      </w:tr>
    </w:tbl>
    <w:p w14:paraId="1963BF71" w14:textId="77777777" w:rsidR="004234EC" w:rsidRDefault="00000000">
      <w:pPr>
        <w:pStyle w:val="Nagwek1"/>
      </w:pPr>
      <w:r>
        <w:rPr>
          <w:rFonts w:ascii="Garamond" w:eastAsia="Garamond" w:hAnsi="Garamond"/>
        </w:rPr>
        <w:t>B. Sprawozdanie</w:t>
      </w:r>
    </w:p>
    <w:p w14:paraId="22B40B00" w14:textId="77777777" w:rsidR="004234EC" w:rsidRDefault="00000000">
      <w:r>
        <w:rPr>
          <w:b/>
        </w:rPr>
        <w:t>Zrealizowane działania i stopień realizacji planu:</w:t>
      </w:r>
      <w:r>
        <w:t xml:space="preserve"> ........................................................................................................................</w:t>
      </w:r>
    </w:p>
    <w:p w14:paraId="7016B445" w14:textId="77777777" w:rsidR="004234EC" w:rsidRDefault="00000000">
      <w:r>
        <w:rPr>
          <w:b/>
        </w:rPr>
        <w:t>Efekty i dowody realizacji:</w:t>
      </w:r>
      <w:r>
        <w:t xml:space="preserve"> ........................................................................................................................</w:t>
      </w:r>
    </w:p>
    <w:p w14:paraId="320EC0E4" w14:textId="77777777" w:rsidR="004234EC" w:rsidRDefault="00000000">
      <w:r>
        <w:rPr>
          <w:b/>
        </w:rPr>
        <w:t>Trudności i braki dokumentacyjne:</w:t>
      </w:r>
      <w:r>
        <w:t xml:space="preserve"> ........................................................................................................................</w:t>
      </w:r>
    </w:p>
    <w:p w14:paraId="7B0AAE2F" w14:textId="77777777" w:rsidR="004234EC" w:rsidRDefault="00000000">
      <w:r>
        <w:rPr>
          <w:b/>
        </w:rPr>
        <w:t>Wnioski po I półroczu / rekomendacje roczne:</w:t>
      </w:r>
      <w:r>
        <w:t xml:space="preserve"> ........................................................................................................................</w:t>
      </w:r>
    </w:p>
    <w:p w14:paraId="63C94C97" w14:textId="77777777" w:rsidR="004234EC" w:rsidRDefault="00000000">
      <w:r>
        <w:rPr>
          <w:b/>
        </w:rPr>
        <w:t>Sposób uwzględnienia w kolejnym planie:</w:t>
      </w:r>
      <w:r>
        <w:t xml:space="preserve"> ........................................................................................................................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814"/>
        <w:gridCol w:w="4814"/>
      </w:tblGrid>
      <w:tr w:rsidR="004234EC" w14:paraId="74301C62" w14:textId="77777777">
        <w:trPr>
          <w:jc w:val="center"/>
        </w:trPr>
        <w:tc>
          <w:tcPr>
            <w:tcW w:w="4819" w:type="dxa"/>
            <w:vAlign w:val="center"/>
          </w:tcPr>
          <w:p w14:paraId="3C8C1F16" w14:textId="77777777" w:rsidR="004234EC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4819" w:type="dxa"/>
            <w:vAlign w:val="center"/>
          </w:tcPr>
          <w:p w14:paraId="66916DD9" w14:textId="77777777" w:rsidR="004234EC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  <w:tr w:rsidR="004234EC" w14:paraId="1770F565" w14:textId="77777777">
        <w:trPr>
          <w:jc w:val="center"/>
        </w:trPr>
        <w:tc>
          <w:tcPr>
            <w:tcW w:w="4819" w:type="dxa"/>
            <w:vAlign w:val="center"/>
          </w:tcPr>
          <w:p w14:paraId="74BDD3C9" w14:textId="77777777" w:rsidR="004234EC" w:rsidRDefault="00000000">
            <w:pPr>
              <w:jc w:val="center"/>
            </w:pPr>
            <w:r>
              <w:rPr>
                <w:sz w:val="18"/>
              </w:rPr>
              <w:t>Opiekun SCW – data i podpis</w:t>
            </w:r>
          </w:p>
        </w:tc>
        <w:tc>
          <w:tcPr>
            <w:tcW w:w="4819" w:type="dxa"/>
            <w:vAlign w:val="center"/>
          </w:tcPr>
          <w:p w14:paraId="3172AD59" w14:textId="77777777" w:rsidR="004234EC" w:rsidRDefault="00000000">
            <w:pPr>
              <w:jc w:val="center"/>
            </w:pPr>
            <w:r>
              <w:rPr>
                <w:sz w:val="18"/>
              </w:rPr>
              <w:t>Dyrektor – przyjęcie / uwagi</w:t>
            </w:r>
          </w:p>
        </w:tc>
      </w:tr>
    </w:tbl>
    <w:p w14:paraId="6382D0CC" w14:textId="77777777" w:rsidR="004234EC" w:rsidRDefault="00000000">
      <w:r>
        <w:br w:type="page"/>
      </w:r>
    </w:p>
    <w:p w14:paraId="2C91094A" w14:textId="77777777" w:rsidR="004234EC" w:rsidRDefault="00000000">
      <w:pPr>
        <w:pStyle w:val="Nagwek1"/>
        <w:jc w:val="center"/>
      </w:pPr>
      <w:r>
        <w:rPr>
          <w:rFonts w:ascii="Garamond" w:eastAsia="Garamond" w:hAnsi="Garamond"/>
        </w:rPr>
        <w:lastRenderedPageBreak/>
        <w:t>ZAŁĄCZNIK NR 10</w:t>
      </w:r>
    </w:p>
    <w:p w14:paraId="531E13EE" w14:textId="77777777" w:rsidR="004234EC" w:rsidRDefault="00000000">
      <w:pPr>
        <w:pStyle w:val="Nagwek1"/>
        <w:jc w:val="center"/>
      </w:pPr>
      <w:r>
        <w:rPr>
          <w:rFonts w:ascii="Garamond" w:eastAsia="Garamond" w:hAnsi="Garamond"/>
        </w:rPr>
        <w:t>KARTA KONTROLI KOMPLETNOŚCI DOKUMENTACJI SCW</w:t>
      </w:r>
    </w:p>
    <w:p w14:paraId="43EF6634" w14:textId="77777777" w:rsidR="004234EC" w:rsidRDefault="00000000">
      <w:r>
        <w:rPr>
          <w:b/>
        </w:rPr>
        <w:t>Rok szkolny i data kontroli:</w:t>
      </w:r>
      <w:r>
        <w:t xml:space="preserve"> ........................................................................................................................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2409"/>
        <w:gridCol w:w="2835"/>
        <w:gridCol w:w="2409"/>
      </w:tblGrid>
      <w:tr w:rsidR="004234EC" w14:paraId="54FB11A7" w14:textId="77777777">
        <w:trPr>
          <w:tblHeader/>
          <w:jc w:val="center"/>
        </w:trPr>
        <w:tc>
          <w:tcPr>
            <w:tcW w:w="2409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30C370" w14:textId="77777777" w:rsidR="004234EC" w:rsidRDefault="00000000">
            <w:r>
              <w:rPr>
                <w:b/>
                <w:color w:val="FFFFFF"/>
                <w:sz w:val="18"/>
              </w:rPr>
              <w:t>Obszar</w:t>
            </w:r>
          </w:p>
        </w:tc>
        <w:tc>
          <w:tcPr>
            <w:tcW w:w="2409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C684C4" w14:textId="77777777" w:rsidR="004234EC" w:rsidRDefault="00000000">
            <w:r>
              <w:rPr>
                <w:b/>
                <w:color w:val="FFFFFF"/>
                <w:sz w:val="18"/>
              </w:rPr>
              <w:t>Kompletne</w:t>
            </w:r>
          </w:p>
        </w:tc>
        <w:tc>
          <w:tcPr>
            <w:tcW w:w="2409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E02E50" w14:textId="77777777" w:rsidR="004234EC" w:rsidRDefault="00000000">
            <w:r>
              <w:rPr>
                <w:b/>
                <w:color w:val="FFFFFF"/>
                <w:sz w:val="18"/>
              </w:rPr>
              <w:t>Braki / termin uzupełnienia</w:t>
            </w:r>
          </w:p>
        </w:tc>
        <w:tc>
          <w:tcPr>
            <w:tcW w:w="2409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5DAE77" w14:textId="77777777" w:rsidR="004234EC" w:rsidRDefault="00000000">
            <w:r>
              <w:rPr>
                <w:b/>
                <w:color w:val="FFFFFF"/>
                <w:sz w:val="18"/>
              </w:rPr>
              <w:t>Osoba odpowiedzialna</w:t>
            </w:r>
          </w:p>
        </w:tc>
      </w:tr>
      <w:tr w:rsidR="004234EC" w14:paraId="61066EBD" w14:textId="77777777">
        <w:trPr>
          <w:jc w:val="center"/>
        </w:trPr>
        <w:tc>
          <w:tcPr>
            <w:tcW w:w="396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EE1086A" w14:textId="77777777" w:rsidR="004234EC" w:rsidRDefault="00000000">
            <w:r>
              <w:rPr>
                <w:sz w:val="17"/>
              </w:rPr>
              <w:t>regulamin, wersja i sposób ogłoszenia</w:t>
            </w:r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A0C8EB1" w14:textId="77777777" w:rsidR="004234EC" w:rsidRDefault="00000000">
            <w:r>
              <w:rPr>
                <w:sz w:val="17"/>
              </w:rPr>
              <w:t>[ ] tak  [ ] nie</w:t>
            </w:r>
            <w:r>
              <w:rPr>
                <w:sz w:val="17"/>
              </w:rPr>
              <w:br/>
            </w:r>
          </w:p>
        </w:tc>
        <w:tc>
          <w:tcPr>
            <w:tcW w:w="283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ECB0161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D00C15A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23BACCD4" w14:textId="77777777">
        <w:trPr>
          <w:jc w:val="center"/>
        </w:trPr>
        <w:tc>
          <w:tcPr>
            <w:tcW w:w="396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ED328B8" w14:textId="77777777" w:rsidR="004234EC" w:rsidRDefault="00000000">
            <w:r>
              <w:rPr>
                <w:sz w:val="17"/>
              </w:rPr>
              <w:t>powierzenie funkcji opiekuna</w:t>
            </w:r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5CDEF71" w14:textId="77777777" w:rsidR="004234EC" w:rsidRDefault="00000000">
            <w:r>
              <w:rPr>
                <w:sz w:val="17"/>
              </w:rPr>
              <w:t>[ ] tak  [ ] nie</w:t>
            </w:r>
            <w:r>
              <w:rPr>
                <w:sz w:val="17"/>
              </w:rPr>
              <w:br/>
            </w:r>
          </w:p>
        </w:tc>
        <w:tc>
          <w:tcPr>
            <w:tcW w:w="283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867784D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47EE8EE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037578A4" w14:textId="77777777">
        <w:trPr>
          <w:jc w:val="center"/>
        </w:trPr>
        <w:tc>
          <w:tcPr>
            <w:tcW w:w="396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05096BD" w14:textId="77777777" w:rsidR="004234EC" w:rsidRDefault="00000000">
            <w:r>
              <w:rPr>
                <w:sz w:val="17"/>
              </w:rPr>
              <w:t>rejestr członków i porozumień</w:t>
            </w:r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EB3B391" w14:textId="77777777" w:rsidR="004234EC" w:rsidRDefault="00000000">
            <w:r>
              <w:rPr>
                <w:sz w:val="17"/>
              </w:rPr>
              <w:t>[ ] tak  [ ] nie</w:t>
            </w:r>
            <w:r>
              <w:rPr>
                <w:sz w:val="17"/>
              </w:rPr>
              <w:br/>
            </w:r>
          </w:p>
        </w:tc>
        <w:tc>
          <w:tcPr>
            <w:tcW w:w="283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EFC9287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A8DF826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3F535C34" w14:textId="77777777">
        <w:trPr>
          <w:jc w:val="center"/>
        </w:trPr>
        <w:tc>
          <w:tcPr>
            <w:tcW w:w="396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CA1CCD9" w14:textId="77777777" w:rsidR="004234EC" w:rsidRDefault="00000000">
            <w:r>
              <w:rPr>
                <w:sz w:val="17"/>
              </w:rPr>
              <w:t>zgody i deklaracje</w:t>
            </w:r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63C6D2E" w14:textId="77777777" w:rsidR="004234EC" w:rsidRDefault="00000000">
            <w:r>
              <w:rPr>
                <w:sz w:val="17"/>
              </w:rPr>
              <w:t>[ ] tak  [ ] nie</w:t>
            </w:r>
            <w:r>
              <w:rPr>
                <w:sz w:val="17"/>
              </w:rPr>
              <w:br/>
            </w:r>
          </w:p>
        </w:tc>
        <w:tc>
          <w:tcPr>
            <w:tcW w:w="283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7358170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AB365C1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2038F74C" w14:textId="77777777">
        <w:trPr>
          <w:jc w:val="center"/>
        </w:trPr>
        <w:tc>
          <w:tcPr>
            <w:tcW w:w="396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C050E7A" w14:textId="77777777" w:rsidR="004234EC" w:rsidRDefault="00000000">
            <w:r>
              <w:rPr>
                <w:sz w:val="17"/>
              </w:rPr>
              <w:t>plan pracy i aktualizacja</w:t>
            </w:r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9096B7C" w14:textId="77777777" w:rsidR="004234EC" w:rsidRDefault="00000000">
            <w:r>
              <w:rPr>
                <w:sz w:val="17"/>
              </w:rPr>
              <w:t>[ ] tak  [ ] nie</w:t>
            </w:r>
            <w:r>
              <w:rPr>
                <w:sz w:val="17"/>
              </w:rPr>
              <w:br/>
            </w:r>
          </w:p>
        </w:tc>
        <w:tc>
          <w:tcPr>
            <w:tcW w:w="283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96D55FB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288412B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720D91B8" w14:textId="77777777">
        <w:trPr>
          <w:jc w:val="center"/>
        </w:trPr>
        <w:tc>
          <w:tcPr>
            <w:tcW w:w="396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473EEEF" w14:textId="77777777" w:rsidR="004234EC" w:rsidRDefault="00000000">
            <w:r>
              <w:rPr>
                <w:sz w:val="17"/>
              </w:rPr>
              <w:t>sprawozdanie półroczne i roczne</w:t>
            </w:r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EA215E0" w14:textId="77777777" w:rsidR="004234EC" w:rsidRDefault="00000000">
            <w:r>
              <w:rPr>
                <w:sz w:val="17"/>
              </w:rPr>
              <w:t>[ ] tak  [ ] nie</w:t>
            </w:r>
            <w:r>
              <w:rPr>
                <w:sz w:val="17"/>
              </w:rPr>
              <w:br/>
            </w:r>
          </w:p>
        </w:tc>
        <w:tc>
          <w:tcPr>
            <w:tcW w:w="283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B2DFE0E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E782418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4DB5CCA7" w14:textId="77777777">
        <w:trPr>
          <w:jc w:val="center"/>
        </w:trPr>
        <w:tc>
          <w:tcPr>
            <w:tcW w:w="396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D9C3A5B" w14:textId="77777777" w:rsidR="004234EC" w:rsidRDefault="00000000">
            <w:r>
              <w:rPr>
                <w:sz w:val="17"/>
              </w:rPr>
              <w:t>karty akcji, listy uczestników i godziny</w:t>
            </w:r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D7767EF" w14:textId="77777777" w:rsidR="004234EC" w:rsidRDefault="00000000">
            <w:r>
              <w:rPr>
                <w:sz w:val="17"/>
              </w:rPr>
              <w:t>[ ] tak  [ ] nie</w:t>
            </w:r>
            <w:r>
              <w:rPr>
                <w:sz w:val="17"/>
              </w:rPr>
              <w:br/>
            </w:r>
          </w:p>
        </w:tc>
        <w:tc>
          <w:tcPr>
            <w:tcW w:w="283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8DB227A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9C67650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0210EC35" w14:textId="77777777">
        <w:trPr>
          <w:jc w:val="center"/>
        </w:trPr>
        <w:tc>
          <w:tcPr>
            <w:tcW w:w="396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2790A98" w14:textId="77777777" w:rsidR="004234EC" w:rsidRDefault="00000000">
            <w:r>
              <w:rPr>
                <w:sz w:val="17"/>
              </w:rPr>
              <w:t>wyjścia i dodatkowe zgody</w:t>
            </w:r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8984097" w14:textId="77777777" w:rsidR="004234EC" w:rsidRDefault="00000000">
            <w:r>
              <w:rPr>
                <w:sz w:val="17"/>
              </w:rPr>
              <w:t>[ ] tak  [ ] nie</w:t>
            </w:r>
            <w:r>
              <w:rPr>
                <w:sz w:val="17"/>
              </w:rPr>
              <w:br/>
            </w:r>
          </w:p>
        </w:tc>
        <w:tc>
          <w:tcPr>
            <w:tcW w:w="283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3F28C63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B00A043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0A0FF5F7" w14:textId="77777777">
        <w:trPr>
          <w:jc w:val="center"/>
        </w:trPr>
        <w:tc>
          <w:tcPr>
            <w:tcW w:w="396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E4253C4" w14:textId="77777777" w:rsidR="004234EC" w:rsidRDefault="00000000">
            <w:r>
              <w:rPr>
                <w:sz w:val="17"/>
              </w:rPr>
              <w:t>współpraca zewnętrzna i ochrona wypadkowa</w:t>
            </w:r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1946DFB" w14:textId="77777777" w:rsidR="004234EC" w:rsidRDefault="00000000">
            <w:r>
              <w:rPr>
                <w:sz w:val="17"/>
              </w:rPr>
              <w:t>[ ] tak  [ ] nie</w:t>
            </w:r>
            <w:r>
              <w:rPr>
                <w:sz w:val="17"/>
              </w:rPr>
              <w:br/>
            </w:r>
          </w:p>
        </w:tc>
        <w:tc>
          <w:tcPr>
            <w:tcW w:w="283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64C169E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00C7C78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3D82C935" w14:textId="77777777">
        <w:trPr>
          <w:jc w:val="center"/>
        </w:trPr>
        <w:tc>
          <w:tcPr>
            <w:tcW w:w="396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15BCD90" w14:textId="77777777" w:rsidR="004234EC" w:rsidRDefault="00000000">
            <w:r>
              <w:rPr>
                <w:sz w:val="17"/>
              </w:rPr>
              <w:t>zbiórki, przeliczenia i przekazanie darów</w:t>
            </w:r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9E9D611" w14:textId="77777777" w:rsidR="004234EC" w:rsidRDefault="00000000">
            <w:r>
              <w:rPr>
                <w:sz w:val="17"/>
              </w:rPr>
              <w:t>[ ] tak  [ ] nie</w:t>
            </w:r>
            <w:r>
              <w:rPr>
                <w:sz w:val="17"/>
              </w:rPr>
              <w:br/>
            </w:r>
          </w:p>
        </w:tc>
        <w:tc>
          <w:tcPr>
            <w:tcW w:w="283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AC63253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085866D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0066A4F5" w14:textId="77777777">
        <w:trPr>
          <w:jc w:val="center"/>
        </w:trPr>
        <w:tc>
          <w:tcPr>
            <w:tcW w:w="396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D6DC647" w14:textId="77777777" w:rsidR="004234EC" w:rsidRDefault="00000000">
            <w:r>
              <w:rPr>
                <w:sz w:val="17"/>
              </w:rPr>
              <w:t>weryfikacja i rejestr wpisów na świadectwie</w:t>
            </w:r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75C6B55" w14:textId="77777777" w:rsidR="004234EC" w:rsidRDefault="00000000">
            <w:r>
              <w:rPr>
                <w:sz w:val="17"/>
              </w:rPr>
              <w:t>[ ] tak  [ ] nie</w:t>
            </w:r>
            <w:r>
              <w:rPr>
                <w:sz w:val="17"/>
              </w:rPr>
              <w:br/>
            </w:r>
          </w:p>
        </w:tc>
        <w:tc>
          <w:tcPr>
            <w:tcW w:w="283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F8E780B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7A00181" w14:textId="77777777" w:rsidR="004234EC" w:rsidRDefault="00000000">
            <w:r>
              <w:rPr>
                <w:sz w:val="17"/>
              </w:rPr>
              <w:br/>
            </w:r>
          </w:p>
        </w:tc>
      </w:tr>
      <w:tr w:rsidR="004234EC" w14:paraId="36A8F920" w14:textId="77777777">
        <w:trPr>
          <w:jc w:val="center"/>
        </w:trPr>
        <w:tc>
          <w:tcPr>
            <w:tcW w:w="396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CD2FE7A" w14:textId="77777777" w:rsidR="004234EC" w:rsidRDefault="00000000">
            <w:r>
              <w:rPr>
                <w:sz w:val="17"/>
              </w:rPr>
              <w:t>dokumentacja wypadków – jeżeli dotyczy</w:t>
            </w:r>
            <w:r>
              <w:rPr>
                <w:sz w:val="17"/>
              </w:rPr>
              <w:br/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579865B" w14:textId="77777777" w:rsidR="004234EC" w:rsidRDefault="00000000">
            <w:r>
              <w:rPr>
                <w:sz w:val="17"/>
              </w:rPr>
              <w:t>[ ] tak  [ ] nie</w:t>
            </w:r>
            <w:r>
              <w:rPr>
                <w:sz w:val="17"/>
              </w:rPr>
              <w:br/>
            </w:r>
          </w:p>
        </w:tc>
        <w:tc>
          <w:tcPr>
            <w:tcW w:w="283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22438D5" w14:textId="77777777" w:rsidR="004234EC" w:rsidRDefault="00000000">
            <w:r>
              <w:rPr>
                <w:sz w:val="17"/>
              </w:rPr>
              <w:br/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2A5332D" w14:textId="77777777" w:rsidR="004234EC" w:rsidRDefault="00000000">
            <w:r>
              <w:rPr>
                <w:sz w:val="17"/>
              </w:rPr>
              <w:br/>
            </w:r>
          </w:p>
        </w:tc>
      </w:tr>
    </w:tbl>
    <w:p w14:paraId="0B6A07CF" w14:textId="77777777" w:rsidR="004234EC" w:rsidRDefault="00000000">
      <w:r>
        <w:rPr>
          <w:b/>
        </w:rPr>
        <w:t>Wnioski z kontroli:</w:t>
      </w:r>
      <w:r>
        <w:t xml:space="preserve"> ........................................................................................................................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814"/>
        <w:gridCol w:w="4814"/>
      </w:tblGrid>
      <w:tr w:rsidR="004234EC" w14:paraId="22C7B570" w14:textId="77777777">
        <w:trPr>
          <w:jc w:val="center"/>
        </w:trPr>
        <w:tc>
          <w:tcPr>
            <w:tcW w:w="4819" w:type="dxa"/>
            <w:vAlign w:val="center"/>
          </w:tcPr>
          <w:p w14:paraId="7DBA591A" w14:textId="77777777" w:rsidR="004234EC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4819" w:type="dxa"/>
            <w:vAlign w:val="center"/>
          </w:tcPr>
          <w:p w14:paraId="70F93088" w14:textId="77777777" w:rsidR="004234EC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  <w:tr w:rsidR="004234EC" w14:paraId="499AD14C" w14:textId="77777777">
        <w:trPr>
          <w:jc w:val="center"/>
        </w:trPr>
        <w:tc>
          <w:tcPr>
            <w:tcW w:w="4819" w:type="dxa"/>
            <w:vAlign w:val="center"/>
          </w:tcPr>
          <w:p w14:paraId="6288500B" w14:textId="77777777" w:rsidR="004234EC" w:rsidRDefault="00000000">
            <w:pPr>
              <w:jc w:val="center"/>
            </w:pPr>
            <w:r>
              <w:rPr>
                <w:sz w:val="18"/>
              </w:rPr>
              <w:t>Opiekun SCW</w:t>
            </w:r>
          </w:p>
        </w:tc>
        <w:tc>
          <w:tcPr>
            <w:tcW w:w="4819" w:type="dxa"/>
            <w:vAlign w:val="center"/>
          </w:tcPr>
          <w:p w14:paraId="2273A557" w14:textId="77777777" w:rsidR="004234EC" w:rsidRDefault="00000000">
            <w:pPr>
              <w:jc w:val="center"/>
            </w:pPr>
            <w:r>
              <w:rPr>
                <w:sz w:val="18"/>
              </w:rPr>
              <w:t>Osoba kontrolująca / dyrektor</w:t>
            </w:r>
          </w:p>
        </w:tc>
      </w:tr>
    </w:tbl>
    <w:p w14:paraId="535C3084" w14:textId="77777777" w:rsidR="00E6703B" w:rsidRDefault="00E6703B"/>
    <w:sectPr w:rsidR="00E6703B" w:rsidSect="00034616">
      <w:footerReference w:type="default" r:id="rId8"/>
      <w:pgSz w:w="11906" w:h="16838"/>
      <w:pgMar w:top="964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E4C07" w14:textId="77777777" w:rsidR="00E6703B" w:rsidRDefault="00E6703B">
      <w:pPr>
        <w:spacing w:after="0" w:line="240" w:lineRule="auto"/>
      </w:pPr>
      <w:r>
        <w:separator/>
      </w:r>
    </w:p>
  </w:endnote>
  <w:endnote w:type="continuationSeparator" w:id="0">
    <w:p w14:paraId="4AF9BC90" w14:textId="77777777" w:rsidR="00E6703B" w:rsidRDefault="00E67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30681" w14:textId="77777777" w:rsidR="004234EC" w:rsidRDefault="00000000">
    <w:pPr>
      <w:pStyle w:val="Stopka"/>
      <w:jc w:val="center"/>
    </w:pPr>
    <w:r>
      <w:rPr>
        <w:color w:val="1F4E78"/>
        <w:sz w:val="16"/>
      </w:rPr>
      <w:t>Szkoła Podstawowa nr 59 im. gen. J. H. Dąbrowskiego w Poznaniu  |  Regulamin SCW 2026/2027 – projekt z uproszczonymi załącznikami</w:t>
    </w:r>
  </w:p>
  <w:p w14:paraId="585D60AC" w14:textId="77777777" w:rsidR="004234EC" w:rsidRDefault="00000000">
    <w:pPr>
      <w:jc w:val="center"/>
    </w:pPr>
    <w:r>
      <w:rPr>
        <w:sz w:val="18"/>
      </w:rPr>
      <w:t xml:space="preserve">Strona </w:t>
    </w:r>
    <w:r>
      <w:rPr>
        <w:sz w:val="18"/>
      </w:rPr>
      <w:fldChar w:fldCharType="begin"/>
    </w:r>
    <w:r>
      <w:rPr>
        <w:sz w:val="18"/>
      </w:rPr>
      <w:instrText>PAGE</w:instrText>
    </w:r>
    <w:r w:rsidR="00887362">
      <w:rPr>
        <w:sz w:val="18"/>
      </w:rPr>
      <w:fldChar w:fldCharType="separate"/>
    </w:r>
    <w:r w:rsidR="00887362">
      <w:rPr>
        <w:noProof/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1B83A" w14:textId="77777777" w:rsidR="00E6703B" w:rsidRDefault="00E6703B">
      <w:pPr>
        <w:spacing w:after="0" w:line="240" w:lineRule="auto"/>
      </w:pPr>
      <w:r>
        <w:separator/>
      </w:r>
    </w:p>
  </w:footnote>
  <w:footnote w:type="continuationSeparator" w:id="0">
    <w:p w14:paraId="0193EEA2" w14:textId="77777777" w:rsidR="00E6703B" w:rsidRDefault="00E670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5107950">
    <w:abstractNumId w:val="8"/>
  </w:num>
  <w:num w:numId="2" w16cid:durableId="750347134">
    <w:abstractNumId w:val="6"/>
  </w:num>
  <w:num w:numId="3" w16cid:durableId="385492820">
    <w:abstractNumId w:val="5"/>
  </w:num>
  <w:num w:numId="4" w16cid:durableId="503476112">
    <w:abstractNumId w:val="4"/>
  </w:num>
  <w:num w:numId="5" w16cid:durableId="479661077">
    <w:abstractNumId w:val="7"/>
  </w:num>
  <w:num w:numId="6" w16cid:durableId="628631248">
    <w:abstractNumId w:val="3"/>
  </w:num>
  <w:num w:numId="7" w16cid:durableId="1332179422">
    <w:abstractNumId w:val="2"/>
  </w:num>
  <w:num w:numId="8" w16cid:durableId="1363633802">
    <w:abstractNumId w:val="1"/>
  </w:num>
  <w:num w:numId="9" w16cid:durableId="945309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05E9"/>
    <w:rsid w:val="0015074B"/>
    <w:rsid w:val="001F1A74"/>
    <w:rsid w:val="0029639D"/>
    <w:rsid w:val="00326F90"/>
    <w:rsid w:val="004234EC"/>
    <w:rsid w:val="00530AA6"/>
    <w:rsid w:val="00887362"/>
    <w:rsid w:val="00AA1D8D"/>
    <w:rsid w:val="00B47730"/>
    <w:rsid w:val="00CB0664"/>
    <w:rsid w:val="00E6703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A60036"/>
  <w14:defaultImageDpi w14:val="300"/>
  <w15:docId w15:val="{17DB6953-DD2F-4C14-870C-4AD684F82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Garamond" w:eastAsia="Garamond" w:hAnsi="Garamond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1F4E78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/>
      <w:b/>
      <w:bCs/>
      <w:color w:val="1F4E78"/>
      <w:sz w:val="25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8"/>
      <w:sz w:val="4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F4E78"/>
      <w:spacing w:val="15"/>
      <w:sz w:val="26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aragrafregulaminu">
    <w:name w:val="Paragraf regulaminu"/>
    <w:pPr>
      <w:spacing w:before="160" w:after="80"/>
    </w:pPr>
    <w:rPr>
      <w:rFonts w:ascii="Garamond" w:eastAsia="Garamond" w:hAnsi="Garamond"/>
      <w:b/>
      <w:color w:val="1F4E78"/>
    </w:rPr>
  </w:style>
  <w:style w:type="paragraph" w:customStyle="1" w:styleId="Punktregulaminu">
    <w:name w:val="Punkt regulaminu"/>
    <w:pPr>
      <w:spacing w:after="40"/>
      <w:ind w:left="142" w:hanging="142"/>
    </w:pPr>
    <w:rPr>
      <w:rFonts w:ascii="Garamond" w:eastAsia="Garamond" w:hAnsi="Garamond"/>
    </w:rPr>
  </w:style>
  <w:style w:type="paragraph" w:customStyle="1" w:styleId="Podpunktregulaminu">
    <w:name w:val="Podpunkt regulaminu"/>
    <w:pPr>
      <w:spacing w:after="40"/>
      <w:ind w:left="454" w:hanging="198"/>
    </w:pPr>
    <w:rPr>
      <w:rFonts w:ascii="Garamond" w:eastAsia="Garamond" w:hAnsi="Garamon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5130</Words>
  <Characters>30780</Characters>
  <Application>Microsoft Office Word</Application>
  <DocSecurity>0</DocSecurity>
  <Lines>256</Lines>
  <Paragraphs>71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Regulamin Szkolnego Centrum Wolontariatu 2026/2027 – projekt z uproszczonymi załącznikami</vt:lpstr>
      <vt:lpstr/>
    </vt:vector>
  </TitlesOfParts>
  <Manager/>
  <Company/>
  <LinksUpToDate>false</LinksUpToDate>
  <CharactersWithSpaces>35839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Szkolnego Centrum Wolontariatu 2026/2027 – projekt z uproszczonymi załącznikami</dc:title>
  <dc:subject>Regulamin SCW wraz z minimalnym zestawem dokumentacji wykonawczej</dc:subject>
  <dc:creator>Szkoła Podstawowa nr 59 im. gen. J. H. Dąbrowskiego w Poznaniu</dc:creator>
  <cp:keywords>wolontariat, SCW, regulamin, NNW, porozumienie, dokumentacja, załączniki</cp:keywords>
  <dc:description>generated by python-docx</dc:description>
  <cp:lastModifiedBy>Wicedyrektor</cp:lastModifiedBy>
  <cp:revision>2</cp:revision>
  <dcterms:created xsi:type="dcterms:W3CDTF">2026-10-21T16:55:00Z</dcterms:created>
  <dcterms:modified xsi:type="dcterms:W3CDTF">2026-10-21T16:55:00Z</dcterms:modified>
  <cp:category/>
</cp:coreProperties>
</file>