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D80AF" w14:textId="77777777" w:rsidR="00C127F7" w:rsidRDefault="00000000">
      <w:pPr>
        <w:spacing w:before="200" w:after="80"/>
        <w:jc w:val="center"/>
      </w:pPr>
      <w:r>
        <w:rPr>
          <w:noProof/>
        </w:rPr>
        <w:drawing>
          <wp:inline distT="0" distB="0" distL="0" distR="0" wp14:anchorId="1AFDE764" wp14:editId="19A29ACE">
            <wp:extent cx="1152000" cy="115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59_logo.png"/>
                    <pic:cNvPicPr/>
                  </pic:nvPicPr>
                  <pic:blipFill>
                    <a:blip r:embed="rId8"/>
                    <a:stretch>
                      <a:fillRect/>
                    </a:stretch>
                  </pic:blipFill>
                  <pic:spPr>
                    <a:xfrm>
                      <a:off x="0" y="0"/>
                      <a:ext cx="1152000" cy="1152000"/>
                    </a:xfrm>
                    <a:prstGeom prst="rect">
                      <a:avLst/>
                    </a:prstGeom>
                  </pic:spPr>
                </pic:pic>
              </a:graphicData>
            </a:graphic>
          </wp:inline>
        </w:drawing>
      </w:r>
    </w:p>
    <w:p w14:paraId="773E9DFA" w14:textId="77777777" w:rsidR="00C127F7" w:rsidRDefault="00000000">
      <w:pPr>
        <w:spacing w:before="40"/>
        <w:jc w:val="center"/>
      </w:pPr>
      <w:r>
        <w:rPr>
          <w:b/>
          <w:color w:val="000000"/>
          <w:sz w:val="30"/>
        </w:rPr>
        <w:t>SZKOŁA PODSTAWOWA NR 59</w:t>
      </w:r>
    </w:p>
    <w:p w14:paraId="383F68F2" w14:textId="77777777" w:rsidR="00C127F7" w:rsidRDefault="00000000">
      <w:pPr>
        <w:spacing w:after="360"/>
        <w:jc w:val="center"/>
      </w:pPr>
      <w:r>
        <w:rPr>
          <w:color w:val="000000"/>
          <w:sz w:val="26"/>
        </w:rPr>
        <w:t>im. gen. J. H. Dąbrowskiego w Poznaniu</w:t>
      </w:r>
    </w:p>
    <w:p w14:paraId="73A9DFC2" w14:textId="77777777" w:rsidR="00C127F7" w:rsidRDefault="00000000">
      <w:pPr>
        <w:spacing w:after="60"/>
        <w:jc w:val="center"/>
      </w:pPr>
      <w:r>
        <w:rPr>
          <w:b/>
          <w:color w:val="1F4E79"/>
          <w:sz w:val="40"/>
        </w:rPr>
        <w:t>REGULAMIN</w:t>
      </w:r>
    </w:p>
    <w:p w14:paraId="56F9F921" w14:textId="77777777" w:rsidR="00C127F7" w:rsidRDefault="00000000">
      <w:pPr>
        <w:spacing w:after="100"/>
        <w:jc w:val="center"/>
      </w:pPr>
      <w:r>
        <w:rPr>
          <w:b/>
          <w:color w:val="000000"/>
          <w:sz w:val="36"/>
        </w:rPr>
        <w:t>SZKOLNEGO RZECZNIKA PRAW UCZNIA</w:t>
      </w:r>
    </w:p>
    <w:p w14:paraId="4ED7574E" w14:textId="77777777" w:rsidR="00C127F7" w:rsidRDefault="00000000">
      <w:pPr>
        <w:spacing w:after="80"/>
        <w:jc w:val="center"/>
      </w:pPr>
      <w:r>
        <w:rPr>
          <w:color w:val="000000"/>
          <w:sz w:val="26"/>
        </w:rPr>
        <w:t>w Szkole Podstawowej nr 59</w:t>
      </w:r>
      <w:r>
        <w:rPr>
          <w:color w:val="000000"/>
          <w:sz w:val="26"/>
        </w:rPr>
        <w:br/>
        <w:t>im. gen. J. H. Dąbrowskiego w Poznaniu</w:t>
      </w:r>
    </w:p>
    <w:p w14:paraId="363D2FE4" w14:textId="5EE2ADAB" w:rsidR="00C127F7" w:rsidRDefault="00000000">
      <w:pPr>
        <w:spacing w:after="300"/>
        <w:jc w:val="center"/>
      </w:pPr>
      <w:proofErr w:type="spellStart"/>
      <w:r>
        <w:rPr>
          <w:i/>
          <w:color w:val="1F4E79"/>
          <w:sz w:val="22"/>
        </w:rPr>
        <w:t>tekst</w:t>
      </w:r>
      <w:proofErr w:type="spellEnd"/>
      <w:r>
        <w:rPr>
          <w:i/>
          <w:color w:val="1F4E79"/>
          <w:sz w:val="22"/>
        </w:rPr>
        <w:t xml:space="preserve"> </w:t>
      </w:r>
      <w:proofErr w:type="spellStart"/>
      <w:r>
        <w:rPr>
          <w:i/>
          <w:color w:val="1F4E79"/>
          <w:sz w:val="22"/>
        </w:rPr>
        <w:t>ujednolicony</w:t>
      </w:r>
      <w:proofErr w:type="spellEnd"/>
      <w:r>
        <w:rPr>
          <w:i/>
          <w:color w:val="1F4E79"/>
          <w:sz w:val="22"/>
        </w:rPr>
        <w:t xml:space="preserve"> </w:t>
      </w:r>
      <w:proofErr w:type="spellStart"/>
      <w:r>
        <w:rPr>
          <w:i/>
          <w:color w:val="1F4E79"/>
          <w:sz w:val="22"/>
        </w:rPr>
        <w:t>wraz</w:t>
      </w:r>
      <w:proofErr w:type="spellEnd"/>
      <w:r>
        <w:rPr>
          <w:i/>
          <w:color w:val="1F4E79"/>
          <w:sz w:val="22"/>
        </w:rPr>
        <w:t xml:space="preserve"> z </w:t>
      </w:r>
      <w:proofErr w:type="spellStart"/>
      <w:r>
        <w:rPr>
          <w:i/>
          <w:color w:val="1F4E79"/>
          <w:sz w:val="22"/>
        </w:rPr>
        <w:t>załącznikami</w:t>
      </w:r>
      <w:proofErr w:type="spellEnd"/>
      <w:r>
        <w:rPr>
          <w:i/>
          <w:color w:val="1F4E79"/>
          <w:sz w:val="22"/>
        </w:rPr>
        <w:t xml:space="preserve"> </w:t>
      </w:r>
    </w:p>
    <w:tbl>
      <w:tblPr>
        <w:tblW w:w="0" w:type="auto"/>
        <w:jc w:val="center"/>
        <w:tblLayout w:type="fixed"/>
        <w:tblLook w:val="04A0" w:firstRow="1" w:lastRow="0" w:firstColumn="1" w:lastColumn="0" w:noHBand="0" w:noVBand="1"/>
      </w:tblPr>
      <w:tblGrid>
        <w:gridCol w:w="10092"/>
      </w:tblGrid>
      <w:tr w:rsidR="00C127F7" w14:paraId="47311C92" w14:textId="77777777">
        <w:trPr>
          <w:jc w:val="center"/>
        </w:trPr>
        <w:tc>
          <w:tcPr>
            <w:tcW w:w="10092" w:type="dxa"/>
            <w:tcBorders>
              <w:top w:val="single" w:sz="6" w:space="0" w:color="7F8C8D"/>
              <w:left w:val="single" w:sz="6" w:space="0" w:color="7F8C8D"/>
              <w:bottom w:val="single" w:sz="6" w:space="0" w:color="7F8C8D"/>
              <w:right w:val="single" w:sz="6" w:space="0" w:color="7F8C8D"/>
            </w:tcBorders>
            <w:shd w:val="clear" w:color="auto" w:fill="EEF5FB"/>
          </w:tcPr>
          <w:p w14:paraId="64630E86" w14:textId="77777777" w:rsidR="00C127F7" w:rsidRDefault="00000000">
            <w:pPr>
              <w:jc w:val="both"/>
            </w:pPr>
            <w:proofErr w:type="spellStart"/>
            <w:r>
              <w:rPr>
                <w:b/>
                <w:color w:val="000000"/>
                <w:sz w:val="20"/>
              </w:rPr>
              <w:t>Regulamin</w:t>
            </w:r>
            <w:proofErr w:type="spellEnd"/>
            <w:r>
              <w:rPr>
                <w:b/>
                <w:color w:val="000000"/>
                <w:sz w:val="20"/>
              </w:rPr>
              <w:t xml:space="preserve"> </w:t>
            </w:r>
            <w:proofErr w:type="spellStart"/>
            <w:r>
              <w:rPr>
                <w:b/>
                <w:color w:val="000000"/>
                <w:sz w:val="20"/>
              </w:rPr>
              <w:t>opracowano</w:t>
            </w:r>
            <w:proofErr w:type="spellEnd"/>
            <w:r>
              <w:rPr>
                <w:b/>
                <w:color w:val="000000"/>
                <w:sz w:val="20"/>
              </w:rPr>
              <w:t xml:space="preserve"> </w:t>
            </w:r>
            <w:proofErr w:type="spellStart"/>
            <w:r>
              <w:rPr>
                <w:b/>
                <w:color w:val="000000"/>
                <w:sz w:val="20"/>
              </w:rPr>
              <w:t>na</w:t>
            </w:r>
            <w:proofErr w:type="spellEnd"/>
            <w:r>
              <w:rPr>
                <w:b/>
                <w:color w:val="000000"/>
                <w:sz w:val="20"/>
              </w:rPr>
              <w:t xml:space="preserve"> </w:t>
            </w:r>
            <w:proofErr w:type="spellStart"/>
            <w:r>
              <w:rPr>
                <w:b/>
                <w:color w:val="000000"/>
                <w:sz w:val="20"/>
              </w:rPr>
              <w:t>podstawie</w:t>
            </w:r>
            <w:proofErr w:type="spellEnd"/>
            <w:r>
              <w:rPr>
                <w:b/>
                <w:color w:val="000000"/>
                <w:sz w:val="20"/>
              </w:rPr>
              <w:t xml:space="preserve"> § 23 ust. 2 pkt 5, § 24 ust. 1–5 oraz § 60–61 Statutu Szkoły Podstawowej nr 59 im. gen. J. H. </w:t>
            </w:r>
            <w:proofErr w:type="spellStart"/>
            <w:r>
              <w:rPr>
                <w:b/>
                <w:color w:val="000000"/>
                <w:sz w:val="20"/>
              </w:rPr>
              <w:t>Dąbrowskiego</w:t>
            </w:r>
            <w:proofErr w:type="spellEnd"/>
            <w:r>
              <w:rPr>
                <w:b/>
                <w:color w:val="000000"/>
                <w:sz w:val="20"/>
              </w:rPr>
              <w:t xml:space="preserve"> w </w:t>
            </w:r>
            <w:proofErr w:type="spellStart"/>
            <w:r>
              <w:rPr>
                <w:b/>
                <w:color w:val="000000"/>
                <w:sz w:val="20"/>
              </w:rPr>
              <w:t>Poznaniu</w:t>
            </w:r>
            <w:proofErr w:type="spellEnd"/>
            <w:r>
              <w:rPr>
                <w:b/>
                <w:color w:val="000000"/>
                <w:sz w:val="20"/>
              </w:rPr>
              <w:t>.</w:t>
            </w:r>
          </w:p>
        </w:tc>
      </w:tr>
    </w:tbl>
    <w:p w14:paraId="4221EA7A" w14:textId="3C181327" w:rsidR="00C127F7" w:rsidRDefault="00C127F7">
      <w:pPr>
        <w:spacing w:before="480"/>
        <w:jc w:val="center"/>
      </w:pPr>
    </w:p>
    <w:p w14:paraId="2A2D1134" w14:textId="77777777" w:rsidR="00C127F7" w:rsidRDefault="00000000">
      <w:r>
        <w:br w:type="page"/>
      </w:r>
    </w:p>
    <w:p w14:paraId="1DF9CB4A" w14:textId="77777777" w:rsidR="00C127F7" w:rsidRDefault="00000000">
      <w:pPr>
        <w:spacing w:after="240"/>
        <w:jc w:val="center"/>
      </w:pPr>
      <w:r>
        <w:rPr>
          <w:b/>
          <w:color w:val="1F4E79"/>
          <w:sz w:val="32"/>
        </w:rPr>
        <w:lastRenderedPageBreak/>
        <w:t>CZĘŚĆ I. REGULAMIN</w:t>
      </w:r>
    </w:p>
    <w:p w14:paraId="12F88FBB" w14:textId="77777777" w:rsidR="00C127F7" w:rsidRDefault="00000000">
      <w:pPr>
        <w:keepNext/>
        <w:spacing w:before="160" w:after="80"/>
        <w:jc w:val="center"/>
      </w:pPr>
      <w:r>
        <w:rPr>
          <w:b/>
          <w:color w:val="1F4E79"/>
          <w:sz w:val="22"/>
        </w:rPr>
        <w:t>Rozdział I</w:t>
      </w:r>
      <w:r>
        <w:br/>
      </w:r>
      <w:r>
        <w:rPr>
          <w:b/>
          <w:color w:val="000000"/>
          <w:sz w:val="26"/>
        </w:rPr>
        <w:t>Postanowienia ogólne</w:t>
      </w:r>
    </w:p>
    <w:p w14:paraId="64AEB519" w14:textId="77777777" w:rsidR="00C127F7" w:rsidRDefault="00000000">
      <w:pPr>
        <w:keepNext/>
        <w:spacing w:before="40" w:after="40"/>
        <w:jc w:val="center"/>
      </w:pPr>
      <w:r>
        <w:rPr>
          <w:b/>
          <w:color w:val="000000"/>
          <w:sz w:val="22"/>
        </w:rPr>
        <w:t>§ 1</w:t>
      </w:r>
    </w:p>
    <w:p w14:paraId="1D667AD1" w14:textId="77777777" w:rsidR="00C127F7" w:rsidRDefault="00000000">
      <w:pPr>
        <w:spacing w:after="50" w:line="250" w:lineRule="auto"/>
        <w:ind w:left="283" w:hanging="283"/>
        <w:jc w:val="both"/>
      </w:pPr>
      <w:r>
        <w:rPr>
          <w:color w:val="000000"/>
        </w:rPr>
        <w:t>1. Szkolny Rzecznik Praw Ucznia, zwany dalej „Rzecznikiem”, działa w Szkole Podstawowej nr 59 im. gen. J. H. Dąbrowskiego w Poznaniu na podstawie Statutu Szkoły oraz niniejszego Regulaminu.</w:t>
      </w:r>
    </w:p>
    <w:p w14:paraId="7F826BA1" w14:textId="77777777" w:rsidR="00C127F7" w:rsidRDefault="00000000">
      <w:pPr>
        <w:spacing w:after="50" w:line="250" w:lineRule="auto"/>
        <w:ind w:left="283" w:hanging="283"/>
        <w:jc w:val="both"/>
      </w:pPr>
      <w:r>
        <w:rPr>
          <w:color w:val="000000"/>
        </w:rPr>
        <w:t>2. Rzecznik jest nauczycielem szkoły wybranym w celu ochrony praw i wolności uczniów.</w:t>
      </w:r>
    </w:p>
    <w:p w14:paraId="4967F92C" w14:textId="77777777" w:rsidR="00C127F7" w:rsidRDefault="00000000">
      <w:pPr>
        <w:spacing w:after="50" w:line="250" w:lineRule="auto"/>
        <w:ind w:left="283" w:hanging="283"/>
        <w:jc w:val="both"/>
      </w:pPr>
      <w:r>
        <w:rPr>
          <w:color w:val="000000"/>
        </w:rPr>
        <w:t>3. Rzecznik wykonuje swoje zadania z poszanowaniem godności ucznia, dobra dziecka, bezstronności, poufności, rzetelności oraz kompetencji organów szkoły.</w:t>
      </w:r>
    </w:p>
    <w:p w14:paraId="34CEE63A" w14:textId="77777777" w:rsidR="00C127F7" w:rsidRDefault="00000000">
      <w:pPr>
        <w:spacing w:after="50" w:line="250" w:lineRule="auto"/>
        <w:ind w:left="283" w:hanging="283"/>
        <w:jc w:val="both"/>
      </w:pPr>
      <w:r>
        <w:rPr>
          <w:color w:val="000000"/>
        </w:rPr>
        <w:t>4. Rzecznik nie jest organem szkoły i nie zastępuje Dyrektora w prowadzeniu postępowania dotyczącego skargi na naruszenie praw ucznia, nie zastępuje również wychowawcy, pedagoga, psychologa, pedagoga specjalnego ani osób realizujących Standardy Ochrony Małoletnich.</w:t>
      </w:r>
    </w:p>
    <w:p w14:paraId="0062FF5D" w14:textId="77777777" w:rsidR="00C127F7" w:rsidRDefault="00000000">
      <w:pPr>
        <w:spacing w:after="50" w:line="250" w:lineRule="auto"/>
        <w:ind w:left="283" w:hanging="283"/>
        <w:jc w:val="both"/>
      </w:pPr>
      <w:r>
        <w:rPr>
          <w:color w:val="000000"/>
        </w:rPr>
        <w:t>5. Działalność Rzecznika ma charakter informacyjny, doradczy, interwencyjny, mediacyjny i przedstawicielski, w granicach określonych Statutem Szkoły.</w:t>
      </w:r>
    </w:p>
    <w:p w14:paraId="70EB406A" w14:textId="77777777" w:rsidR="00C127F7" w:rsidRDefault="00000000">
      <w:pPr>
        <w:keepNext/>
        <w:spacing w:before="40" w:after="40"/>
        <w:jc w:val="center"/>
      </w:pPr>
      <w:r>
        <w:rPr>
          <w:b/>
          <w:color w:val="000000"/>
          <w:sz w:val="22"/>
        </w:rPr>
        <w:t>§ 2</w:t>
      </w:r>
    </w:p>
    <w:p w14:paraId="0C13141B" w14:textId="77777777" w:rsidR="00C127F7" w:rsidRDefault="00000000">
      <w:pPr>
        <w:spacing w:after="50" w:line="250" w:lineRule="auto"/>
        <w:ind w:left="283" w:hanging="283"/>
        <w:jc w:val="both"/>
      </w:pPr>
      <w:r>
        <w:rPr>
          <w:color w:val="000000"/>
        </w:rPr>
        <w:t>1. Rzecznik jest dostępny dla wszystkich uczniów szkoły, niezależnie od wieku, klasy, wyników w nauce, zachowania, stanu zdrowia, niepełnosprawności lub innych indywidualnych potrzeb.</w:t>
      </w:r>
    </w:p>
    <w:p w14:paraId="52F6F965" w14:textId="77777777" w:rsidR="00C127F7" w:rsidRDefault="00000000">
      <w:pPr>
        <w:spacing w:after="50" w:line="250" w:lineRule="auto"/>
        <w:ind w:left="283" w:hanging="283"/>
        <w:jc w:val="both"/>
      </w:pPr>
      <w:r>
        <w:rPr>
          <w:color w:val="000000"/>
        </w:rPr>
        <w:t>2. Uczeń korzystający z pomocy Rzecznika ma prawo do życzliwego wysłuchania, uzyskania informacji o możliwych sposobach działania oraz ochrony swojej godności i prywatności.</w:t>
      </w:r>
    </w:p>
    <w:p w14:paraId="67CA6A43" w14:textId="77777777" w:rsidR="00C127F7" w:rsidRDefault="00000000">
      <w:pPr>
        <w:spacing w:after="50" w:line="250" w:lineRule="auto"/>
        <w:ind w:left="283" w:hanging="283"/>
        <w:jc w:val="both"/>
      </w:pPr>
      <w:r>
        <w:rPr>
          <w:color w:val="000000"/>
        </w:rPr>
        <w:t>3. Działania Rzecznika nie mogą prowadzić do ograniczenia prawa ucznia lub jego rodziców do zwrócenia się bezpośrednio do wychowawcy, Dyrektora, pedagoga, psychologa, pedagoga specjalnego albo właściwego organu lub instytucji.</w:t>
      </w:r>
    </w:p>
    <w:p w14:paraId="5B5B6C9F" w14:textId="77777777" w:rsidR="00C127F7" w:rsidRDefault="00000000">
      <w:pPr>
        <w:keepNext/>
        <w:spacing w:before="160" w:after="80"/>
        <w:jc w:val="center"/>
      </w:pPr>
      <w:r>
        <w:rPr>
          <w:b/>
          <w:color w:val="1F4E79"/>
          <w:sz w:val="22"/>
        </w:rPr>
        <w:t>Rozdział II</w:t>
      </w:r>
      <w:r>
        <w:br/>
      </w:r>
      <w:r>
        <w:rPr>
          <w:b/>
          <w:color w:val="000000"/>
          <w:sz w:val="26"/>
        </w:rPr>
        <w:t>Wybór Rzecznika i kadencja</w:t>
      </w:r>
    </w:p>
    <w:p w14:paraId="5D62F942" w14:textId="77777777" w:rsidR="00C127F7" w:rsidRDefault="00000000">
      <w:pPr>
        <w:keepNext/>
        <w:spacing w:before="40" w:after="40"/>
        <w:jc w:val="center"/>
      </w:pPr>
      <w:r>
        <w:rPr>
          <w:b/>
          <w:color w:val="000000"/>
          <w:sz w:val="22"/>
        </w:rPr>
        <w:t>§ 3</w:t>
      </w:r>
    </w:p>
    <w:p w14:paraId="39014F97" w14:textId="77777777" w:rsidR="00C127F7" w:rsidRDefault="00000000">
      <w:pPr>
        <w:spacing w:after="50" w:line="250" w:lineRule="auto"/>
        <w:ind w:left="283" w:hanging="283"/>
        <w:jc w:val="both"/>
      </w:pPr>
      <w:r>
        <w:rPr>
          <w:color w:val="000000"/>
        </w:rPr>
        <w:t>1. Kandydatem na Rzecznika jest nauczyciel szkoły wskazany przez Samorząd Uczniowski.</w:t>
      </w:r>
    </w:p>
    <w:p w14:paraId="02571BF1" w14:textId="77777777" w:rsidR="00C127F7" w:rsidRDefault="00000000">
      <w:pPr>
        <w:spacing w:after="50" w:line="250" w:lineRule="auto"/>
        <w:ind w:left="283" w:hanging="283"/>
        <w:jc w:val="both"/>
      </w:pPr>
      <w:r>
        <w:rPr>
          <w:color w:val="000000"/>
        </w:rPr>
        <w:t>2. Warunkiem kandydowania jest wyrażenie przez nauczyciela zgody na pełnienie funkcji Rzecznika.</w:t>
      </w:r>
    </w:p>
    <w:p w14:paraId="62D795FC" w14:textId="77777777" w:rsidR="00C127F7" w:rsidRDefault="00000000">
      <w:pPr>
        <w:spacing w:after="50" w:line="250" w:lineRule="auto"/>
        <w:ind w:left="283" w:hanging="283"/>
        <w:jc w:val="both"/>
      </w:pPr>
      <w:r>
        <w:rPr>
          <w:color w:val="000000"/>
        </w:rPr>
        <w:t>3. Rzecznik jest wybierany przez uczniów szkoły w wyborach tajnych i powszechnych.</w:t>
      </w:r>
    </w:p>
    <w:p w14:paraId="03A1CF8D" w14:textId="77777777" w:rsidR="00C127F7" w:rsidRDefault="00000000">
      <w:pPr>
        <w:spacing w:after="50" w:line="250" w:lineRule="auto"/>
        <w:ind w:left="283" w:hanging="283"/>
        <w:jc w:val="both"/>
      </w:pPr>
      <w:r>
        <w:rPr>
          <w:color w:val="000000"/>
        </w:rPr>
        <w:t>4. Szczegółową organizację wyborów, w tym sposób zgłaszania kandydatów, ustalania listy kandydatów, głosowania, liczenia głosów i ogłaszania wyników, określa Regulamin Samorządu Uczniowskiego.</w:t>
      </w:r>
    </w:p>
    <w:p w14:paraId="71A40705" w14:textId="77777777" w:rsidR="00C127F7" w:rsidRDefault="00000000">
      <w:pPr>
        <w:spacing w:after="50" w:line="250" w:lineRule="auto"/>
        <w:ind w:left="283" w:hanging="283"/>
        <w:jc w:val="both"/>
      </w:pPr>
      <w:r>
        <w:rPr>
          <w:color w:val="000000"/>
        </w:rPr>
        <w:t>5. Wynik wyborów dokumentuje się protokołem komisji wyborczej. Informację o wyborze Rzecznika podaje się do wiadomości społeczności szkolnej.</w:t>
      </w:r>
    </w:p>
    <w:p w14:paraId="3CAE50DD" w14:textId="77777777" w:rsidR="00C127F7" w:rsidRDefault="00000000">
      <w:pPr>
        <w:keepNext/>
        <w:spacing w:before="40" w:after="40"/>
        <w:jc w:val="center"/>
      </w:pPr>
      <w:r>
        <w:rPr>
          <w:b/>
          <w:color w:val="000000"/>
          <w:sz w:val="22"/>
        </w:rPr>
        <w:t>§ 4</w:t>
      </w:r>
    </w:p>
    <w:p w14:paraId="0661067B" w14:textId="77777777" w:rsidR="00C127F7" w:rsidRDefault="00000000">
      <w:pPr>
        <w:spacing w:after="50" w:line="250" w:lineRule="auto"/>
        <w:ind w:left="283" w:hanging="283"/>
        <w:jc w:val="both"/>
      </w:pPr>
      <w:r>
        <w:rPr>
          <w:color w:val="000000"/>
        </w:rPr>
        <w:t>1. Kadencja Rzecznika trwa 3 lata, licząc od dnia ogłoszenia wyników wyborów.</w:t>
      </w:r>
    </w:p>
    <w:p w14:paraId="53424824" w14:textId="77777777" w:rsidR="00C127F7" w:rsidRDefault="00000000">
      <w:pPr>
        <w:spacing w:after="50" w:line="250" w:lineRule="auto"/>
        <w:ind w:left="283" w:hanging="283"/>
        <w:jc w:val="both"/>
      </w:pPr>
      <w:r>
        <w:rPr>
          <w:color w:val="000000"/>
        </w:rPr>
        <w:t>2. Funkcja Rzecznika może być pełniona wielokrotnie.</w:t>
      </w:r>
    </w:p>
    <w:p w14:paraId="30D67468" w14:textId="77777777" w:rsidR="00C127F7" w:rsidRDefault="00000000">
      <w:pPr>
        <w:spacing w:after="50" w:line="250" w:lineRule="auto"/>
        <w:ind w:left="283" w:hanging="283"/>
        <w:jc w:val="both"/>
      </w:pPr>
      <w:r>
        <w:rPr>
          <w:color w:val="000000"/>
        </w:rPr>
        <w:t>3. Kadencja Rzecznika kończy się przed upływem okresu, o którym mowa w ust. 1, w przypadku pisemnej rezygnacji z funkcji, ustania zatrudnienia w szkole albo trwałej niemożności pełnienia funkcji.</w:t>
      </w:r>
    </w:p>
    <w:p w14:paraId="2E3C7FC4" w14:textId="77777777" w:rsidR="00C127F7" w:rsidRDefault="00000000">
      <w:pPr>
        <w:spacing w:after="50" w:line="250" w:lineRule="auto"/>
        <w:ind w:left="283" w:hanging="283"/>
        <w:jc w:val="both"/>
      </w:pPr>
      <w:r>
        <w:rPr>
          <w:color w:val="000000"/>
        </w:rPr>
        <w:t>4. W przypadku wcześniejszego zakończenia kadencji przeprowadza się wybór nowego Rzecznika zgodnie z § 3 Regulaminu.</w:t>
      </w:r>
    </w:p>
    <w:p w14:paraId="61FE4EB4" w14:textId="77777777" w:rsidR="00C127F7" w:rsidRDefault="00000000">
      <w:pPr>
        <w:spacing w:after="50" w:line="250" w:lineRule="auto"/>
        <w:ind w:left="283" w:hanging="283"/>
        <w:jc w:val="both"/>
      </w:pPr>
      <w:r>
        <w:rPr>
          <w:color w:val="000000"/>
        </w:rPr>
        <w:t>5. Do czasu wyboru nowego Rzecznika dokumentację spraw zabezpiecza Dyrektor szkoły, z zachowaniem zasad poufności i ochrony danych.</w:t>
      </w:r>
    </w:p>
    <w:p w14:paraId="741E3AAF" w14:textId="77777777" w:rsidR="00C127F7" w:rsidRDefault="00000000">
      <w:pPr>
        <w:keepNext/>
        <w:spacing w:before="160" w:after="80"/>
        <w:jc w:val="center"/>
      </w:pPr>
      <w:r>
        <w:rPr>
          <w:b/>
          <w:color w:val="1F4E79"/>
          <w:sz w:val="22"/>
        </w:rPr>
        <w:t>Rozdział III</w:t>
      </w:r>
      <w:r>
        <w:br/>
      </w:r>
      <w:r>
        <w:rPr>
          <w:b/>
          <w:color w:val="000000"/>
          <w:sz w:val="26"/>
        </w:rPr>
        <w:t>Zadania i kompetencje Rzecznika</w:t>
      </w:r>
    </w:p>
    <w:p w14:paraId="46BE4FF9" w14:textId="77777777" w:rsidR="00C127F7" w:rsidRDefault="00000000">
      <w:pPr>
        <w:keepNext/>
        <w:spacing w:before="40" w:after="40"/>
        <w:jc w:val="center"/>
      </w:pPr>
      <w:r>
        <w:rPr>
          <w:b/>
          <w:color w:val="000000"/>
          <w:sz w:val="22"/>
        </w:rPr>
        <w:t>§ 5</w:t>
      </w:r>
    </w:p>
    <w:p w14:paraId="0E0EDBCD" w14:textId="77777777" w:rsidR="00C127F7" w:rsidRDefault="00000000">
      <w:pPr>
        <w:spacing w:after="50" w:line="250" w:lineRule="auto"/>
        <w:ind w:left="283" w:hanging="283"/>
        <w:jc w:val="both"/>
      </w:pPr>
      <w:r>
        <w:rPr>
          <w:color w:val="000000"/>
        </w:rPr>
        <w:t>1. Do kompetencji Rzecznika należy w szczególności:</w:t>
      </w:r>
    </w:p>
    <w:p w14:paraId="6B1300DE" w14:textId="77777777" w:rsidR="00C127F7" w:rsidRDefault="00000000">
      <w:pPr>
        <w:spacing w:after="50" w:line="250" w:lineRule="auto"/>
        <w:ind w:left="595" w:hanging="272"/>
        <w:jc w:val="both"/>
      </w:pPr>
      <w:r>
        <w:rPr>
          <w:color w:val="000000"/>
        </w:rPr>
        <w:t>1) zapoznawanie społeczności uczniowskiej z prawami i obowiązkami uczniów oraz prawami dziecka;</w:t>
      </w:r>
    </w:p>
    <w:p w14:paraId="531523BB" w14:textId="77777777" w:rsidR="00C127F7" w:rsidRDefault="00000000">
      <w:pPr>
        <w:spacing w:after="50" w:line="250" w:lineRule="auto"/>
        <w:ind w:left="595" w:hanging="272"/>
        <w:jc w:val="both"/>
      </w:pPr>
      <w:r>
        <w:rPr>
          <w:color w:val="000000"/>
        </w:rPr>
        <w:t>2) propagowanie praw ucznia i praw dziecka wśród pracowników szkoły;</w:t>
      </w:r>
    </w:p>
    <w:p w14:paraId="6D08AA1A" w14:textId="77777777" w:rsidR="00C127F7" w:rsidRDefault="00000000">
      <w:pPr>
        <w:spacing w:after="50" w:line="250" w:lineRule="auto"/>
        <w:ind w:left="595" w:hanging="272"/>
        <w:jc w:val="both"/>
      </w:pPr>
      <w:r>
        <w:rPr>
          <w:color w:val="000000"/>
        </w:rPr>
        <w:t>3) przeciwdziałanie łamaniu praw ucznia i praw dziecka przez pracowników szkoły;</w:t>
      </w:r>
    </w:p>
    <w:p w14:paraId="00729A3D" w14:textId="77777777" w:rsidR="00C127F7" w:rsidRDefault="00000000">
      <w:pPr>
        <w:spacing w:after="50" w:line="250" w:lineRule="auto"/>
        <w:ind w:left="595" w:hanging="272"/>
        <w:jc w:val="both"/>
      </w:pPr>
      <w:r>
        <w:rPr>
          <w:color w:val="000000"/>
        </w:rPr>
        <w:t>4) reprezentowanie interesów uczniów na zebraniach Rady Pedagogicznej;</w:t>
      </w:r>
    </w:p>
    <w:p w14:paraId="4793D420" w14:textId="77777777" w:rsidR="00C127F7" w:rsidRDefault="00000000">
      <w:pPr>
        <w:spacing w:after="50" w:line="250" w:lineRule="auto"/>
        <w:ind w:left="595" w:hanging="272"/>
        <w:jc w:val="both"/>
      </w:pPr>
      <w:r>
        <w:rPr>
          <w:color w:val="000000"/>
        </w:rPr>
        <w:t>5) przedstawianie na zebraniach Rady Pedagogicznej problemów związanych z przestrzeganiem praw dziecka i ucznia;</w:t>
      </w:r>
    </w:p>
    <w:p w14:paraId="0D3DB1C9" w14:textId="77777777" w:rsidR="00C127F7" w:rsidRDefault="00000000">
      <w:pPr>
        <w:spacing w:after="50" w:line="250" w:lineRule="auto"/>
        <w:ind w:left="595" w:hanging="272"/>
        <w:jc w:val="both"/>
      </w:pPr>
      <w:r>
        <w:rPr>
          <w:color w:val="000000"/>
        </w:rPr>
        <w:t>6) rozstrzyganie konfliktów pomiędzy uczniami lub pomiędzy uczniami a osobami pracującymi w szkole, w tym w szczególności dotyczących łamania praw dziecka;</w:t>
      </w:r>
    </w:p>
    <w:p w14:paraId="12DA2904" w14:textId="77777777" w:rsidR="00C127F7" w:rsidRDefault="00000000">
      <w:pPr>
        <w:spacing w:after="50" w:line="250" w:lineRule="auto"/>
        <w:ind w:left="595" w:hanging="272"/>
        <w:jc w:val="both"/>
      </w:pPr>
      <w:r>
        <w:rPr>
          <w:color w:val="000000"/>
        </w:rPr>
        <w:t>7) pełnienie funkcji doradczej dla uczniów i ich rodziców w sprawach związanych z prawami ucznia i prawami dziecka;</w:t>
      </w:r>
    </w:p>
    <w:p w14:paraId="56642C62" w14:textId="77777777" w:rsidR="00C127F7" w:rsidRDefault="00000000">
      <w:pPr>
        <w:spacing w:after="50" w:line="250" w:lineRule="auto"/>
        <w:ind w:left="595" w:hanging="272"/>
        <w:jc w:val="both"/>
      </w:pPr>
      <w:r>
        <w:rPr>
          <w:color w:val="000000"/>
        </w:rPr>
        <w:t>8) współpraca z Samorządem Uczniowskim i Dyrektorem szkoły w zakresie upowszechniania praw i obowiązków ucznia;</w:t>
      </w:r>
    </w:p>
    <w:p w14:paraId="5C0792B4" w14:textId="77777777" w:rsidR="00C127F7" w:rsidRDefault="00000000">
      <w:pPr>
        <w:spacing w:after="50" w:line="250" w:lineRule="auto"/>
        <w:ind w:left="595" w:hanging="272"/>
        <w:jc w:val="both"/>
      </w:pPr>
      <w:r>
        <w:rPr>
          <w:color w:val="000000"/>
        </w:rPr>
        <w:lastRenderedPageBreak/>
        <w:t>9) współpraca z pedagogiem szkolnym i specjalistami w zakresie ochrony praw uczniów z problemami w uczeniu się oraz uczniów z niepełnosprawnością;</w:t>
      </w:r>
    </w:p>
    <w:p w14:paraId="2993DAD5" w14:textId="77777777" w:rsidR="00C127F7" w:rsidRDefault="00000000">
      <w:pPr>
        <w:spacing w:after="50" w:line="250" w:lineRule="auto"/>
        <w:ind w:left="595" w:hanging="272"/>
        <w:jc w:val="both"/>
      </w:pPr>
      <w:r>
        <w:rPr>
          <w:color w:val="000000"/>
        </w:rPr>
        <w:t>10) inicjowanie uchwalania nowych przepisów dotyczących uczniów albo zmian w dotychczas obowiązujących przepisach wewnątrzszkolnych.</w:t>
      </w:r>
    </w:p>
    <w:p w14:paraId="283EF63F" w14:textId="77777777" w:rsidR="00C127F7" w:rsidRDefault="00000000">
      <w:pPr>
        <w:keepNext/>
        <w:spacing w:before="40" w:after="40"/>
        <w:jc w:val="center"/>
      </w:pPr>
      <w:r>
        <w:rPr>
          <w:b/>
          <w:color w:val="000000"/>
          <w:sz w:val="22"/>
        </w:rPr>
        <w:t>§ 6</w:t>
      </w:r>
    </w:p>
    <w:p w14:paraId="127992B3" w14:textId="77777777" w:rsidR="00C127F7" w:rsidRDefault="00000000">
      <w:pPr>
        <w:spacing w:after="50" w:line="250" w:lineRule="auto"/>
        <w:ind w:left="283" w:hanging="283"/>
        <w:jc w:val="both"/>
      </w:pPr>
      <w:r>
        <w:rPr>
          <w:color w:val="000000"/>
        </w:rPr>
        <w:t>1. W ramach realizacji zadań Rzecznik w szczególności:</w:t>
      </w:r>
    </w:p>
    <w:p w14:paraId="5CFD9F43" w14:textId="77777777" w:rsidR="00C127F7" w:rsidRDefault="00000000">
      <w:pPr>
        <w:spacing w:after="50" w:line="250" w:lineRule="auto"/>
        <w:ind w:left="595" w:hanging="272"/>
        <w:jc w:val="both"/>
      </w:pPr>
      <w:r>
        <w:rPr>
          <w:color w:val="000000"/>
        </w:rPr>
        <w:t>1) udziela uczniom i rodzicom informacji oraz wyjaśnień dotyczących praw i obowiązków ucznia;</w:t>
      </w:r>
    </w:p>
    <w:p w14:paraId="08D3BD10" w14:textId="77777777" w:rsidR="00C127F7" w:rsidRDefault="00000000">
      <w:pPr>
        <w:spacing w:after="50" w:line="250" w:lineRule="auto"/>
        <w:ind w:left="595" w:hanging="272"/>
        <w:jc w:val="both"/>
      </w:pPr>
      <w:r>
        <w:rPr>
          <w:color w:val="000000"/>
        </w:rPr>
        <w:t>2) przyjmuje zgłoszenia dotyczące możliwego naruszenia praw ucznia lub konfliktu wymagającego pomocy;</w:t>
      </w:r>
    </w:p>
    <w:p w14:paraId="3E08BB9F" w14:textId="77777777" w:rsidR="00C127F7" w:rsidRDefault="00000000">
      <w:pPr>
        <w:spacing w:after="50" w:line="250" w:lineRule="auto"/>
        <w:ind w:left="595" w:hanging="272"/>
        <w:jc w:val="both"/>
      </w:pPr>
      <w:r>
        <w:rPr>
          <w:color w:val="000000"/>
        </w:rPr>
        <w:t>3) udziela wsparcia w ustaleniu właściwego sposobu zgłoszenia sprawy i wskazuje osobę lub organ właściwy do jej rozpatrzenia;</w:t>
      </w:r>
    </w:p>
    <w:p w14:paraId="70128E10" w14:textId="77777777" w:rsidR="00C127F7" w:rsidRDefault="00000000">
      <w:pPr>
        <w:spacing w:after="50" w:line="250" w:lineRule="auto"/>
        <w:ind w:left="595" w:hanging="272"/>
        <w:jc w:val="both"/>
      </w:pPr>
      <w:r>
        <w:rPr>
          <w:color w:val="000000"/>
        </w:rPr>
        <w:t>4) podejmuje rozmowy wyjaśniające i działania mediacyjne, jeżeli charakter sprawy na to pozwala;</w:t>
      </w:r>
    </w:p>
    <w:p w14:paraId="12E0EAB6" w14:textId="77777777" w:rsidR="00C127F7" w:rsidRDefault="00000000">
      <w:pPr>
        <w:spacing w:after="50" w:line="250" w:lineRule="auto"/>
        <w:ind w:left="595" w:hanging="272"/>
        <w:jc w:val="both"/>
      </w:pPr>
      <w:r>
        <w:rPr>
          <w:color w:val="000000"/>
        </w:rPr>
        <w:t>5) przedstawia Dyrektorowi, Samorządowi Uczniowskiemu i Radzie Pedagogicznej wnioski dotyczące przestrzegania praw uczniów;</w:t>
      </w:r>
    </w:p>
    <w:p w14:paraId="5998F4FF" w14:textId="77777777" w:rsidR="00C127F7" w:rsidRDefault="00000000">
      <w:pPr>
        <w:spacing w:after="50" w:line="250" w:lineRule="auto"/>
        <w:ind w:left="595" w:hanging="272"/>
        <w:jc w:val="both"/>
      </w:pPr>
      <w:r>
        <w:rPr>
          <w:color w:val="000000"/>
        </w:rPr>
        <w:t>6) prowadzi działania informacyjne i edukacyjne, w szczególności we współpracy z Samorządem Uczniowskim, wychowawcami i specjalistami;</w:t>
      </w:r>
    </w:p>
    <w:p w14:paraId="5BFBD345" w14:textId="77777777" w:rsidR="00C127F7" w:rsidRDefault="00000000">
      <w:pPr>
        <w:spacing w:after="50" w:line="250" w:lineRule="auto"/>
        <w:ind w:left="595" w:hanging="272"/>
        <w:jc w:val="both"/>
      </w:pPr>
      <w:r>
        <w:rPr>
          <w:color w:val="000000"/>
        </w:rPr>
        <w:t>7) monitoruje powtarzające się problemy dotyczące praw uczniów i formułuje zalecenia służące doskonaleniu pracy szkoły.</w:t>
      </w:r>
    </w:p>
    <w:p w14:paraId="66E4E8D6" w14:textId="77777777" w:rsidR="00C127F7" w:rsidRDefault="00000000">
      <w:pPr>
        <w:keepNext/>
        <w:spacing w:before="160" w:after="80"/>
        <w:jc w:val="center"/>
      </w:pPr>
      <w:r>
        <w:rPr>
          <w:b/>
          <w:color w:val="1F4E79"/>
          <w:sz w:val="22"/>
        </w:rPr>
        <w:t>Rozdział IV</w:t>
      </w:r>
      <w:r>
        <w:br/>
      </w:r>
      <w:r>
        <w:rPr>
          <w:b/>
          <w:color w:val="000000"/>
          <w:sz w:val="26"/>
        </w:rPr>
        <w:t>Zasady przyjmowania zgłoszeń</w:t>
      </w:r>
    </w:p>
    <w:p w14:paraId="76C553B9" w14:textId="77777777" w:rsidR="00C127F7" w:rsidRDefault="00000000">
      <w:pPr>
        <w:keepNext/>
        <w:spacing w:before="40" w:after="40"/>
        <w:jc w:val="center"/>
      </w:pPr>
      <w:r>
        <w:rPr>
          <w:b/>
          <w:color w:val="000000"/>
          <w:sz w:val="22"/>
        </w:rPr>
        <w:t>§ 7</w:t>
      </w:r>
    </w:p>
    <w:p w14:paraId="0B29D553" w14:textId="77777777" w:rsidR="00C127F7" w:rsidRDefault="00000000">
      <w:pPr>
        <w:spacing w:after="50" w:line="250" w:lineRule="auto"/>
        <w:ind w:left="283" w:hanging="283"/>
        <w:jc w:val="both"/>
      </w:pPr>
      <w:r>
        <w:rPr>
          <w:color w:val="000000"/>
        </w:rPr>
        <w:t>1. Do Rzecznika może zwrócić się uczeń, grupa uczniów, rodzic ucznia albo przedstawiciel Samorządu Uczniowskiego.</w:t>
      </w:r>
    </w:p>
    <w:p w14:paraId="5EE98108" w14:textId="77777777" w:rsidR="00C127F7" w:rsidRDefault="00000000">
      <w:pPr>
        <w:spacing w:after="50" w:line="250" w:lineRule="auto"/>
        <w:ind w:left="283" w:hanging="283"/>
        <w:jc w:val="both"/>
      </w:pPr>
      <w:r>
        <w:rPr>
          <w:color w:val="000000"/>
        </w:rPr>
        <w:t>2. Rzecznik może podjąć działania również z własnej inicjatywy, jeżeli uzyska wiarygodną informację wskazującą na możliwość naruszenia praw ucznia.</w:t>
      </w:r>
    </w:p>
    <w:p w14:paraId="3F07EC5E" w14:textId="77777777" w:rsidR="00C127F7" w:rsidRDefault="00000000">
      <w:pPr>
        <w:spacing w:after="50" w:line="250" w:lineRule="auto"/>
        <w:ind w:left="283" w:hanging="283"/>
        <w:jc w:val="both"/>
      </w:pPr>
      <w:r>
        <w:rPr>
          <w:color w:val="000000"/>
        </w:rPr>
        <w:t>3. Zgłoszenie może zostać przekazane ustnie podczas dyżuru lub indywidualnego spotkania, pisemnie albo za pośrednictwem ustalonego szkolnego kanału komunikacji elektronicznej.</w:t>
      </w:r>
    </w:p>
    <w:p w14:paraId="2E03B189" w14:textId="77777777" w:rsidR="00C127F7" w:rsidRDefault="00000000">
      <w:pPr>
        <w:spacing w:after="50" w:line="250" w:lineRule="auto"/>
        <w:ind w:left="283" w:hanging="283"/>
        <w:jc w:val="both"/>
      </w:pPr>
      <w:r>
        <w:rPr>
          <w:color w:val="000000"/>
        </w:rPr>
        <w:t>4. Godziny i miejsce dyżurów oraz sposób kontaktu z Rzecznikiem podaje się do wiadomości uczniów i rodziców w sposób przyjęty w szkole.</w:t>
      </w:r>
    </w:p>
    <w:p w14:paraId="5EBE9103" w14:textId="77777777" w:rsidR="00C127F7" w:rsidRDefault="00000000">
      <w:pPr>
        <w:spacing w:after="50" w:line="250" w:lineRule="auto"/>
        <w:ind w:left="283" w:hanging="283"/>
        <w:jc w:val="both"/>
      </w:pPr>
      <w:r>
        <w:rPr>
          <w:color w:val="000000"/>
        </w:rPr>
        <w:t>5. Zgłoszenie powinno zawierać opis sprawy w zakresie umożliwiającym rozpoznanie problemu. Rzecznik nie wymaga przekazywania danych ani dokumentów, które nie są niezbędne do podjęcia działania.</w:t>
      </w:r>
    </w:p>
    <w:p w14:paraId="4FCDFB6D" w14:textId="77777777" w:rsidR="00C127F7" w:rsidRDefault="00000000">
      <w:pPr>
        <w:spacing w:after="50" w:line="250" w:lineRule="auto"/>
        <w:ind w:left="283" w:hanging="283"/>
        <w:jc w:val="both"/>
      </w:pPr>
      <w:r>
        <w:rPr>
          <w:color w:val="000000"/>
        </w:rPr>
        <w:t>6. Zgłoszenie anonimowe może stanowić podstawę podjęcia działań ogólnych lub sprawdzających, jeżeli jego treść pozwala na wiarygodne ustalenie okoliczności. Brak danych kontaktowych może uniemożliwić przekazanie informacji o wyniku działań.</w:t>
      </w:r>
    </w:p>
    <w:p w14:paraId="2C336E8C" w14:textId="77777777" w:rsidR="00C127F7" w:rsidRDefault="00000000">
      <w:pPr>
        <w:keepNext/>
        <w:spacing w:before="40" w:after="40"/>
        <w:jc w:val="center"/>
      </w:pPr>
      <w:r>
        <w:rPr>
          <w:b/>
          <w:color w:val="000000"/>
          <w:sz w:val="22"/>
        </w:rPr>
        <w:t>§ 8</w:t>
      </w:r>
    </w:p>
    <w:p w14:paraId="4C24C48E" w14:textId="77777777" w:rsidR="00C127F7" w:rsidRDefault="00000000">
      <w:pPr>
        <w:spacing w:after="50" w:line="250" w:lineRule="auto"/>
        <w:ind w:left="283" w:hanging="283"/>
        <w:jc w:val="both"/>
      </w:pPr>
      <w:r>
        <w:rPr>
          <w:color w:val="000000"/>
        </w:rPr>
        <w:t>1. Po otrzymaniu zgłoszenia Rzecznik:</w:t>
      </w:r>
    </w:p>
    <w:p w14:paraId="3995514E" w14:textId="77777777" w:rsidR="00C127F7" w:rsidRDefault="00000000">
      <w:pPr>
        <w:spacing w:after="50" w:line="250" w:lineRule="auto"/>
        <w:ind w:left="595" w:hanging="272"/>
        <w:jc w:val="both"/>
      </w:pPr>
      <w:r>
        <w:rPr>
          <w:color w:val="000000"/>
        </w:rPr>
        <w:t>1) wstępnie ustala przedmiot sprawy i oczekiwaną formę pomocy;</w:t>
      </w:r>
    </w:p>
    <w:p w14:paraId="305CEF62" w14:textId="77777777" w:rsidR="00C127F7" w:rsidRDefault="00000000">
      <w:pPr>
        <w:spacing w:after="50" w:line="250" w:lineRule="auto"/>
        <w:ind w:left="595" w:hanging="272"/>
        <w:jc w:val="both"/>
      </w:pPr>
      <w:r>
        <w:rPr>
          <w:color w:val="000000"/>
        </w:rPr>
        <w:t>2) ocenia, czy sprawa mieści się w jego kompetencjach;</w:t>
      </w:r>
    </w:p>
    <w:p w14:paraId="78585877" w14:textId="77777777" w:rsidR="00C127F7" w:rsidRDefault="00000000">
      <w:pPr>
        <w:spacing w:after="50" w:line="250" w:lineRule="auto"/>
        <w:ind w:left="595" w:hanging="272"/>
        <w:jc w:val="both"/>
      </w:pPr>
      <w:r>
        <w:rPr>
          <w:color w:val="000000"/>
        </w:rPr>
        <w:t>3) informuje zgłaszającego o możliwych sposobach postępowania;</w:t>
      </w:r>
    </w:p>
    <w:p w14:paraId="7046D393" w14:textId="77777777" w:rsidR="00C127F7" w:rsidRDefault="00000000">
      <w:pPr>
        <w:spacing w:after="50" w:line="250" w:lineRule="auto"/>
        <w:ind w:left="595" w:hanging="272"/>
        <w:jc w:val="both"/>
      </w:pPr>
      <w:r>
        <w:rPr>
          <w:color w:val="000000"/>
        </w:rPr>
        <w:t>4) w razie potrzeby przeprowadza rozmowy z osobami, których sprawa dotyczy, lub zwraca się do nich o informacje;</w:t>
      </w:r>
    </w:p>
    <w:p w14:paraId="682FA277" w14:textId="77777777" w:rsidR="00C127F7" w:rsidRDefault="00000000">
      <w:pPr>
        <w:spacing w:after="50" w:line="250" w:lineRule="auto"/>
        <w:ind w:left="595" w:hanging="272"/>
        <w:jc w:val="both"/>
      </w:pPr>
      <w:r>
        <w:rPr>
          <w:color w:val="000000"/>
        </w:rPr>
        <w:t>5) podejmuje działanie odpowiednie do charakteru sprawy albo przekazuje informację osobie lub organowi właściwemu do dalszego postępowania;</w:t>
      </w:r>
    </w:p>
    <w:p w14:paraId="06789703" w14:textId="77777777" w:rsidR="00C127F7" w:rsidRDefault="00000000">
      <w:pPr>
        <w:spacing w:after="50" w:line="250" w:lineRule="auto"/>
        <w:ind w:left="595" w:hanging="272"/>
        <w:jc w:val="both"/>
      </w:pPr>
      <w:r>
        <w:rPr>
          <w:color w:val="000000"/>
        </w:rPr>
        <w:t>6) w miarę możliwości informuje zgłaszającego o sposobie zakończenia działania.</w:t>
      </w:r>
    </w:p>
    <w:p w14:paraId="5B45F128" w14:textId="77777777" w:rsidR="00C127F7" w:rsidRDefault="00000000">
      <w:pPr>
        <w:spacing w:after="50" w:line="250" w:lineRule="auto"/>
        <w:ind w:left="283" w:hanging="283"/>
        <w:jc w:val="both"/>
      </w:pPr>
      <w:r>
        <w:rPr>
          <w:color w:val="000000"/>
        </w:rPr>
        <w:t>2. Rzecznik działa bez zbędnej zwłoki, z uwzględnieniem rodzaju sprawy, konieczności ochrony bezpieczeństwa ucznia oraz czasu potrzebnego do ustalenia okoliczności.</w:t>
      </w:r>
    </w:p>
    <w:p w14:paraId="254165AC" w14:textId="77777777" w:rsidR="00C127F7" w:rsidRDefault="00000000">
      <w:pPr>
        <w:spacing w:after="50" w:line="250" w:lineRule="auto"/>
        <w:ind w:left="283" w:hanging="283"/>
        <w:jc w:val="both"/>
      </w:pPr>
      <w:r>
        <w:rPr>
          <w:color w:val="000000"/>
        </w:rPr>
        <w:t>3. Rzecznik nie rozstrzyga o odpowiedzialności porządkowej lub pracowniczej, nie nakłada kar statutowych i nie wydaje decyzji należących do kompetencji Dyrektora lub innych organów szkoły.</w:t>
      </w:r>
    </w:p>
    <w:p w14:paraId="58E63EAA" w14:textId="77777777" w:rsidR="00C127F7" w:rsidRDefault="00000000">
      <w:pPr>
        <w:keepNext/>
        <w:spacing w:before="160" w:after="80"/>
        <w:jc w:val="center"/>
      </w:pPr>
      <w:r>
        <w:rPr>
          <w:b/>
          <w:color w:val="1F4E79"/>
          <w:sz w:val="22"/>
        </w:rPr>
        <w:t>Rozdział V</w:t>
      </w:r>
      <w:r>
        <w:br/>
      </w:r>
      <w:r>
        <w:rPr>
          <w:b/>
          <w:color w:val="000000"/>
          <w:sz w:val="26"/>
        </w:rPr>
        <w:t>Postępowanie w przypadku naruszenia praw ucznia</w:t>
      </w:r>
    </w:p>
    <w:p w14:paraId="13FEEF08" w14:textId="77777777" w:rsidR="00C127F7" w:rsidRDefault="00000000">
      <w:pPr>
        <w:keepNext/>
        <w:spacing w:before="40" w:after="40"/>
        <w:jc w:val="center"/>
      </w:pPr>
      <w:r>
        <w:rPr>
          <w:b/>
          <w:color w:val="000000"/>
          <w:sz w:val="22"/>
        </w:rPr>
        <w:t>§ 9</w:t>
      </w:r>
    </w:p>
    <w:p w14:paraId="3624AF45" w14:textId="77777777" w:rsidR="00C127F7" w:rsidRDefault="00000000">
      <w:pPr>
        <w:spacing w:after="50" w:line="250" w:lineRule="auto"/>
        <w:ind w:left="283" w:hanging="283"/>
        <w:jc w:val="both"/>
      </w:pPr>
      <w:r>
        <w:rPr>
          <w:color w:val="000000"/>
        </w:rPr>
        <w:t>1. Zgłoszenie skierowane do Rzecznika nie zastępuje skargi składanej Dyrektorowi w trybie określonym w § 61 Statutu Szkoły.</w:t>
      </w:r>
    </w:p>
    <w:p w14:paraId="3864A7BC" w14:textId="77777777" w:rsidR="00C127F7" w:rsidRDefault="00000000">
      <w:pPr>
        <w:spacing w:after="50" w:line="250" w:lineRule="auto"/>
        <w:ind w:left="283" w:hanging="283"/>
        <w:jc w:val="both"/>
      </w:pPr>
      <w:r>
        <w:rPr>
          <w:color w:val="000000"/>
        </w:rPr>
        <w:t>2. Jeżeli treść zgłoszenia wskazuje na możliwość naruszenia praw ucznia, Rzecznik informuje zgłaszającego o prawie do złożenia skargi Dyrektorowi pisemnie lub ustnie, w każdym terminie roku szkolnego.</w:t>
      </w:r>
    </w:p>
    <w:p w14:paraId="08839D95" w14:textId="77777777" w:rsidR="00C127F7" w:rsidRDefault="00000000">
      <w:pPr>
        <w:spacing w:after="50" w:line="250" w:lineRule="auto"/>
        <w:ind w:left="283" w:hanging="283"/>
        <w:jc w:val="both"/>
      </w:pPr>
      <w:r>
        <w:rPr>
          <w:color w:val="000000"/>
        </w:rPr>
        <w:t>3. Na prośbę ucznia lub jego rodzica Rzecznik może pomóc w sformułowaniu skargi lub przekazać Dyrektorowi skargę skierowaną do Dyrektora.</w:t>
      </w:r>
    </w:p>
    <w:p w14:paraId="3C411F24" w14:textId="77777777" w:rsidR="00C127F7" w:rsidRDefault="00000000">
      <w:pPr>
        <w:spacing w:after="50" w:line="250" w:lineRule="auto"/>
        <w:ind w:left="283" w:hanging="283"/>
        <w:jc w:val="both"/>
      </w:pPr>
      <w:r>
        <w:rPr>
          <w:color w:val="000000"/>
        </w:rPr>
        <w:lastRenderedPageBreak/>
        <w:t>4. Rzecznik niezwłocznie przekazuje Dyrektorowi informację o zdarzeniu, jeżeli jest to konieczne dla zapewnienia bezpieczeństwa ucznia, podjęcia postępowania wyjaśniającego lub wykonania obowiązków szkoły.</w:t>
      </w:r>
    </w:p>
    <w:p w14:paraId="295482E5" w14:textId="77777777" w:rsidR="00C127F7" w:rsidRDefault="00000000">
      <w:pPr>
        <w:spacing w:after="50" w:line="250" w:lineRule="auto"/>
        <w:ind w:left="283" w:hanging="283"/>
        <w:jc w:val="both"/>
      </w:pPr>
      <w:r>
        <w:rPr>
          <w:color w:val="000000"/>
        </w:rPr>
        <w:t>5. W przypadku informacji o krzywdzeniu dziecka Rzecznik nie prowadzi sprawy wyłącznie we własnym zakresie, lecz niezwłocznie uruchamia działania przewidziane w obowiązujących w szkole Standardach Ochrony Małoletnich.</w:t>
      </w:r>
    </w:p>
    <w:p w14:paraId="2A2E445D" w14:textId="77777777" w:rsidR="00C127F7" w:rsidRDefault="00000000">
      <w:pPr>
        <w:spacing w:after="50" w:line="250" w:lineRule="auto"/>
        <w:ind w:left="283" w:hanging="283"/>
        <w:jc w:val="both"/>
      </w:pPr>
      <w:r>
        <w:rPr>
          <w:color w:val="000000"/>
        </w:rPr>
        <w:t>6. W przypadku bezpośredniego zagrożenia zdrowia lub życia ucznia Rzecznik podejmuje natychmiastowe działania w celu zapewnienia bezpieczeństwa i zawiadamia Dyrektora lub osobę zastępującą Dyrektora.</w:t>
      </w:r>
    </w:p>
    <w:p w14:paraId="4C016DF7" w14:textId="77777777" w:rsidR="00C127F7" w:rsidRDefault="00000000">
      <w:pPr>
        <w:spacing w:after="50" w:line="250" w:lineRule="auto"/>
        <w:ind w:left="283" w:hanging="283"/>
        <w:jc w:val="both"/>
      </w:pPr>
      <w:r>
        <w:rPr>
          <w:color w:val="000000"/>
        </w:rPr>
        <w:t>7. Jeżeli zarzut naruszenia praw dotyczy Dyrektora szkoły, Rzecznik informuje pełnoletniego ucznia albo rodzica ucznia niepełnoletniego o wynikającym ze Statutu prawie złożenia skargi do organu prowadzącego szkołę lub do kuratora oświaty.</w:t>
      </w:r>
    </w:p>
    <w:p w14:paraId="6DE46FD3" w14:textId="77777777" w:rsidR="00C127F7" w:rsidRDefault="00000000">
      <w:pPr>
        <w:keepNext/>
        <w:spacing w:before="160" w:after="80"/>
        <w:jc w:val="center"/>
      </w:pPr>
      <w:r>
        <w:rPr>
          <w:b/>
          <w:color w:val="1F4E79"/>
          <w:sz w:val="22"/>
        </w:rPr>
        <w:t>Rozdział VI</w:t>
      </w:r>
      <w:r>
        <w:br/>
      </w:r>
      <w:r>
        <w:rPr>
          <w:b/>
          <w:color w:val="000000"/>
          <w:sz w:val="26"/>
        </w:rPr>
        <w:t>Rozwiązywanie konfliktów i mediacja</w:t>
      </w:r>
    </w:p>
    <w:p w14:paraId="6FA2DC59" w14:textId="77777777" w:rsidR="00C127F7" w:rsidRDefault="00000000">
      <w:pPr>
        <w:keepNext/>
        <w:spacing w:before="40" w:after="40"/>
        <w:jc w:val="center"/>
      </w:pPr>
      <w:r>
        <w:rPr>
          <w:b/>
          <w:color w:val="000000"/>
          <w:sz w:val="22"/>
        </w:rPr>
        <w:t>§ 10</w:t>
      </w:r>
    </w:p>
    <w:p w14:paraId="55EC3559" w14:textId="77777777" w:rsidR="00C127F7" w:rsidRDefault="00000000">
      <w:pPr>
        <w:spacing w:after="50" w:line="250" w:lineRule="auto"/>
        <w:ind w:left="283" w:hanging="283"/>
        <w:jc w:val="both"/>
      </w:pPr>
      <w:r>
        <w:rPr>
          <w:color w:val="000000"/>
        </w:rPr>
        <w:t>1. Rzecznik podejmuje działania służące rozwiązaniu konfliktu pomiędzy uczniami albo pomiędzy uczniem a osobą pracującą w szkole, jeżeli sprawa dotyczy praw ucznia lub praw dziecka.</w:t>
      </w:r>
    </w:p>
    <w:p w14:paraId="61C76A47" w14:textId="77777777" w:rsidR="00C127F7" w:rsidRDefault="00000000">
      <w:pPr>
        <w:spacing w:after="50" w:line="250" w:lineRule="auto"/>
        <w:ind w:left="283" w:hanging="283"/>
        <w:jc w:val="both"/>
      </w:pPr>
      <w:r>
        <w:rPr>
          <w:color w:val="000000"/>
        </w:rPr>
        <w:t>2. Działania Rzecznika mogą obejmować wysłuchanie stron, wyjaśnienie obowiązujących zasad, pomoc w nazwaniu potrzeb i oczekiwań, mediację oraz sformułowanie propozycji rozwiązania konfliktu.</w:t>
      </w:r>
    </w:p>
    <w:p w14:paraId="3A45028E" w14:textId="77777777" w:rsidR="00C127F7" w:rsidRDefault="00000000">
      <w:pPr>
        <w:spacing w:after="50" w:line="250" w:lineRule="auto"/>
        <w:ind w:left="283" w:hanging="283"/>
        <w:jc w:val="both"/>
      </w:pPr>
      <w:r>
        <w:rPr>
          <w:color w:val="000000"/>
        </w:rPr>
        <w:t>3. Mediacja jest dobrowolna i wymaga zgody stron. Każda strona może zrezygnować z mediacji na każdym etapie.</w:t>
      </w:r>
    </w:p>
    <w:p w14:paraId="047FD67C" w14:textId="77777777" w:rsidR="00C127F7" w:rsidRDefault="00000000">
      <w:pPr>
        <w:spacing w:after="50" w:line="250" w:lineRule="auto"/>
        <w:ind w:left="283" w:hanging="283"/>
        <w:jc w:val="both"/>
      </w:pPr>
      <w:r>
        <w:rPr>
          <w:color w:val="000000"/>
        </w:rPr>
        <w:t>4. Rzecznik zachowuje bezstronność i zapewnia każdej stronie możliwość przedstawienia swojego stanowiska.</w:t>
      </w:r>
    </w:p>
    <w:p w14:paraId="3753FECE" w14:textId="77777777" w:rsidR="00C127F7" w:rsidRDefault="00000000">
      <w:pPr>
        <w:spacing w:after="50" w:line="250" w:lineRule="auto"/>
        <w:ind w:left="283" w:hanging="283"/>
        <w:jc w:val="both"/>
      </w:pPr>
      <w:r>
        <w:rPr>
          <w:color w:val="000000"/>
        </w:rPr>
        <w:t>5. Ustalenia kończące mediację mogą zostać zapisane w formie krótkiego porozumienia, jeżeli strony uznają to za potrzebne.</w:t>
      </w:r>
    </w:p>
    <w:p w14:paraId="2C6301AC" w14:textId="77777777" w:rsidR="00C127F7" w:rsidRDefault="00000000">
      <w:pPr>
        <w:spacing w:after="50" w:line="250" w:lineRule="auto"/>
        <w:ind w:left="283" w:hanging="283"/>
        <w:jc w:val="both"/>
      </w:pPr>
      <w:r>
        <w:rPr>
          <w:color w:val="000000"/>
        </w:rPr>
        <w:t>6. Mediacja nie może zastępować wymaganej interwencji, postępowania wyjaśniającego, zastosowania Standardów Ochrony Małoletnich ani innych procedur obowiązujących w szkole.</w:t>
      </w:r>
    </w:p>
    <w:p w14:paraId="6D43FF58" w14:textId="77777777" w:rsidR="00C127F7" w:rsidRDefault="00000000">
      <w:pPr>
        <w:spacing w:after="50" w:line="250" w:lineRule="auto"/>
        <w:ind w:left="283" w:hanging="283"/>
        <w:jc w:val="both"/>
      </w:pPr>
      <w:r>
        <w:rPr>
          <w:color w:val="000000"/>
        </w:rPr>
        <w:t>7. Jeżeli konfliktu nie można rozwiązać w ramach działań Rzecznika albo sprawa wykracza poza jego kompetencje, Rzecznik przekazuje sprawę Dyrektorowi lub wskazuje stronie właściwy dalszy tryb postępowania.</w:t>
      </w:r>
    </w:p>
    <w:p w14:paraId="64A7C755" w14:textId="77777777" w:rsidR="00C127F7" w:rsidRDefault="00000000">
      <w:pPr>
        <w:keepNext/>
        <w:spacing w:before="160" w:after="80"/>
        <w:jc w:val="center"/>
      </w:pPr>
      <w:r>
        <w:rPr>
          <w:b/>
          <w:color w:val="1F4E79"/>
          <w:sz w:val="22"/>
        </w:rPr>
        <w:t>Rozdział VII</w:t>
      </w:r>
      <w:r>
        <w:br/>
      </w:r>
      <w:r>
        <w:rPr>
          <w:b/>
          <w:color w:val="000000"/>
          <w:sz w:val="26"/>
        </w:rPr>
        <w:t>Współpraca Rzecznika</w:t>
      </w:r>
    </w:p>
    <w:p w14:paraId="1396E52B" w14:textId="77777777" w:rsidR="00C127F7" w:rsidRDefault="00000000">
      <w:pPr>
        <w:keepNext/>
        <w:spacing w:before="40" w:after="40"/>
        <w:jc w:val="center"/>
      </w:pPr>
      <w:r>
        <w:rPr>
          <w:b/>
          <w:color w:val="000000"/>
          <w:sz w:val="22"/>
        </w:rPr>
        <w:t>§ 11</w:t>
      </w:r>
    </w:p>
    <w:p w14:paraId="1EE25B92" w14:textId="77777777" w:rsidR="00C127F7" w:rsidRDefault="00000000">
      <w:pPr>
        <w:spacing w:after="50" w:line="250" w:lineRule="auto"/>
        <w:ind w:left="283" w:hanging="283"/>
        <w:jc w:val="both"/>
      </w:pPr>
      <w:r>
        <w:rPr>
          <w:color w:val="000000"/>
        </w:rPr>
        <w:t>1. Rzecznik współpracuje w szczególności z:</w:t>
      </w:r>
    </w:p>
    <w:p w14:paraId="6CDFA550" w14:textId="77777777" w:rsidR="00C127F7" w:rsidRDefault="00000000">
      <w:pPr>
        <w:spacing w:after="50" w:line="250" w:lineRule="auto"/>
        <w:ind w:left="595" w:hanging="272"/>
        <w:jc w:val="both"/>
      </w:pPr>
      <w:r>
        <w:rPr>
          <w:color w:val="000000"/>
        </w:rPr>
        <w:t>1) Dyrektorem i wicedyrektorem szkoły;</w:t>
      </w:r>
    </w:p>
    <w:p w14:paraId="5AD5CD85" w14:textId="77777777" w:rsidR="00C127F7" w:rsidRDefault="00000000">
      <w:pPr>
        <w:spacing w:after="50" w:line="250" w:lineRule="auto"/>
        <w:ind w:left="595" w:hanging="272"/>
        <w:jc w:val="both"/>
      </w:pPr>
      <w:r>
        <w:rPr>
          <w:color w:val="000000"/>
        </w:rPr>
        <w:t>2) Samorządem Uczniowskim i jego opiekunem;</w:t>
      </w:r>
    </w:p>
    <w:p w14:paraId="573A510A" w14:textId="77777777" w:rsidR="00C127F7" w:rsidRDefault="00000000">
      <w:pPr>
        <w:spacing w:after="50" w:line="250" w:lineRule="auto"/>
        <w:ind w:left="595" w:hanging="272"/>
        <w:jc w:val="both"/>
      </w:pPr>
      <w:r>
        <w:rPr>
          <w:color w:val="000000"/>
        </w:rPr>
        <w:t>3) Radą Pedagogiczną;</w:t>
      </w:r>
    </w:p>
    <w:p w14:paraId="7343D1C8" w14:textId="77777777" w:rsidR="00C127F7" w:rsidRDefault="00000000">
      <w:pPr>
        <w:spacing w:after="50" w:line="250" w:lineRule="auto"/>
        <w:ind w:left="595" w:hanging="272"/>
        <w:jc w:val="both"/>
      </w:pPr>
      <w:r>
        <w:rPr>
          <w:color w:val="000000"/>
        </w:rPr>
        <w:t>4) wychowawcami i nauczycielami;</w:t>
      </w:r>
    </w:p>
    <w:p w14:paraId="0BD3EE1B" w14:textId="77777777" w:rsidR="00C127F7" w:rsidRDefault="00000000">
      <w:pPr>
        <w:spacing w:after="50" w:line="250" w:lineRule="auto"/>
        <w:ind w:left="595" w:hanging="272"/>
        <w:jc w:val="both"/>
      </w:pPr>
      <w:r>
        <w:rPr>
          <w:color w:val="000000"/>
        </w:rPr>
        <w:t>5) pedagogiem szkolnym, psychologiem, pedagogiem specjalnym oraz innymi specjalistami;</w:t>
      </w:r>
    </w:p>
    <w:p w14:paraId="5C622C71" w14:textId="77777777" w:rsidR="00C127F7" w:rsidRDefault="00000000">
      <w:pPr>
        <w:spacing w:after="50" w:line="250" w:lineRule="auto"/>
        <w:ind w:left="595" w:hanging="272"/>
        <w:jc w:val="both"/>
      </w:pPr>
      <w:r>
        <w:rPr>
          <w:color w:val="000000"/>
        </w:rPr>
        <w:t>6) rodzicami uczniów – w zakresie niezbędnym do udzielenia pomocy i ochrony praw ucznia.</w:t>
      </w:r>
    </w:p>
    <w:p w14:paraId="3D4FD274" w14:textId="77777777" w:rsidR="00C127F7" w:rsidRDefault="00000000">
      <w:pPr>
        <w:spacing w:after="50" w:line="250" w:lineRule="auto"/>
        <w:ind w:left="283" w:hanging="283"/>
        <w:jc w:val="both"/>
      </w:pPr>
      <w:r>
        <w:rPr>
          <w:color w:val="000000"/>
        </w:rPr>
        <w:t>2. Rzecznik reprezentuje interesy uczniów i przedstawia problemy dotyczące przestrzegania praw ucznia podczas zebrań Rady Pedagogicznej, z zachowaniem poufności danych dotyczących indywidualnych spraw.</w:t>
      </w:r>
    </w:p>
    <w:p w14:paraId="3A497918" w14:textId="77777777" w:rsidR="00C127F7" w:rsidRDefault="00000000">
      <w:pPr>
        <w:spacing w:after="50" w:line="250" w:lineRule="auto"/>
        <w:ind w:left="283" w:hanging="283"/>
        <w:jc w:val="both"/>
      </w:pPr>
      <w:r>
        <w:rPr>
          <w:color w:val="000000"/>
        </w:rPr>
        <w:t>3. Rzecznik może kierować do Dyrektora, Samorządu Uczniowskiego lub Rady Pedagogicznej wnioski i rekomendacje dotyczące zmian w przepisach wewnątrzszkolnych lub sposobie organizacji pracy szkoły.</w:t>
      </w:r>
    </w:p>
    <w:p w14:paraId="2FB7561A" w14:textId="77777777" w:rsidR="00C127F7" w:rsidRDefault="00000000">
      <w:pPr>
        <w:spacing w:after="50" w:line="250" w:lineRule="auto"/>
        <w:ind w:left="283" w:hanging="283"/>
        <w:jc w:val="both"/>
      </w:pPr>
      <w:r>
        <w:rPr>
          <w:color w:val="000000"/>
        </w:rPr>
        <w:t>4. Osoby współpracujące z Rzecznikiem przekazują informacje wyłącznie w zakresie niezbędnym do rozpoznania sprawy i wykonania zadań szkoły.</w:t>
      </w:r>
    </w:p>
    <w:p w14:paraId="276EE8C1" w14:textId="77777777" w:rsidR="00C127F7" w:rsidRDefault="00000000">
      <w:pPr>
        <w:keepNext/>
        <w:spacing w:before="160" w:after="80"/>
        <w:jc w:val="center"/>
      </w:pPr>
      <w:r>
        <w:rPr>
          <w:b/>
          <w:color w:val="1F4E79"/>
          <w:sz w:val="22"/>
        </w:rPr>
        <w:t>Rozdział VIII</w:t>
      </w:r>
      <w:r>
        <w:br/>
      </w:r>
      <w:r>
        <w:rPr>
          <w:b/>
          <w:color w:val="000000"/>
          <w:sz w:val="26"/>
        </w:rPr>
        <w:t>Poufność i ochrona informacji</w:t>
      </w:r>
    </w:p>
    <w:p w14:paraId="64E40EA0" w14:textId="77777777" w:rsidR="00C127F7" w:rsidRDefault="00000000">
      <w:pPr>
        <w:keepNext/>
        <w:spacing w:before="40" w:after="40"/>
        <w:jc w:val="center"/>
      </w:pPr>
      <w:r>
        <w:rPr>
          <w:b/>
          <w:color w:val="000000"/>
          <w:sz w:val="22"/>
        </w:rPr>
        <w:t>§ 12</w:t>
      </w:r>
    </w:p>
    <w:p w14:paraId="1C11FA27" w14:textId="77777777" w:rsidR="00C127F7" w:rsidRDefault="00000000">
      <w:pPr>
        <w:spacing w:after="50" w:line="250" w:lineRule="auto"/>
        <w:ind w:left="283" w:hanging="283"/>
        <w:jc w:val="both"/>
      </w:pPr>
      <w:r>
        <w:rPr>
          <w:color w:val="000000"/>
        </w:rPr>
        <w:t>1. Rzecznik chroni prywatność ucznia i nie udostępnia publicznie tożsamości osoby zgłaszającej sprawę ani danych osób, których sprawa dotyczy.</w:t>
      </w:r>
    </w:p>
    <w:p w14:paraId="78B65E77" w14:textId="77777777" w:rsidR="00C127F7" w:rsidRDefault="00000000">
      <w:pPr>
        <w:spacing w:after="50" w:line="250" w:lineRule="auto"/>
        <w:ind w:left="283" w:hanging="283"/>
        <w:jc w:val="both"/>
      </w:pPr>
      <w:r>
        <w:rPr>
          <w:color w:val="000000"/>
        </w:rPr>
        <w:t>2. Zasada poufności nie oznacza zachowania informacji wyłącznie przez Rzecznika, jeżeli jej przekazanie Dyrektorowi lub innej uprawnionej osobie jest konieczne dla ochrony zdrowia, życia, bezpieczeństwa lub praw ucznia, wszczęcia właściwego postępowania albo realizacji obowiązków szkoły.</w:t>
      </w:r>
    </w:p>
    <w:p w14:paraId="0752F332" w14:textId="77777777" w:rsidR="00C127F7" w:rsidRDefault="00000000">
      <w:pPr>
        <w:spacing w:after="50" w:line="250" w:lineRule="auto"/>
        <w:ind w:left="283" w:hanging="283"/>
        <w:jc w:val="both"/>
      </w:pPr>
      <w:r>
        <w:rPr>
          <w:color w:val="000000"/>
        </w:rPr>
        <w:t>3. Przed rozpoczęciem rozmowy Rzecznik informuje ucznia, w sposób dostosowany do jego wieku, o zakresie poufności oraz sytuacjach, w których informacja musi zostać przekazana dalej.</w:t>
      </w:r>
    </w:p>
    <w:p w14:paraId="1448714D" w14:textId="77777777" w:rsidR="00C127F7" w:rsidRDefault="00000000">
      <w:pPr>
        <w:spacing w:after="50" w:line="250" w:lineRule="auto"/>
        <w:ind w:left="283" w:hanging="283"/>
        <w:jc w:val="both"/>
      </w:pPr>
      <w:r>
        <w:rPr>
          <w:color w:val="000000"/>
        </w:rPr>
        <w:t>4. Dane osobowe i informacje o sprawach przetwarza się wyłącznie w zakresie niezbędnym, zgodnie z zasadami obowiązującymi w szkole.</w:t>
      </w:r>
    </w:p>
    <w:p w14:paraId="3A2F49ED" w14:textId="77777777" w:rsidR="00C127F7" w:rsidRDefault="00000000">
      <w:pPr>
        <w:spacing w:after="50" w:line="250" w:lineRule="auto"/>
        <w:ind w:left="283" w:hanging="283"/>
        <w:jc w:val="both"/>
      </w:pPr>
      <w:r>
        <w:rPr>
          <w:color w:val="000000"/>
        </w:rPr>
        <w:t>5. Informacje przedstawiane Radzie Pedagogicznej, Samorządowi Uczniowskiemu, rodzicom lub społeczności szkolnej mają charakter ogólny i nie mogą umożliwiać rozpoznania osób uczestniczących w indywidualnej sprawie.</w:t>
      </w:r>
    </w:p>
    <w:p w14:paraId="4333D05B" w14:textId="77777777" w:rsidR="00C127F7" w:rsidRDefault="00000000">
      <w:pPr>
        <w:keepNext/>
        <w:spacing w:before="160" w:after="80"/>
        <w:jc w:val="center"/>
      </w:pPr>
      <w:r>
        <w:rPr>
          <w:b/>
          <w:color w:val="1F4E79"/>
          <w:sz w:val="22"/>
        </w:rPr>
        <w:lastRenderedPageBreak/>
        <w:t>Rozdział IX</w:t>
      </w:r>
      <w:r>
        <w:br/>
      </w:r>
      <w:r>
        <w:rPr>
          <w:b/>
          <w:color w:val="000000"/>
          <w:sz w:val="26"/>
        </w:rPr>
        <w:t>Dokumentowanie działalności i sprawozdawczość</w:t>
      </w:r>
    </w:p>
    <w:p w14:paraId="35CD02EF" w14:textId="77777777" w:rsidR="00C127F7" w:rsidRDefault="00000000">
      <w:pPr>
        <w:keepNext/>
        <w:spacing w:before="40" w:after="40"/>
        <w:jc w:val="center"/>
      </w:pPr>
      <w:r>
        <w:rPr>
          <w:b/>
          <w:color w:val="000000"/>
          <w:sz w:val="22"/>
        </w:rPr>
        <w:t>§ 13</w:t>
      </w:r>
    </w:p>
    <w:p w14:paraId="14F6566E" w14:textId="77777777" w:rsidR="00C127F7" w:rsidRDefault="00000000">
      <w:pPr>
        <w:spacing w:after="50" w:line="250" w:lineRule="auto"/>
        <w:ind w:left="283" w:hanging="283"/>
        <w:jc w:val="both"/>
      </w:pPr>
      <w:r>
        <w:rPr>
          <w:color w:val="000000"/>
        </w:rPr>
        <w:t>1. Rzecznik prowadzi dokumentację swojej działalności w zakresie niezbędnym do wykazania podjętych działań oraz zapewnienia ciągłości spraw.</w:t>
      </w:r>
    </w:p>
    <w:p w14:paraId="495E7800" w14:textId="77777777" w:rsidR="00C127F7" w:rsidRDefault="00000000">
      <w:pPr>
        <w:spacing w:after="50" w:line="250" w:lineRule="auto"/>
        <w:ind w:left="283" w:hanging="283"/>
        <w:jc w:val="both"/>
      </w:pPr>
      <w:r>
        <w:rPr>
          <w:color w:val="000000"/>
        </w:rPr>
        <w:t>2. Dokumentacja Rzecznika może obejmować:</w:t>
      </w:r>
    </w:p>
    <w:p w14:paraId="482E8120" w14:textId="77777777" w:rsidR="00C127F7" w:rsidRDefault="00000000">
      <w:pPr>
        <w:spacing w:after="50" w:line="250" w:lineRule="auto"/>
        <w:ind w:left="595" w:hanging="272"/>
        <w:jc w:val="both"/>
      </w:pPr>
      <w:r>
        <w:rPr>
          <w:color w:val="000000"/>
        </w:rPr>
        <w:t>1) plan lub harmonogram działań informacyjnych i dyżurów;</w:t>
      </w:r>
    </w:p>
    <w:p w14:paraId="3B1C7C65" w14:textId="77777777" w:rsidR="00C127F7" w:rsidRDefault="00000000">
      <w:pPr>
        <w:spacing w:after="50" w:line="250" w:lineRule="auto"/>
        <w:ind w:left="595" w:hanging="272"/>
        <w:jc w:val="both"/>
      </w:pPr>
      <w:r>
        <w:rPr>
          <w:color w:val="000000"/>
        </w:rPr>
        <w:t>2) uproszczony rejestr zgłoszeń i spraw;</w:t>
      </w:r>
    </w:p>
    <w:p w14:paraId="4EDD0B61" w14:textId="77777777" w:rsidR="00C127F7" w:rsidRDefault="00000000">
      <w:pPr>
        <w:spacing w:after="50" w:line="250" w:lineRule="auto"/>
        <w:ind w:left="595" w:hanging="272"/>
        <w:jc w:val="both"/>
      </w:pPr>
      <w:r>
        <w:rPr>
          <w:color w:val="000000"/>
        </w:rPr>
        <w:t>3) karty przebiegu spraw lub notatki z podjętych czynności;</w:t>
      </w:r>
    </w:p>
    <w:p w14:paraId="110A562B" w14:textId="77777777" w:rsidR="00C127F7" w:rsidRDefault="00000000">
      <w:pPr>
        <w:spacing w:after="50" w:line="250" w:lineRule="auto"/>
        <w:ind w:left="595" w:hanging="272"/>
        <w:jc w:val="both"/>
      </w:pPr>
      <w:r>
        <w:rPr>
          <w:color w:val="000000"/>
        </w:rPr>
        <w:t>4) porozumienia mediacyjne – jeżeli zostały sporządzone;</w:t>
      </w:r>
    </w:p>
    <w:p w14:paraId="54985F80" w14:textId="77777777" w:rsidR="00C127F7" w:rsidRDefault="00000000">
      <w:pPr>
        <w:spacing w:after="50" w:line="250" w:lineRule="auto"/>
        <w:ind w:left="595" w:hanging="272"/>
        <w:jc w:val="both"/>
      </w:pPr>
      <w:r>
        <w:rPr>
          <w:color w:val="000000"/>
        </w:rPr>
        <w:t>5) wnioski i rekomendacje kierowane do Dyrektora, Samorządu Uczniowskiego lub Rady Pedagogicznej;</w:t>
      </w:r>
    </w:p>
    <w:p w14:paraId="74948DF5" w14:textId="77777777" w:rsidR="00C127F7" w:rsidRDefault="00000000">
      <w:pPr>
        <w:spacing w:after="50" w:line="250" w:lineRule="auto"/>
        <w:ind w:left="595" w:hanging="272"/>
        <w:jc w:val="both"/>
      </w:pPr>
      <w:r>
        <w:rPr>
          <w:color w:val="000000"/>
        </w:rPr>
        <w:t>6) roczne sprawozdanie z działalności.</w:t>
      </w:r>
    </w:p>
    <w:p w14:paraId="0216F5C1" w14:textId="77777777" w:rsidR="00C127F7" w:rsidRDefault="00000000">
      <w:pPr>
        <w:spacing w:after="50" w:line="250" w:lineRule="auto"/>
        <w:ind w:left="283" w:hanging="283"/>
        <w:jc w:val="both"/>
      </w:pPr>
      <w:r>
        <w:rPr>
          <w:color w:val="000000"/>
        </w:rPr>
        <w:t>3. W uproszczonym rejestrze wpisuje się w szczególności numer sprawy, datę zgłoszenia, ogólny przedmiot sprawy, podjęte działania, datę zakończenia i status sprawy. Nie zamieszcza się w nim szczegółowych opisów zdarzeń ani danych, które nie są konieczne.</w:t>
      </w:r>
    </w:p>
    <w:p w14:paraId="45DEA96E" w14:textId="77777777" w:rsidR="00C127F7" w:rsidRDefault="00000000">
      <w:pPr>
        <w:spacing w:after="50" w:line="250" w:lineRule="auto"/>
        <w:ind w:left="283" w:hanging="283"/>
        <w:jc w:val="both"/>
      </w:pPr>
      <w:r>
        <w:rPr>
          <w:color w:val="000000"/>
        </w:rPr>
        <w:t>4. Dokumentację indywidualnych spraw przechowuje się w sposób zabezpieczający ją przed dostępem osób nieuprawnionych. Dostęp do niej ma Rzecznik oraz Dyrektor w zakresie wynikającym z odpowiedzialności za działalność szkoły i bezpieczeństwo uczniów.</w:t>
      </w:r>
    </w:p>
    <w:p w14:paraId="0A16C346" w14:textId="77777777" w:rsidR="00C127F7" w:rsidRDefault="00000000">
      <w:pPr>
        <w:spacing w:after="50" w:line="250" w:lineRule="auto"/>
        <w:ind w:left="283" w:hanging="283"/>
        <w:jc w:val="both"/>
      </w:pPr>
      <w:r>
        <w:rPr>
          <w:color w:val="000000"/>
        </w:rPr>
        <w:t>5. Formalne skargi rozpatrywane przez Dyrektora dokumentuje się w dokumentacji prowadzonej przez Dyrektora. Rzecznik nie tworzy jej kopii, jeżeli nie jest to konieczne do udokumentowania własnych czynności.</w:t>
      </w:r>
    </w:p>
    <w:p w14:paraId="264E0489" w14:textId="77777777" w:rsidR="00C127F7" w:rsidRDefault="00000000">
      <w:pPr>
        <w:spacing w:after="50" w:line="250" w:lineRule="auto"/>
        <w:ind w:left="283" w:hanging="283"/>
        <w:jc w:val="both"/>
      </w:pPr>
      <w:r>
        <w:rPr>
          <w:color w:val="000000"/>
        </w:rPr>
        <w:t>6. Rzecznik sporządza po zakończeniu roku szkolnego sprawozdanie obejmujące liczbę i ogólne rodzaje zgłoszeń, rodzaje podjętych działań, działania informacyjne oraz wnioski dotyczące przestrzegania praw uczniów. Sprawozdanie nie zawiera danych pozwalających zidentyfikować osoby.</w:t>
      </w:r>
    </w:p>
    <w:p w14:paraId="1A10C6C7" w14:textId="77777777" w:rsidR="00C127F7" w:rsidRDefault="00000000">
      <w:pPr>
        <w:spacing w:after="50" w:line="250" w:lineRule="auto"/>
        <w:ind w:left="283" w:hanging="283"/>
        <w:jc w:val="both"/>
      </w:pPr>
      <w:r>
        <w:rPr>
          <w:color w:val="000000"/>
        </w:rPr>
        <w:t>7. Sprawozdanie Rzecznik przedstawia Dyrektorowi, Samorządowi Uczniowskiemu i Radzie Pedagogicznej w zakresie właściwym dla każdego z tych podmiotów.</w:t>
      </w:r>
    </w:p>
    <w:p w14:paraId="10A66CF4" w14:textId="77777777" w:rsidR="00C127F7" w:rsidRDefault="00000000">
      <w:pPr>
        <w:keepNext/>
        <w:spacing w:before="160" w:after="80"/>
        <w:jc w:val="center"/>
      </w:pPr>
      <w:r>
        <w:rPr>
          <w:b/>
          <w:color w:val="1F4E79"/>
          <w:sz w:val="22"/>
        </w:rPr>
        <w:t>Rozdział X</w:t>
      </w:r>
      <w:r>
        <w:br/>
      </w:r>
      <w:r>
        <w:rPr>
          <w:b/>
          <w:color w:val="000000"/>
          <w:sz w:val="26"/>
        </w:rPr>
        <w:t>Postanowienia końcowe</w:t>
      </w:r>
    </w:p>
    <w:p w14:paraId="5BAE8A01" w14:textId="77777777" w:rsidR="00C127F7" w:rsidRDefault="00000000">
      <w:pPr>
        <w:keepNext/>
        <w:spacing w:before="40" w:after="40"/>
        <w:jc w:val="center"/>
      </w:pPr>
      <w:r>
        <w:rPr>
          <w:b/>
          <w:color w:val="000000"/>
          <w:sz w:val="22"/>
        </w:rPr>
        <w:t>§ 14</w:t>
      </w:r>
    </w:p>
    <w:p w14:paraId="51F13F80" w14:textId="77777777" w:rsidR="00C127F7" w:rsidRDefault="00000000">
      <w:pPr>
        <w:spacing w:after="50" w:line="250" w:lineRule="auto"/>
        <w:ind w:left="283" w:hanging="283"/>
        <w:jc w:val="both"/>
      </w:pPr>
      <w:r>
        <w:rPr>
          <w:color w:val="000000"/>
        </w:rPr>
        <w:t>1. W sprawach nieuregulowanych w niniejszym Regulaminie stosuje się postanowienia Statutu Szkoły, Regulaminu Samorządu Uczniowskiego, Standardów Ochrony Małoletnich oraz innych obowiązujących w szkole procedur.</w:t>
      </w:r>
    </w:p>
    <w:p w14:paraId="2F1DE3FF" w14:textId="77777777" w:rsidR="00C127F7" w:rsidRDefault="00000000">
      <w:pPr>
        <w:spacing w:after="50" w:line="250" w:lineRule="auto"/>
        <w:ind w:left="283" w:hanging="283"/>
        <w:jc w:val="both"/>
      </w:pPr>
      <w:r>
        <w:rPr>
          <w:color w:val="000000"/>
        </w:rPr>
        <w:t>2. Postanowienia Regulaminu nie mogą być interpretowane w sposób ograniczający prawa ucznia określone w Statucie Szkoły lub przenoszący na Rzecznika kompetencje zastrzeżone dla Dyrektora albo organów szkoły.</w:t>
      </w:r>
    </w:p>
    <w:p w14:paraId="28C086F4" w14:textId="77777777" w:rsidR="00C127F7" w:rsidRDefault="00000000">
      <w:pPr>
        <w:spacing w:after="50" w:line="250" w:lineRule="auto"/>
        <w:ind w:left="283" w:hanging="283"/>
        <w:jc w:val="both"/>
      </w:pPr>
      <w:r>
        <w:rPr>
          <w:color w:val="000000"/>
        </w:rPr>
        <w:t>3. Zmiany Regulaminu wprowadza się w trybie właściwym dla dokumentu, którym Regulamin został przyjęty do stosowania w szkole.</w:t>
      </w:r>
    </w:p>
    <w:p w14:paraId="7D0605E5" w14:textId="77777777" w:rsidR="00C127F7" w:rsidRDefault="00000000">
      <w:pPr>
        <w:spacing w:after="50" w:line="250" w:lineRule="auto"/>
        <w:ind w:left="283" w:hanging="283"/>
        <w:jc w:val="both"/>
      </w:pPr>
      <w:r>
        <w:rPr>
          <w:color w:val="000000"/>
        </w:rPr>
        <w:t>4. Załączniki nr 1–18 stanowią integralną część niniejszego Regulaminu.</w:t>
      </w:r>
    </w:p>
    <w:p w14:paraId="6B1D186D" w14:textId="77777777" w:rsidR="00C127F7" w:rsidRDefault="00000000">
      <w:pPr>
        <w:spacing w:after="50" w:line="250" w:lineRule="auto"/>
        <w:ind w:left="283" w:hanging="283"/>
        <w:jc w:val="both"/>
      </w:pPr>
      <w:r>
        <w:rPr>
          <w:color w:val="000000"/>
        </w:rPr>
        <w:t>5. Regulamin wchodzi w życie z dniem wskazanym w dokumencie wprowadzającym go do stosowania.</w:t>
      </w:r>
    </w:p>
    <w:p w14:paraId="563EFFB6" w14:textId="77777777" w:rsidR="00C127F7" w:rsidRDefault="00000000">
      <w:pPr>
        <w:spacing w:before="240" w:after="100"/>
      </w:pPr>
      <w:r>
        <w:rPr>
          <w:color w:val="000000"/>
          <w:sz w:val="20"/>
        </w:rPr>
        <w:t>Poznań, dnia ........................................</w:t>
      </w:r>
    </w:p>
    <w:p w14:paraId="49E4DB88" w14:textId="77777777" w:rsidR="00C127F7" w:rsidRDefault="00C127F7">
      <w:pPr>
        <w:spacing w:before="160"/>
      </w:pPr>
    </w:p>
    <w:tbl>
      <w:tblPr>
        <w:tblW w:w="0" w:type="auto"/>
        <w:jc w:val="center"/>
        <w:tblLayout w:type="fixed"/>
        <w:tblLook w:val="04A0" w:firstRow="1" w:lastRow="0" w:firstColumn="1" w:lastColumn="0" w:noHBand="0" w:noVBand="1"/>
      </w:tblPr>
      <w:tblGrid>
        <w:gridCol w:w="3345"/>
        <w:gridCol w:w="3345"/>
        <w:gridCol w:w="3345"/>
      </w:tblGrid>
      <w:tr w:rsidR="00C127F7" w14:paraId="4DBEDC9E" w14:textId="77777777">
        <w:trPr>
          <w:jc w:val="center"/>
        </w:trPr>
        <w:tc>
          <w:tcPr>
            <w:tcW w:w="3345" w:type="dxa"/>
            <w:tcBorders>
              <w:top w:val="nil"/>
              <w:left w:val="nil"/>
              <w:bottom w:val="nil"/>
              <w:right w:val="nil"/>
            </w:tcBorders>
            <w:tcMar>
              <w:top w:w="70" w:type="dxa"/>
              <w:left w:w="90" w:type="dxa"/>
              <w:bottom w:w="70" w:type="dxa"/>
              <w:right w:w="90" w:type="dxa"/>
            </w:tcMar>
            <w:vAlign w:val="center"/>
          </w:tcPr>
          <w:p w14:paraId="6BC6D841" w14:textId="77777777" w:rsidR="00C127F7" w:rsidRDefault="00000000">
            <w:pPr>
              <w:jc w:val="center"/>
            </w:pPr>
            <w:r>
              <w:rPr>
                <w:color w:val="666666"/>
                <w:sz w:val="18"/>
              </w:rPr>
              <w:t>........................................................</w:t>
            </w:r>
          </w:p>
        </w:tc>
        <w:tc>
          <w:tcPr>
            <w:tcW w:w="3345" w:type="dxa"/>
            <w:tcBorders>
              <w:top w:val="nil"/>
              <w:left w:val="nil"/>
              <w:bottom w:val="nil"/>
              <w:right w:val="nil"/>
            </w:tcBorders>
            <w:tcMar>
              <w:top w:w="70" w:type="dxa"/>
              <w:left w:w="90" w:type="dxa"/>
              <w:bottom w:w="70" w:type="dxa"/>
              <w:right w:w="90" w:type="dxa"/>
            </w:tcMar>
            <w:vAlign w:val="center"/>
          </w:tcPr>
          <w:p w14:paraId="46632C60" w14:textId="77777777" w:rsidR="00C127F7" w:rsidRDefault="00000000">
            <w:pPr>
              <w:jc w:val="center"/>
            </w:pPr>
            <w:r>
              <w:rPr>
                <w:color w:val="666666"/>
                <w:sz w:val="18"/>
              </w:rPr>
              <w:t>........................................................</w:t>
            </w:r>
          </w:p>
        </w:tc>
        <w:tc>
          <w:tcPr>
            <w:tcW w:w="3345" w:type="dxa"/>
            <w:tcBorders>
              <w:top w:val="nil"/>
              <w:left w:val="nil"/>
              <w:bottom w:val="nil"/>
              <w:right w:val="nil"/>
            </w:tcBorders>
            <w:tcMar>
              <w:top w:w="70" w:type="dxa"/>
              <w:left w:w="90" w:type="dxa"/>
              <w:bottom w:w="70" w:type="dxa"/>
              <w:right w:w="90" w:type="dxa"/>
            </w:tcMar>
            <w:vAlign w:val="center"/>
          </w:tcPr>
          <w:p w14:paraId="65AA34F7" w14:textId="77777777" w:rsidR="00C127F7" w:rsidRDefault="00000000">
            <w:pPr>
              <w:jc w:val="center"/>
            </w:pPr>
            <w:r>
              <w:rPr>
                <w:color w:val="666666"/>
                <w:sz w:val="18"/>
              </w:rPr>
              <w:t>........................................................</w:t>
            </w:r>
          </w:p>
        </w:tc>
      </w:tr>
      <w:tr w:rsidR="00C127F7" w14:paraId="5D01C92D" w14:textId="77777777">
        <w:trPr>
          <w:jc w:val="center"/>
        </w:trPr>
        <w:tc>
          <w:tcPr>
            <w:tcW w:w="3345" w:type="dxa"/>
            <w:tcBorders>
              <w:top w:val="nil"/>
              <w:left w:val="nil"/>
              <w:bottom w:val="nil"/>
              <w:right w:val="nil"/>
            </w:tcBorders>
            <w:tcMar>
              <w:top w:w="70" w:type="dxa"/>
              <w:left w:w="90" w:type="dxa"/>
              <w:bottom w:w="70" w:type="dxa"/>
              <w:right w:w="90" w:type="dxa"/>
            </w:tcMar>
            <w:vAlign w:val="center"/>
          </w:tcPr>
          <w:p w14:paraId="2E228107" w14:textId="77777777" w:rsidR="00C127F7" w:rsidRDefault="00000000">
            <w:pPr>
              <w:jc w:val="center"/>
            </w:pPr>
            <w:r>
              <w:rPr>
                <w:color w:val="666666"/>
                <w:sz w:val="17"/>
              </w:rPr>
              <w:t>Szkolny Rzecznik Praw Ucznia</w:t>
            </w:r>
          </w:p>
        </w:tc>
        <w:tc>
          <w:tcPr>
            <w:tcW w:w="3345" w:type="dxa"/>
            <w:tcBorders>
              <w:top w:val="nil"/>
              <w:left w:val="nil"/>
              <w:bottom w:val="nil"/>
              <w:right w:val="nil"/>
            </w:tcBorders>
            <w:tcMar>
              <w:top w:w="70" w:type="dxa"/>
              <w:left w:w="90" w:type="dxa"/>
              <w:bottom w:w="70" w:type="dxa"/>
              <w:right w:w="90" w:type="dxa"/>
            </w:tcMar>
            <w:vAlign w:val="center"/>
          </w:tcPr>
          <w:p w14:paraId="7CBCA508" w14:textId="77777777" w:rsidR="00C127F7" w:rsidRDefault="00000000">
            <w:pPr>
              <w:jc w:val="center"/>
            </w:pPr>
            <w:r>
              <w:rPr>
                <w:color w:val="666666"/>
                <w:sz w:val="17"/>
              </w:rPr>
              <w:t>Dyrektor Szkoły</w:t>
            </w:r>
          </w:p>
        </w:tc>
        <w:tc>
          <w:tcPr>
            <w:tcW w:w="3345" w:type="dxa"/>
            <w:tcBorders>
              <w:top w:val="nil"/>
              <w:left w:val="nil"/>
              <w:bottom w:val="nil"/>
              <w:right w:val="nil"/>
            </w:tcBorders>
            <w:tcMar>
              <w:top w:w="70" w:type="dxa"/>
              <w:left w:w="90" w:type="dxa"/>
              <w:bottom w:w="70" w:type="dxa"/>
              <w:right w:w="90" w:type="dxa"/>
            </w:tcMar>
            <w:vAlign w:val="center"/>
          </w:tcPr>
          <w:p w14:paraId="6C142CA6" w14:textId="77777777" w:rsidR="00C127F7" w:rsidRDefault="00000000">
            <w:pPr>
              <w:jc w:val="center"/>
            </w:pPr>
            <w:r>
              <w:rPr>
                <w:color w:val="666666"/>
                <w:sz w:val="17"/>
              </w:rPr>
              <w:t>Przewodniczący Samorządu Uczniowskiego</w:t>
            </w:r>
            <w:r>
              <w:rPr>
                <w:color w:val="666666"/>
                <w:sz w:val="17"/>
              </w:rPr>
              <w:br/>
              <w:t>(potwierdzenie zapoznania)</w:t>
            </w:r>
          </w:p>
        </w:tc>
      </w:tr>
    </w:tbl>
    <w:p w14:paraId="288F9A57" w14:textId="77777777" w:rsidR="00C127F7" w:rsidRDefault="00C127F7">
      <w:pPr>
        <w:sectPr w:rsidR="00C127F7">
          <w:headerReference w:type="default" r:id="rId9"/>
          <w:footerReference w:type="default" r:id="rId10"/>
          <w:pgSz w:w="11906" w:h="16838"/>
          <w:pgMar w:top="765" w:right="907" w:bottom="709" w:left="907" w:header="312" w:footer="312" w:gutter="0"/>
          <w:cols w:space="720"/>
          <w:docGrid w:linePitch="360"/>
        </w:sectPr>
      </w:pPr>
    </w:p>
    <w:p w14:paraId="2820D107" w14:textId="77777777" w:rsidR="00C127F7" w:rsidRDefault="00000000">
      <w:pPr>
        <w:spacing w:before="40" w:after="60"/>
        <w:jc w:val="center"/>
      </w:pPr>
      <w:r>
        <w:rPr>
          <w:noProof/>
        </w:rPr>
        <w:lastRenderedPageBreak/>
        <w:drawing>
          <wp:inline distT="0" distB="0" distL="0" distR="0" wp14:anchorId="0E19A283" wp14:editId="087C2E9F">
            <wp:extent cx="864000" cy="86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59_logo.png"/>
                    <pic:cNvPicPr/>
                  </pic:nvPicPr>
                  <pic:blipFill>
                    <a:blip r:embed="rId8"/>
                    <a:stretch>
                      <a:fillRect/>
                    </a:stretch>
                  </pic:blipFill>
                  <pic:spPr>
                    <a:xfrm>
                      <a:off x="0" y="0"/>
                      <a:ext cx="864000" cy="864000"/>
                    </a:xfrm>
                    <a:prstGeom prst="rect">
                      <a:avLst/>
                    </a:prstGeom>
                  </pic:spPr>
                </pic:pic>
              </a:graphicData>
            </a:graphic>
          </wp:inline>
        </w:drawing>
      </w:r>
    </w:p>
    <w:p w14:paraId="0DFFAFB8" w14:textId="77777777" w:rsidR="00C127F7" w:rsidRDefault="00000000">
      <w:pPr>
        <w:spacing w:before="40" w:after="20"/>
        <w:jc w:val="center"/>
      </w:pPr>
      <w:r>
        <w:rPr>
          <w:b/>
          <w:color w:val="1F4E79"/>
          <w:sz w:val="32"/>
        </w:rPr>
        <w:t>CZĘŚĆ II. ZAŁĄCZNIKI DO REGULAMINU</w:t>
      </w:r>
    </w:p>
    <w:p w14:paraId="2504E5D6" w14:textId="77777777" w:rsidR="00C127F7" w:rsidRDefault="00000000">
      <w:pPr>
        <w:spacing w:after="160"/>
        <w:jc w:val="center"/>
      </w:pPr>
      <w:r>
        <w:rPr>
          <w:b/>
          <w:color w:val="000000"/>
          <w:sz w:val="28"/>
        </w:rPr>
        <w:t>SZKOLNEGO RZECZNIKA PRAW UCZNIA</w:t>
      </w:r>
    </w:p>
    <w:p w14:paraId="47F1FADD" w14:textId="77777777" w:rsidR="00C127F7" w:rsidRDefault="00000000">
      <w:pPr>
        <w:spacing w:after="140"/>
        <w:jc w:val="center"/>
      </w:pPr>
      <w:r>
        <w:rPr>
          <w:i/>
          <w:color w:val="666666"/>
        </w:rPr>
        <w:t>Wzory dokumentów do stosowania odpowiednio do rodzaju sprawy</w:t>
      </w:r>
    </w:p>
    <w:tbl>
      <w:tblPr>
        <w:tblW w:w="0" w:type="auto"/>
        <w:jc w:val="center"/>
        <w:tblLayout w:type="fixed"/>
        <w:tblLook w:val="04A0" w:firstRow="1" w:lastRow="0" w:firstColumn="1" w:lastColumn="0" w:noHBand="0" w:noVBand="1"/>
      </w:tblPr>
      <w:tblGrid>
        <w:gridCol w:w="850"/>
        <w:gridCol w:w="9071"/>
      </w:tblGrid>
      <w:tr w:rsidR="00C127F7" w14:paraId="22E63744" w14:textId="77777777">
        <w:trPr>
          <w:jc w:val="center"/>
        </w:trPr>
        <w:tc>
          <w:tcPr>
            <w:tcW w:w="850"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2931CC00" w14:textId="77777777" w:rsidR="00C127F7" w:rsidRDefault="00000000">
            <w:pPr>
              <w:jc w:val="center"/>
            </w:pPr>
            <w:r>
              <w:rPr>
                <w:b/>
                <w:color w:val="000000"/>
                <w:sz w:val="19"/>
              </w:rPr>
              <w:t>Nr</w:t>
            </w:r>
          </w:p>
        </w:tc>
        <w:tc>
          <w:tcPr>
            <w:tcW w:w="9071"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766BDC10" w14:textId="77777777" w:rsidR="00C127F7" w:rsidRDefault="00000000">
            <w:pPr>
              <w:jc w:val="center"/>
            </w:pPr>
            <w:r>
              <w:rPr>
                <w:b/>
                <w:color w:val="000000"/>
                <w:sz w:val="19"/>
              </w:rPr>
              <w:t>Nazwa załącznika</w:t>
            </w:r>
          </w:p>
        </w:tc>
      </w:tr>
      <w:tr w:rsidR="00C127F7" w14:paraId="012CF13A" w14:textId="77777777">
        <w:trPr>
          <w:trHeight w:val="351"/>
          <w:jc w:val="center"/>
        </w:trPr>
        <w:tc>
          <w:tcPr>
            <w:tcW w:w="850"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4E30371" w14:textId="77777777" w:rsidR="00C127F7" w:rsidRDefault="00000000">
            <w:pPr>
              <w:jc w:val="center"/>
            </w:pPr>
            <w:r>
              <w:rPr>
                <w:b/>
                <w:color w:val="000000"/>
                <w:sz w:val="18"/>
              </w:rPr>
              <w:t>1</w:t>
            </w:r>
          </w:p>
        </w:tc>
        <w:tc>
          <w:tcPr>
            <w:tcW w:w="907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407FACA" w14:textId="77777777" w:rsidR="00C127F7" w:rsidRDefault="00000000">
            <w:r>
              <w:rPr>
                <w:color w:val="000000"/>
                <w:sz w:val="18"/>
              </w:rPr>
              <w:t>Oświadczenie nauczyciela o zgodzie na kandydowanie i pełnienie funkcji Rzecznika</w:t>
            </w:r>
          </w:p>
        </w:tc>
      </w:tr>
      <w:tr w:rsidR="00C127F7" w14:paraId="767D8536" w14:textId="77777777">
        <w:trPr>
          <w:trHeight w:val="351"/>
          <w:jc w:val="center"/>
        </w:trPr>
        <w:tc>
          <w:tcPr>
            <w:tcW w:w="850" w:type="dxa"/>
            <w:tcBorders>
              <w:top w:val="single" w:sz="5" w:space="0" w:color="6B6B6B"/>
              <w:left w:val="single" w:sz="5" w:space="0" w:color="6B6B6B"/>
              <w:bottom w:val="single" w:sz="5" w:space="0" w:color="6B6B6B"/>
              <w:right w:val="single" w:sz="5" w:space="0" w:color="6B6B6B"/>
            </w:tcBorders>
            <w:shd w:val="clear" w:color="auto" w:fill="EEF5FB"/>
            <w:tcMar>
              <w:top w:w="70" w:type="dxa"/>
              <w:left w:w="90" w:type="dxa"/>
              <w:bottom w:w="70" w:type="dxa"/>
              <w:right w:w="90" w:type="dxa"/>
            </w:tcMar>
            <w:vAlign w:val="center"/>
          </w:tcPr>
          <w:p w14:paraId="342EE961" w14:textId="77777777" w:rsidR="00C127F7" w:rsidRDefault="00000000">
            <w:pPr>
              <w:jc w:val="center"/>
            </w:pPr>
            <w:r>
              <w:rPr>
                <w:b/>
                <w:color w:val="000000"/>
                <w:sz w:val="18"/>
              </w:rPr>
              <w:t>2</w:t>
            </w:r>
          </w:p>
        </w:tc>
        <w:tc>
          <w:tcPr>
            <w:tcW w:w="9071" w:type="dxa"/>
            <w:tcBorders>
              <w:top w:val="single" w:sz="5" w:space="0" w:color="6B6B6B"/>
              <w:left w:val="single" w:sz="5" w:space="0" w:color="6B6B6B"/>
              <w:bottom w:val="single" w:sz="5" w:space="0" w:color="6B6B6B"/>
              <w:right w:val="single" w:sz="5" w:space="0" w:color="6B6B6B"/>
            </w:tcBorders>
            <w:shd w:val="clear" w:color="auto" w:fill="EEF5FB"/>
            <w:tcMar>
              <w:top w:w="70" w:type="dxa"/>
              <w:left w:w="90" w:type="dxa"/>
              <w:bottom w:w="70" w:type="dxa"/>
              <w:right w:w="90" w:type="dxa"/>
            </w:tcMar>
            <w:vAlign w:val="center"/>
          </w:tcPr>
          <w:p w14:paraId="06BC07A2" w14:textId="77777777" w:rsidR="00C127F7" w:rsidRDefault="00000000">
            <w:r>
              <w:rPr>
                <w:color w:val="000000"/>
                <w:sz w:val="18"/>
              </w:rPr>
              <w:t>Protokół Komisji Wyborczej z wyborów Rzecznika</w:t>
            </w:r>
          </w:p>
        </w:tc>
      </w:tr>
      <w:tr w:rsidR="00C127F7" w14:paraId="46184DBE" w14:textId="77777777">
        <w:trPr>
          <w:trHeight w:val="351"/>
          <w:jc w:val="center"/>
        </w:trPr>
        <w:tc>
          <w:tcPr>
            <w:tcW w:w="850"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86C6962" w14:textId="77777777" w:rsidR="00C127F7" w:rsidRDefault="00000000">
            <w:pPr>
              <w:jc w:val="center"/>
            </w:pPr>
            <w:r>
              <w:rPr>
                <w:b/>
                <w:color w:val="000000"/>
                <w:sz w:val="18"/>
              </w:rPr>
              <w:t>3</w:t>
            </w:r>
          </w:p>
        </w:tc>
        <w:tc>
          <w:tcPr>
            <w:tcW w:w="907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213A11C" w14:textId="77777777" w:rsidR="00C127F7" w:rsidRDefault="00000000">
            <w:r>
              <w:rPr>
                <w:color w:val="000000"/>
                <w:sz w:val="18"/>
              </w:rPr>
              <w:t>Informacja o wyniku wyborów i okresie kadencji Rzecznika</w:t>
            </w:r>
          </w:p>
        </w:tc>
      </w:tr>
      <w:tr w:rsidR="00C127F7" w14:paraId="43D1E891" w14:textId="77777777">
        <w:trPr>
          <w:trHeight w:val="351"/>
          <w:jc w:val="center"/>
        </w:trPr>
        <w:tc>
          <w:tcPr>
            <w:tcW w:w="850" w:type="dxa"/>
            <w:tcBorders>
              <w:top w:val="single" w:sz="5" w:space="0" w:color="6B6B6B"/>
              <w:left w:val="single" w:sz="5" w:space="0" w:color="6B6B6B"/>
              <w:bottom w:val="single" w:sz="5" w:space="0" w:color="6B6B6B"/>
              <w:right w:val="single" w:sz="5" w:space="0" w:color="6B6B6B"/>
            </w:tcBorders>
            <w:shd w:val="clear" w:color="auto" w:fill="EEF5FB"/>
            <w:tcMar>
              <w:top w:w="70" w:type="dxa"/>
              <w:left w:w="90" w:type="dxa"/>
              <w:bottom w:w="70" w:type="dxa"/>
              <w:right w:w="90" w:type="dxa"/>
            </w:tcMar>
            <w:vAlign w:val="center"/>
          </w:tcPr>
          <w:p w14:paraId="2D6B5010" w14:textId="77777777" w:rsidR="00C127F7" w:rsidRDefault="00000000">
            <w:pPr>
              <w:jc w:val="center"/>
            </w:pPr>
            <w:r>
              <w:rPr>
                <w:b/>
                <w:color w:val="000000"/>
                <w:sz w:val="18"/>
              </w:rPr>
              <w:t>4</w:t>
            </w:r>
          </w:p>
        </w:tc>
        <w:tc>
          <w:tcPr>
            <w:tcW w:w="9071" w:type="dxa"/>
            <w:tcBorders>
              <w:top w:val="single" w:sz="5" w:space="0" w:color="6B6B6B"/>
              <w:left w:val="single" w:sz="5" w:space="0" w:color="6B6B6B"/>
              <w:bottom w:val="single" w:sz="5" w:space="0" w:color="6B6B6B"/>
              <w:right w:val="single" w:sz="5" w:space="0" w:color="6B6B6B"/>
            </w:tcBorders>
            <w:shd w:val="clear" w:color="auto" w:fill="EEF5FB"/>
            <w:tcMar>
              <w:top w:w="70" w:type="dxa"/>
              <w:left w:w="90" w:type="dxa"/>
              <w:bottom w:w="70" w:type="dxa"/>
              <w:right w:w="90" w:type="dxa"/>
            </w:tcMar>
            <w:vAlign w:val="center"/>
          </w:tcPr>
          <w:p w14:paraId="08EB3EB9" w14:textId="77777777" w:rsidR="00C127F7" w:rsidRDefault="00000000">
            <w:r>
              <w:rPr>
                <w:color w:val="000000"/>
                <w:sz w:val="18"/>
              </w:rPr>
              <w:t>Rejestr zgłoszeń i spraw</w:t>
            </w:r>
          </w:p>
        </w:tc>
      </w:tr>
      <w:tr w:rsidR="00C127F7" w14:paraId="2BDE65A5" w14:textId="77777777">
        <w:trPr>
          <w:trHeight w:val="351"/>
          <w:jc w:val="center"/>
        </w:trPr>
        <w:tc>
          <w:tcPr>
            <w:tcW w:w="850"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6D3E6B4" w14:textId="77777777" w:rsidR="00C127F7" w:rsidRDefault="00000000">
            <w:pPr>
              <w:jc w:val="center"/>
            </w:pPr>
            <w:r>
              <w:rPr>
                <w:b/>
                <w:color w:val="000000"/>
                <w:sz w:val="18"/>
              </w:rPr>
              <w:t>5</w:t>
            </w:r>
          </w:p>
        </w:tc>
        <w:tc>
          <w:tcPr>
            <w:tcW w:w="907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A467409" w14:textId="77777777" w:rsidR="00C127F7" w:rsidRDefault="00000000">
            <w:r>
              <w:rPr>
                <w:color w:val="000000"/>
                <w:sz w:val="18"/>
              </w:rPr>
              <w:t>Formularz zgłoszenia sprawy do Rzecznika</w:t>
            </w:r>
          </w:p>
        </w:tc>
      </w:tr>
      <w:tr w:rsidR="00C127F7" w14:paraId="017B967D" w14:textId="77777777">
        <w:trPr>
          <w:trHeight w:val="351"/>
          <w:jc w:val="center"/>
        </w:trPr>
        <w:tc>
          <w:tcPr>
            <w:tcW w:w="850" w:type="dxa"/>
            <w:tcBorders>
              <w:top w:val="single" w:sz="5" w:space="0" w:color="6B6B6B"/>
              <w:left w:val="single" w:sz="5" w:space="0" w:color="6B6B6B"/>
              <w:bottom w:val="single" w:sz="5" w:space="0" w:color="6B6B6B"/>
              <w:right w:val="single" w:sz="5" w:space="0" w:color="6B6B6B"/>
            </w:tcBorders>
            <w:shd w:val="clear" w:color="auto" w:fill="EEF5FB"/>
            <w:tcMar>
              <w:top w:w="70" w:type="dxa"/>
              <w:left w:w="90" w:type="dxa"/>
              <w:bottom w:w="70" w:type="dxa"/>
              <w:right w:w="90" w:type="dxa"/>
            </w:tcMar>
            <w:vAlign w:val="center"/>
          </w:tcPr>
          <w:p w14:paraId="0DEE45C2" w14:textId="77777777" w:rsidR="00C127F7" w:rsidRDefault="00000000">
            <w:pPr>
              <w:jc w:val="center"/>
            </w:pPr>
            <w:r>
              <w:rPr>
                <w:b/>
                <w:color w:val="000000"/>
                <w:sz w:val="18"/>
              </w:rPr>
              <w:t>6</w:t>
            </w:r>
          </w:p>
        </w:tc>
        <w:tc>
          <w:tcPr>
            <w:tcW w:w="9071" w:type="dxa"/>
            <w:tcBorders>
              <w:top w:val="single" w:sz="5" w:space="0" w:color="6B6B6B"/>
              <w:left w:val="single" w:sz="5" w:space="0" w:color="6B6B6B"/>
              <w:bottom w:val="single" w:sz="5" w:space="0" w:color="6B6B6B"/>
              <w:right w:val="single" w:sz="5" w:space="0" w:color="6B6B6B"/>
            </w:tcBorders>
            <w:shd w:val="clear" w:color="auto" w:fill="EEF5FB"/>
            <w:tcMar>
              <w:top w:w="70" w:type="dxa"/>
              <w:left w:w="90" w:type="dxa"/>
              <w:bottom w:w="70" w:type="dxa"/>
              <w:right w:w="90" w:type="dxa"/>
            </w:tcMar>
            <w:vAlign w:val="center"/>
          </w:tcPr>
          <w:p w14:paraId="08F6DCA7" w14:textId="77777777" w:rsidR="00C127F7" w:rsidRDefault="00000000">
            <w:r>
              <w:rPr>
                <w:color w:val="000000"/>
                <w:sz w:val="18"/>
              </w:rPr>
              <w:t>Karta przebiegu sprawy</w:t>
            </w:r>
          </w:p>
        </w:tc>
      </w:tr>
      <w:tr w:rsidR="00C127F7" w14:paraId="7295F37B" w14:textId="77777777">
        <w:trPr>
          <w:trHeight w:val="351"/>
          <w:jc w:val="center"/>
        </w:trPr>
        <w:tc>
          <w:tcPr>
            <w:tcW w:w="850"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D48E624" w14:textId="77777777" w:rsidR="00C127F7" w:rsidRDefault="00000000">
            <w:pPr>
              <w:jc w:val="center"/>
            </w:pPr>
            <w:r>
              <w:rPr>
                <w:b/>
                <w:color w:val="000000"/>
                <w:sz w:val="18"/>
              </w:rPr>
              <w:t>7</w:t>
            </w:r>
          </w:p>
        </w:tc>
        <w:tc>
          <w:tcPr>
            <w:tcW w:w="907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0B1DDC6" w14:textId="77777777" w:rsidR="00C127F7" w:rsidRDefault="00000000">
            <w:r>
              <w:rPr>
                <w:color w:val="000000"/>
                <w:sz w:val="18"/>
              </w:rPr>
              <w:t>Notatka z rozmowy lub podjętej czynności</w:t>
            </w:r>
          </w:p>
        </w:tc>
      </w:tr>
      <w:tr w:rsidR="00C127F7" w14:paraId="035DFAA5" w14:textId="77777777">
        <w:trPr>
          <w:trHeight w:val="351"/>
          <w:jc w:val="center"/>
        </w:trPr>
        <w:tc>
          <w:tcPr>
            <w:tcW w:w="850" w:type="dxa"/>
            <w:tcBorders>
              <w:top w:val="single" w:sz="5" w:space="0" w:color="6B6B6B"/>
              <w:left w:val="single" w:sz="5" w:space="0" w:color="6B6B6B"/>
              <w:bottom w:val="single" w:sz="5" w:space="0" w:color="6B6B6B"/>
              <w:right w:val="single" w:sz="5" w:space="0" w:color="6B6B6B"/>
            </w:tcBorders>
            <w:shd w:val="clear" w:color="auto" w:fill="EEF5FB"/>
            <w:tcMar>
              <w:top w:w="70" w:type="dxa"/>
              <w:left w:w="90" w:type="dxa"/>
              <w:bottom w:w="70" w:type="dxa"/>
              <w:right w:w="90" w:type="dxa"/>
            </w:tcMar>
            <w:vAlign w:val="center"/>
          </w:tcPr>
          <w:p w14:paraId="7DAAADF1" w14:textId="77777777" w:rsidR="00C127F7" w:rsidRDefault="00000000">
            <w:pPr>
              <w:jc w:val="center"/>
            </w:pPr>
            <w:r>
              <w:rPr>
                <w:b/>
                <w:color w:val="000000"/>
                <w:sz w:val="18"/>
              </w:rPr>
              <w:t>8</w:t>
            </w:r>
          </w:p>
        </w:tc>
        <w:tc>
          <w:tcPr>
            <w:tcW w:w="9071" w:type="dxa"/>
            <w:tcBorders>
              <w:top w:val="single" w:sz="5" w:space="0" w:color="6B6B6B"/>
              <w:left w:val="single" w:sz="5" w:space="0" w:color="6B6B6B"/>
              <w:bottom w:val="single" w:sz="5" w:space="0" w:color="6B6B6B"/>
              <w:right w:val="single" w:sz="5" w:space="0" w:color="6B6B6B"/>
            </w:tcBorders>
            <w:shd w:val="clear" w:color="auto" w:fill="EEF5FB"/>
            <w:tcMar>
              <w:top w:w="70" w:type="dxa"/>
              <w:left w:w="90" w:type="dxa"/>
              <w:bottom w:w="70" w:type="dxa"/>
              <w:right w:w="90" w:type="dxa"/>
            </w:tcMar>
            <w:vAlign w:val="center"/>
          </w:tcPr>
          <w:p w14:paraId="17DFE4EC" w14:textId="77777777" w:rsidR="00C127F7" w:rsidRDefault="00000000">
            <w:r>
              <w:rPr>
                <w:color w:val="000000"/>
                <w:sz w:val="18"/>
              </w:rPr>
              <w:t>Zgoda strony na udział w mediacji</w:t>
            </w:r>
          </w:p>
        </w:tc>
      </w:tr>
      <w:tr w:rsidR="00C127F7" w14:paraId="64D87FA5" w14:textId="77777777">
        <w:trPr>
          <w:trHeight w:val="351"/>
          <w:jc w:val="center"/>
        </w:trPr>
        <w:tc>
          <w:tcPr>
            <w:tcW w:w="850"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765354D" w14:textId="77777777" w:rsidR="00C127F7" w:rsidRDefault="00000000">
            <w:pPr>
              <w:jc w:val="center"/>
            </w:pPr>
            <w:r>
              <w:rPr>
                <w:b/>
                <w:color w:val="000000"/>
                <w:sz w:val="18"/>
              </w:rPr>
              <w:t>9</w:t>
            </w:r>
          </w:p>
        </w:tc>
        <w:tc>
          <w:tcPr>
            <w:tcW w:w="907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0BAAF01" w14:textId="77777777" w:rsidR="00C127F7" w:rsidRDefault="00000000">
            <w:r>
              <w:rPr>
                <w:color w:val="000000"/>
                <w:sz w:val="18"/>
              </w:rPr>
              <w:t>Rejestr mediacji</w:t>
            </w:r>
          </w:p>
        </w:tc>
      </w:tr>
      <w:tr w:rsidR="00C127F7" w14:paraId="6876F6B1" w14:textId="77777777">
        <w:trPr>
          <w:trHeight w:val="351"/>
          <w:jc w:val="center"/>
        </w:trPr>
        <w:tc>
          <w:tcPr>
            <w:tcW w:w="850" w:type="dxa"/>
            <w:tcBorders>
              <w:top w:val="single" w:sz="5" w:space="0" w:color="6B6B6B"/>
              <w:left w:val="single" w:sz="5" w:space="0" w:color="6B6B6B"/>
              <w:bottom w:val="single" w:sz="5" w:space="0" w:color="6B6B6B"/>
              <w:right w:val="single" w:sz="5" w:space="0" w:color="6B6B6B"/>
            </w:tcBorders>
            <w:shd w:val="clear" w:color="auto" w:fill="EEF5FB"/>
            <w:tcMar>
              <w:top w:w="70" w:type="dxa"/>
              <w:left w:w="90" w:type="dxa"/>
              <w:bottom w:w="70" w:type="dxa"/>
              <w:right w:w="90" w:type="dxa"/>
            </w:tcMar>
            <w:vAlign w:val="center"/>
          </w:tcPr>
          <w:p w14:paraId="60A5C551" w14:textId="77777777" w:rsidR="00C127F7" w:rsidRDefault="00000000">
            <w:pPr>
              <w:jc w:val="center"/>
            </w:pPr>
            <w:r>
              <w:rPr>
                <w:b/>
                <w:color w:val="000000"/>
                <w:sz w:val="18"/>
              </w:rPr>
              <w:t>10</w:t>
            </w:r>
          </w:p>
        </w:tc>
        <w:tc>
          <w:tcPr>
            <w:tcW w:w="9071" w:type="dxa"/>
            <w:tcBorders>
              <w:top w:val="single" w:sz="5" w:space="0" w:color="6B6B6B"/>
              <w:left w:val="single" w:sz="5" w:space="0" w:color="6B6B6B"/>
              <w:bottom w:val="single" w:sz="5" w:space="0" w:color="6B6B6B"/>
              <w:right w:val="single" w:sz="5" w:space="0" w:color="6B6B6B"/>
            </w:tcBorders>
            <w:shd w:val="clear" w:color="auto" w:fill="EEF5FB"/>
            <w:tcMar>
              <w:top w:w="70" w:type="dxa"/>
              <w:left w:w="90" w:type="dxa"/>
              <w:bottom w:w="70" w:type="dxa"/>
              <w:right w:w="90" w:type="dxa"/>
            </w:tcMar>
            <w:vAlign w:val="center"/>
          </w:tcPr>
          <w:p w14:paraId="528F8F3D" w14:textId="77777777" w:rsidR="00C127F7" w:rsidRDefault="00000000">
            <w:r>
              <w:rPr>
                <w:color w:val="000000"/>
                <w:sz w:val="18"/>
              </w:rPr>
              <w:t>Protokół mediacji</w:t>
            </w:r>
          </w:p>
        </w:tc>
      </w:tr>
      <w:tr w:rsidR="00C127F7" w14:paraId="6A6FC002" w14:textId="77777777">
        <w:trPr>
          <w:trHeight w:val="351"/>
          <w:jc w:val="center"/>
        </w:trPr>
        <w:tc>
          <w:tcPr>
            <w:tcW w:w="850"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6E2D4D8" w14:textId="77777777" w:rsidR="00C127F7" w:rsidRDefault="00000000">
            <w:pPr>
              <w:jc w:val="center"/>
            </w:pPr>
            <w:r>
              <w:rPr>
                <w:b/>
                <w:color w:val="000000"/>
                <w:sz w:val="18"/>
              </w:rPr>
              <w:t>11</w:t>
            </w:r>
          </w:p>
        </w:tc>
        <w:tc>
          <w:tcPr>
            <w:tcW w:w="907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70C3591" w14:textId="77777777" w:rsidR="00C127F7" w:rsidRDefault="00000000">
            <w:r>
              <w:rPr>
                <w:color w:val="000000"/>
                <w:sz w:val="18"/>
              </w:rPr>
              <w:t>Porozumienie mediacyjne</w:t>
            </w:r>
          </w:p>
        </w:tc>
      </w:tr>
      <w:tr w:rsidR="00C127F7" w14:paraId="42699CFC" w14:textId="77777777">
        <w:trPr>
          <w:trHeight w:val="351"/>
          <w:jc w:val="center"/>
        </w:trPr>
        <w:tc>
          <w:tcPr>
            <w:tcW w:w="850" w:type="dxa"/>
            <w:tcBorders>
              <w:top w:val="single" w:sz="5" w:space="0" w:color="6B6B6B"/>
              <w:left w:val="single" w:sz="5" w:space="0" w:color="6B6B6B"/>
              <w:bottom w:val="single" w:sz="5" w:space="0" w:color="6B6B6B"/>
              <w:right w:val="single" w:sz="5" w:space="0" w:color="6B6B6B"/>
            </w:tcBorders>
            <w:shd w:val="clear" w:color="auto" w:fill="EEF5FB"/>
            <w:tcMar>
              <w:top w:w="70" w:type="dxa"/>
              <w:left w:w="90" w:type="dxa"/>
              <w:bottom w:w="70" w:type="dxa"/>
              <w:right w:w="90" w:type="dxa"/>
            </w:tcMar>
            <w:vAlign w:val="center"/>
          </w:tcPr>
          <w:p w14:paraId="5C25FFBD" w14:textId="77777777" w:rsidR="00C127F7" w:rsidRDefault="00000000">
            <w:pPr>
              <w:jc w:val="center"/>
            </w:pPr>
            <w:r>
              <w:rPr>
                <w:b/>
                <w:color w:val="000000"/>
                <w:sz w:val="18"/>
              </w:rPr>
              <w:t>12</w:t>
            </w:r>
          </w:p>
        </w:tc>
        <w:tc>
          <w:tcPr>
            <w:tcW w:w="9071" w:type="dxa"/>
            <w:tcBorders>
              <w:top w:val="single" w:sz="5" w:space="0" w:color="6B6B6B"/>
              <w:left w:val="single" w:sz="5" w:space="0" w:color="6B6B6B"/>
              <w:bottom w:val="single" w:sz="5" w:space="0" w:color="6B6B6B"/>
              <w:right w:val="single" w:sz="5" w:space="0" w:color="6B6B6B"/>
            </w:tcBorders>
            <w:shd w:val="clear" w:color="auto" w:fill="EEF5FB"/>
            <w:tcMar>
              <w:top w:w="70" w:type="dxa"/>
              <w:left w:w="90" w:type="dxa"/>
              <w:bottom w:w="70" w:type="dxa"/>
              <w:right w:w="90" w:type="dxa"/>
            </w:tcMar>
            <w:vAlign w:val="center"/>
          </w:tcPr>
          <w:p w14:paraId="38D0EEE5" w14:textId="77777777" w:rsidR="00C127F7" w:rsidRDefault="00000000">
            <w:r>
              <w:rPr>
                <w:color w:val="000000"/>
                <w:sz w:val="18"/>
              </w:rPr>
              <w:t>Karta przekazania sprawy Dyrektorowi lub innej właściwej osobie</w:t>
            </w:r>
          </w:p>
        </w:tc>
      </w:tr>
      <w:tr w:rsidR="00C127F7" w14:paraId="0F8AB5CF" w14:textId="77777777">
        <w:trPr>
          <w:trHeight w:val="351"/>
          <w:jc w:val="center"/>
        </w:trPr>
        <w:tc>
          <w:tcPr>
            <w:tcW w:w="850"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8B8488F" w14:textId="77777777" w:rsidR="00C127F7" w:rsidRDefault="00000000">
            <w:pPr>
              <w:jc w:val="center"/>
            </w:pPr>
            <w:r>
              <w:rPr>
                <w:b/>
                <w:color w:val="000000"/>
                <w:sz w:val="18"/>
              </w:rPr>
              <w:t>13</w:t>
            </w:r>
          </w:p>
        </w:tc>
        <w:tc>
          <w:tcPr>
            <w:tcW w:w="907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0C48E10" w14:textId="77777777" w:rsidR="00C127F7" w:rsidRDefault="00000000">
            <w:r>
              <w:rPr>
                <w:color w:val="000000"/>
                <w:sz w:val="18"/>
              </w:rPr>
              <w:t>Karta interwencji w sytuacji zagrożenia bezpieczeństwa lub podejrzenia krzywdzenia</w:t>
            </w:r>
          </w:p>
        </w:tc>
      </w:tr>
      <w:tr w:rsidR="00C127F7" w14:paraId="0F7AF5CD" w14:textId="77777777">
        <w:trPr>
          <w:trHeight w:val="351"/>
          <w:jc w:val="center"/>
        </w:trPr>
        <w:tc>
          <w:tcPr>
            <w:tcW w:w="850" w:type="dxa"/>
            <w:tcBorders>
              <w:top w:val="single" w:sz="5" w:space="0" w:color="6B6B6B"/>
              <w:left w:val="single" w:sz="5" w:space="0" w:color="6B6B6B"/>
              <w:bottom w:val="single" w:sz="5" w:space="0" w:color="6B6B6B"/>
              <w:right w:val="single" w:sz="5" w:space="0" w:color="6B6B6B"/>
            </w:tcBorders>
            <w:shd w:val="clear" w:color="auto" w:fill="EEF5FB"/>
            <w:tcMar>
              <w:top w:w="70" w:type="dxa"/>
              <w:left w:w="90" w:type="dxa"/>
              <w:bottom w:w="70" w:type="dxa"/>
              <w:right w:w="90" w:type="dxa"/>
            </w:tcMar>
            <w:vAlign w:val="center"/>
          </w:tcPr>
          <w:p w14:paraId="576D904E" w14:textId="77777777" w:rsidR="00C127F7" w:rsidRDefault="00000000">
            <w:pPr>
              <w:jc w:val="center"/>
            </w:pPr>
            <w:r>
              <w:rPr>
                <w:b/>
                <w:color w:val="000000"/>
                <w:sz w:val="18"/>
              </w:rPr>
              <w:t>14</w:t>
            </w:r>
          </w:p>
        </w:tc>
        <w:tc>
          <w:tcPr>
            <w:tcW w:w="9071" w:type="dxa"/>
            <w:tcBorders>
              <w:top w:val="single" w:sz="5" w:space="0" w:color="6B6B6B"/>
              <w:left w:val="single" w:sz="5" w:space="0" w:color="6B6B6B"/>
              <w:bottom w:val="single" w:sz="5" w:space="0" w:color="6B6B6B"/>
              <w:right w:val="single" w:sz="5" w:space="0" w:color="6B6B6B"/>
            </w:tcBorders>
            <w:shd w:val="clear" w:color="auto" w:fill="EEF5FB"/>
            <w:tcMar>
              <w:top w:w="70" w:type="dxa"/>
              <w:left w:w="90" w:type="dxa"/>
              <w:bottom w:w="70" w:type="dxa"/>
              <w:right w:w="90" w:type="dxa"/>
            </w:tcMar>
            <w:vAlign w:val="center"/>
          </w:tcPr>
          <w:p w14:paraId="2145D7F7" w14:textId="77777777" w:rsidR="00C127F7" w:rsidRDefault="00000000">
            <w:r>
              <w:rPr>
                <w:color w:val="000000"/>
                <w:sz w:val="18"/>
              </w:rPr>
              <w:t>Rejestr działań informacyjnych i edukacyjnych</w:t>
            </w:r>
          </w:p>
        </w:tc>
      </w:tr>
      <w:tr w:rsidR="00C127F7" w14:paraId="74148EF2" w14:textId="77777777">
        <w:trPr>
          <w:trHeight w:val="351"/>
          <w:jc w:val="center"/>
        </w:trPr>
        <w:tc>
          <w:tcPr>
            <w:tcW w:w="850"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B346F7E" w14:textId="77777777" w:rsidR="00C127F7" w:rsidRDefault="00000000">
            <w:pPr>
              <w:jc w:val="center"/>
            </w:pPr>
            <w:r>
              <w:rPr>
                <w:b/>
                <w:color w:val="000000"/>
                <w:sz w:val="18"/>
              </w:rPr>
              <w:t>15</w:t>
            </w:r>
          </w:p>
        </w:tc>
        <w:tc>
          <w:tcPr>
            <w:tcW w:w="907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5A6338E" w14:textId="77777777" w:rsidR="00C127F7" w:rsidRDefault="00000000">
            <w:r>
              <w:rPr>
                <w:color w:val="000000"/>
                <w:sz w:val="18"/>
              </w:rPr>
              <w:t>Rejestr wniosków i rekomendacji</w:t>
            </w:r>
          </w:p>
        </w:tc>
      </w:tr>
      <w:tr w:rsidR="00C127F7" w14:paraId="4AABE888" w14:textId="77777777">
        <w:trPr>
          <w:trHeight w:val="351"/>
          <w:jc w:val="center"/>
        </w:trPr>
        <w:tc>
          <w:tcPr>
            <w:tcW w:w="850" w:type="dxa"/>
            <w:tcBorders>
              <w:top w:val="single" w:sz="5" w:space="0" w:color="6B6B6B"/>
              <w:left w:val="single" w:sz="5" w:space="0" w:color="6B6B6B"/>
              <w:bottom w:val="single" w:sz="5" w:space="0" w:color="6B6B6B"/>
              <w:right w:val="single" w:sz="5" w:space="0" w:color="6B6B6B"/>
            </w:tcBorders>
            <w:shd w:val="clear" w:color="auto" w:fill="EEF5FB"/>
            <w:tcMar>
              <w:top w:w="70" w:type="dxa"/>
              <w:left w:w="90" w:type="dxa"/>
              <w:bottom w:w="70" w:type="dxa"/>
              <w:right w:w="90" w:type="dxa"/>
            </w:tcMar>
            <w:vAlign w:val="center"/>
          </w:tcPr>
          <w:p w14:paraId="53BCDB3D" w14:textId="77777777" w:rsidR="00C127F7" w:rsidRDefault="00000000">
            <w:pPr>
              <w:jc w:val="center"/>
            </w:pPr>
            <w:r>
              <w:rPr>
                <w:b/>
                <w:color w:val="000000"/>
                <w:sz w:val="18"/>
              </w:rPr>
              <w:t>16</w:t>
            </w:r>
          </w:p>
        </w:tc>
        <w:tc>
          <w:tcPr>
            <w:tcW w:w="9071" w:type="dxa"/>
            <w:tcBorders>
              <w:top w:val="single" w:sz="5" w:space="0" w:color="6B6B6B"/>
              <w:left w:val="single" w:sz="5" w:space="0" w:color="6B6B6B"/>
              <w:bottom w:val="single" w:sz="5" w:space="0" w:color="6B6B6B"/>
              <w:right w:val="single" w:sz="5" w:space="0" w:color="6B6B6B"/>
            </w:tcBorders>
            <w:shd w:val="clear" w:color="auto" w:fill="EEF5FB"/>
            <w:tcMar>
              <w:top w:w="70" w:type="dxa"/>
              <w:left w:w="90" w:type="dxa"/>
              <w:bottom w:w="70" w:type="dxa"/>
              <w:right w:w="90" w:type="dxa"/>
            </w:tcMar>
            <w:vAlign w:val="center"/>
          </w:tcPr>
          <w:p w14:paraId="0F33A0C9" w14:textId="77777777" w:rsidR="00C127F7" w:rsidRDefault="00000000">
            <w:r>
              <w:rPr>
                <w:color w:val="000000"/>
                <w:sz w:val="18"/>
              </w:rPr>
              <w:t>Wniosek lub rekomendacja Rzecznika</w:t>
            </w:r>
          </w:p>
        </w:tc>
      </w:tr>
      <w:tr w:rsidR="00C127F7" w14:paraId="3D03851D" w14:textId="77777777">
        <w:trPr>
          <w:trHeight w:val="351"/>
          <w:jc w:val="center"/>
        </w:trPr>
        <w:tc>
          <w:tcPr>
            <w:tcW w:w="850"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0047502" w14:textId="77777777" w:rsidR="00C127F7" w:rsidRDefault="00000000">
            <w:pPr>
              <w:jc w:val="center"/>
            </w:pPr>
            <w:r>
              <w:rPr>
                <w:b/>
                <w:color w:val="000000"/>
                <w:sz w:val="18"/>
              </w:rPr>
              <w:t>17</w:t>
            </w:r>
          </w:p>
        </w:tc>
        <w:tc>
          <w:tcPr>
            <w:tcW w:w="907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609B222" w14:textId="77777777" w:rsidR="00C127F7" w:rsidRDefault="00000000">
            <w:r>
              <w:rPr>
                <w:color w:val="000000"/>
                <w:sz w:val="18"/>
              </w:rPr>
              <w:t>Roczne sprawozdanie z działalności Rzecznika</w:t>
            </w:r>
          </w:p>
        </w:tc>
      </w:tr>
      <w:tr w:rsidR="00C127F7" w14:paraId="69D8121A" w14:textId="77777777">
        <w:trPr>
          <w:trHeight w:val="351"/>
          <w:jc w:val="center"/>
        </w:trPr>
        <w:tc>
          <w:tcPr>
            <w:tcW w:w="850" w:type="dxa"/>
            <w:tcBorders>
              <w:top w:val="single" w:sz="5" w:space="0" w:color="6B6B6B"/>
              <w:left w:val="single" w:sz="5" w:space="0" w:color="6B6B6B"/>
              <w:bottom w:val="single" w:sz="5" w:space="0" w:color="6B6B6B"/>
              <w:right w:val="single" w:sz="5" w:space="0" w:color="6B6B6B"/>
            </w:tcBorders>
            <w:shd w:val="clear" w:color="auto" w:fill="EEF5FB"/>
            <w:tcMar>
              <w:top w:w="70" w:type="dxa"/>
              <w:left w:w="90" w:type="dxa"/>
              <w:bottom w:w="70" w:type="dxa"/>
              <w:right w:w="90" w:type="dxa"/>
            </w:tcMar>
            <w:vAlign w:val="center"/>
          </w:tcPr>
          <w:p w14:paraId="4B167D4E" w14:textId="56163865" w:rsidR="00C127F7" w:rsidRDefault="008B64F6">
            <w:pPr>
              <w:jc w:val="center"/>
            </w:pPr>
            <w:r w:rsidRPr="008B64F6">
              <w:rPr>
                <w:b/>
                <w:color w:val="000000"/>
                <w:sz w:val="18"/>
              </w:rPr>
              <w:t>18</w:t>
            </w:r>
          </w:p>
        </w:tc>
        <w:tc>
          <w:tcPr>
            <w:tcW w:w="9071" w:type="dxa"/>
            <w:tcBorders>
              <w:top w:val="single" w:sz="5" w:space="0" w:color="6B6B6B"/>
              <w:left w:val="single" w:sz="5" w:space="0" w:color="6B6B6B"/>
              <w:bottom w:val="single" w:sz="5" w:space="0" w:color="6B6B6B"/>
              <w:right w:val="single" w:sz="5" w:space="0" w:color="6B6B6B"/>
            </w:tcBorders>
            <w:shd w:val="clear" w:color="auto" w:fill="EEF5FB"/>
            <w:tcMar>
              <w:top w:w="70" w:type="dxa"/>
              <w:left w:w="90" w:type="dxa"/>
              <w:bottom w:w="70" w:type="dxa"/>
              <w:right w:w="90" w:type="dxa"/>
            </w:tcMar>
            <w:vAlign w:val="center"/>
          </w:tcPr>
          <w:p w14:paraId="38D1F606" w14:textId="49DDBB00" w:rsidR="00C127F7" w:rsidRPr="008B64F6" w:rsidRDefault="008B64F6">
            <w:pPr>
              <w:rPr>
                <w:lang w:val="pl-PL"/>
              </w:rPr>
            </w:pPr>
            <w:r w:rsidRPr="008B64F6">
              <w:rPr>
                <w:color w:val="000000"/>
                <w:sz w:val="18"/>
                <w:lang w:val="pl-PL"/>
              </w:rPr>
              <w:t>Plan pracy Rzecznika</w:t>
            </w:r>
          </w:p>
        </w:tc>
      </w:tr>
    </w:tbl>
    <w:p w14:paraId="7FAD0B2E" w14:textId="77777777" w:rsidR="00C127F7" w:rsidRDefault="00C127F7">
      <w:pPr>
        <w:sectPr w:rsidR="00C127F7">
          <w:headerReference w:type="default" r:id="rId11"/>
          <w:footerReference w:type="default" r:id="rId12"/>
          <w:pgSz w:w="11906" w:h="16838"/>
          <w:pgMar w:top="765" w:right="907" w:bottom="709" w:left="907" w:header="312" w:footer="312" w:gutter="0"/>
          <w:cols w:space="720"/>
          <w:docGrid w:linePitch="360"/>
        </w:sectPr>
      </w:pPr>
    </w:p>
    <w:p w14:paraId="2C92E976" w14:textId="77777777" w:rsidR="00C127F7" w:rsidRDefault="00000000">
      <w:pPr>
        <w:keepNext/>
        <w:spacing w:after="40"/>
        <w:jc w:val="right"/>
      </w:pPr>
      <w:r>
        <w:rPr>
          <w:b/>
          <w:color w:val="1F4E79"/>
          <w:sz w:val="18"/>
        </w:rPr>
        <w:lastRenderedPageBreak/>
        <w:t>Załącznik nr 1</w:t>
      </w:r>
    </w:p>
    <w:p w14:paraId="1B131030" w14:textId="77777777" w:rsidR="00C127F7" w:rsidRDefault="00000000">
      <w:pPr>
        <w:keepNext/>
        <w:spacing w:before="20"/>
        <w:jc w:val="center"/>
      </w:pPr>
      <w:r>
        <w:rPr>
          <w:b/>
          <w:color w:val="000000"/>
          <w:sz w:val="30"/>
        </w:rPr>
        <w:t>OŚWIADCZENIE O WYRAŻENIU ZGODY</w:t>
      </w:r>
    </w:p>
    <w:p w14:paraId="4560BD61" w14:textId="77777777" w:rsidR="00C127F7" w:rsidRDefault="00000000">
      <w:pPr>
        <w:keepNext/>
        <w:spacing w:after="120"/>
        <w:jc w:val="center"/>
      </w:pPr>
      <w:r>
        <w:rPr>
          <w:i/>
          <w:color w:val="1F4E79"/>
        </w:rPr>
        <w:t>na kandydowanie i pełnienie funkcji Szkolnego Rzecznika Praw Ucznia</w:t>
      </w:r>
    </w:p>
    <w:p w14:paraId="2B4E1811" w14:textId="77777777" w:rsidR="00C127F7" w:rsidRDefault="00000000">
      <w:pPr>
        <w:spacing w:before="60" w:after="200"/>
        <w:jc w:val="right"/>
      </w:pPr>
      <w:r>
        <w:rPr>
          <w:color w:val="000000"/>
          <w:sz w:val="20"/>
        </w:rPr>
        <w:t>Poznań, dnia ..................................</w:t>
      </w:r>
    </w:p>
    <w:p w14:paraId="6DFE183E" w14:textId="77777777" w:rsidR="00C127F7" w:rsidRDefault="00000000">
      <w:pPr>
        <w:spacing w:before="80" w:after="160"/>
        <w:jc w:val="both"/>
      </w:pPr>
      <w:r>
        <w:rPr>
          <w:color w:val="000000"/>
          <w:sz w:val="22"/>
        </w:rPr>
        <w:t>Ja, niżej podpisany/a ........................................................................................................, nauczyciel/ka Szkoły Podstawowej nr 59 im. gen. J. H. Dąbrowskiego w Poznaniu, wyrażam zgodę na kandydowanie oraz, w przypadku wyboru, na pełnienie funkcji Szkolnego Rzecznika Praw Ucznia.</w:t>
      </w:r>
    </w:p>
    <w:p w14:paraId="47F4FB15" w14:textId="77777777" w:rsidR="00C127F7" w:rsidRDefault="00000000">
      <w:pPr>
        <w:spacing w:after="160"/>
        <w:jc w:val="both"/>
      </w:pPr>
      <w:r>
        <w:rPr>
          <w:color w:val="000000"/>
          <w:sz w:val="22"/>
        </w:rPr>
        <w:t>Oświadczam, że zapoznałem/am się z postanowieniami Statutu Szkoły oraz Regulaminu Szkolnego Rzecznika Praw Ucznia dotyczącymi zasad wyboru, zadań i sposobu pełnienia tej funkcji.</w:t>
      </w:r>
    </w:p>
    <w:p w14:paraId="1C513883" w14:textId="77777777" w:rsidR="00C127F7" w:rsidRDefault="00000000">
      <w:pPr>
        <w:spacing w:after="160"/>
        <w:jc w:val="both"/>
      </w:pPr>
      <w:r>
        <w:rPr>
          <w:color w:val="000000"/>
          <w:sz w:val="22"/>
        </w:rPr>
        <w:t>Zobowiązuję się wykonywać powierzone zadania rzetelnie, bezstronnie, z poszanowaniem godności i praw uczniów, zasad poufności oraz dobra społeczności szkolnej.</w:t>
      </w:r>
    </w:p>
    <w:p w14:paraId="72F1B1EF" w14:textId="77777777" w:rsidR="00C127F7" w:rsidRDefault="00C127F7">
      <w:pPr>
        <w:spacing w:before="900"/>
      </w:pPr>
    </w:p>
    <w:tbl>
      <w:tblPr>
        <w:tblW w:w="0" w:type="auto"/>
        <w:jc w:val="center"/>
        <w:tblLayout w:type="fixed"/>
        <w:tblLook w:val="04A0" w:firstRow="1" w:lastRow="0" w:firstColumn="1" w:lastColumn="0" w:noHBand="0" w:noVBand="1"/>
      </w:tblPr>
      <w:tblGrid>
        <w:gridCol w:w="10035"/>
      </w:tblGrid>
      <w:tr w:rsidR="00C127F7" w14:paraId="76EADF30" w14:textId="77777777">
        <w:trPr>
          <w:jc w:val="center"/>
        </w:trPr>
        <w:tc>
          <w:tcPr>
            <w:tcW w:w="10035" w:type="dxa"/>
            <w:tcBorders>
              <w:top w:val="nil"/>
              <w:left w:val="nil"/>
              <w:bottom w:val="nil"/>
              <w:right w:val="nil"/>
            </w:tcBorders>
            <w:tcMar>
              <w:top w:w="70" w:type="dxa"/>
              <w:left w:w="90" w:type="dxa"/>
              <w:bottom w:w="70" w:type="dxa"/>
              <w:right w:w="90" w:type="dxa"/>
            </w:tcMar>
            <w:vAlign w:val="center"/>
          </w:tcPr>
          <w:p w14:paraId="3D440E71" w14:textId="77777777" w:rsidR="00C127F7" w:rsidRDefault="00000000">
            <w:pPr>
              <w:jc w:val="center"/>
            </w:pPr>
            <w:r>
              <w:rPr>
                <w:color w:val="666666"/>
                <w:sz w:val="18"/>
              </w:rPr>
              <w:t>........................................................</w:t>
            </w:r>
          </w:p>
        </w:tc>
      </w:tr>
      <w:tr w:rsidR="00C127F7" w14:paraId="1401899B" w14:textId="77777777">
        <w:trPr>
          <w:jc w:val="center"/>
        </w:trPr>
        <w:tc>
          <w:tcPr>
            <w:tcW w:w="10035" w:type="dxa"/>
            <w:tcBorders>
              <w:top w:val="nil"/>
              <w:left w:val="nil"/>
              <w:bottom w:val="nil"/>
              <w:right w:val="nil"/>
            </w:tcBorders>
            <w:tcMar>
              <w:top w:w="70" w:type="dxa"/>
              <w:left w:w="90" w:type="dxa"/>
              <w:bottom w:w="70" w:type="dxa"/>
              <w:right w:w="90" w:type="dxa"/>
            </w:tcMar>
            <w:vAlign w:val="center"/>
          </w:tcPr>
          <w:p w14:paraId="2B8121FC" w14:textId="77777777" w:rsidR="00C127F7" w:rsidRDefault="00000000">
            <w:pPr>
              <w:jc w:val="center"/>
            </w:pPr>
            <w:r>
              <w:rPr>
                <w:color w:val="666666"/>
                <w:sz w:val="17"/>
              </w:rPr>
              <w:t>czytelny podpis nauczyciela</w:t>
            </w:r>
          </w:p>
        </w:tc>
      </w:tr>
    </w:tbl>
    <w:p w14:paraId="1A08B69C" w14:textId="77777777" w:rsidR="00C127F7" w:rsidRDefault="00C127F7">
      <w:pPr>
        <w:sectPr w:rsidR="00C127F7">
          <w:headerReference w:type="default" r:id="rId13"/>
          <w:footerReference w:type="default" r:id="rId14"/>
          <w:pgSz w:w="11906" w:h="16838"/>
          <w:pgMar w:top="765" w:right="907" w:bottom="709" w:left="907" w:header="312" w:footer="312" w:gutter="0"/>
          <w:cols w:space="720"/>
          <w:docGrid w:linePitch="360"/>
        </w:sectPr>
      </w:pPr>
    </w:p>
    <w:p w14:paraId="5B523418" w14:textId="77777777" w:rsidR="00C127F7" w:rsidRDefault="00000000">
      <w:pPr>
        <w:keepNext/>
        <w:spacing w:after="40"/>
        <w:jc w:val="right"/>
      </w:pPr>
      <w:r>
        <w:rPr>
          <w:b/>
          <w:color w:val="1F4E79"/>
          <w:sz w:val="18"/>
        </w:rPr>
        <w:lastRenderedPageBreak/>
        <w:t>Załącznik nr 2</w:t>
      </w:r>
    </w:p>
    <w:p w14:paraId="7BA56A1C" w14:textId="77777777" w:rsidR="00C127F7" w:rsidRDefault="00000000">
      <w:pPr>
        <w:keepNext/>
        <w:spacing w:before="20"/>
        <w:jc w:val="center"/>
      </w:pPr>
      <w:r>
        <w:rPr>
          <w:b/>
          <w:color w:val="000000"/>
          <w:sz w:val="27"/>
        </w:rPr>
        <w:t>PROTOKÓŁ KOMISJI WYBORCZEJ</w:t>
      </w:r>
    </w:p>
    <w:p w14:paraId="13E4BBDF" w14:textId="77777777" w:rsidR="00C127F7" w:rsidRDefault="00000000">
      <w:pPr>
        <w:keepNext/>
        <w:spacing w:after="60"/>
        <w:jc w:val="center"/>
      </w:pPr>
      <w:r>
        <w:rPr>
          <w:i/>
          <w:color w:val="1F4E79"/>
        </w:rPr>
        <w:t>z wyborów Szkolnego Rzecznika Praw Ucznia</w:t>
      </w:r>
    </w:p>
    <w:tbl>
      <w:tblPr>
        <w:tblW w:w="0" w:type="auto"/>
        <w:jc w:val="center"/>
        <w:tblLayout w:type="fixed"/>
        <w:tblLook w:val="04A0" w:firstRow="1" w:lastRow="0" w:firstColumn="1" w:lastColumn="0" w:noHBand="0" w:noVBand="1"/>
      </w:tblPr>
      <w:tblGrid>
        <w:gridCol w:w="4819"/>
        <w:gridCol w:w="5272"/>
      </w:tblGrid>
      <w:tr w:rsidR="00C127F7" w14:paraId="49C57FA4" w14:textId="77777777">
        <w:trPr>
          <w:cantSplit/>
          <w:trHeight w:val="351"/>
          <w:jc w:val="center"/>
        </w:trPr>
        <w:tc>
          <w:tcPr>
            <w:tcW w:w="481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49080BB0" w14:textId="77777777" w:rsidR="00C127F7" w:rsidRDefault="00000000">
            <w:r>
              <w:rPr>
                <w:b/>
                <w:color w:val="000000"/>
                <w:sz w:val="18"/>
              </w:rPr>
              <w:t>Data i miejsce wyborów</w:t>
            </w:r>
          </w:p>
        </w:tc>
        <w:tc>
          <w:tcPr>
            <w:tcW w:w="5272"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54B5492F" w14:textId="77777777" w:rsidR="00C127F7" w:rsidRDefault="00C127F7"/>
        </w:tc>
      </w:tr>
      <w:tr w:rsidR="00C127F7" w14:paraId="0217F7FA" w14:textId="77777777">
        <w:trPr>
          <w:cantSplit/>
          <w:trHeight w:val="351"/>
          <w:jc w:val="center"/>
        </w:trPr>
        <w:tc>
          <w:tcPr>
            <w:tcW w:w="481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38BEA22D" w14:textId="77777777" w:rsidR="00C127F7" w:rsidRDefault="00000000">
            <w:r>
              <w:rPr>
                <w:b/>
                <w:color w:val="000000"/>
                <w:sz w:val="18"/>
              </w:rPr>
              <w:t>Podstawa przeprowadzenia wyborów</w:t>
            </w:r>
          </w:p>
        </w:tc>
        <w:tc>
          <w:tcPr>
            <w:tcW w:w="5272"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04606BE6" w14:textId="77777777" w:rsidR="00C127F7" w:rsidRDefault="00C127F7"/>
        </w:tc>
      </w:tr>
      <w:tr w:rsidR="00C127F7" w14:paraId="323C43F8" w14:textId="77777777">
        <w:trPr>
          <w:cantSplit/>
          <w:trHeight w:val="351"/>
          <w:jc w:val="center"/>
        </w:trPr>
        <w:tc>
          <w:tcPr>
            <w:tcW w:w="481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6C90E5BE" w14:textId="77777777" w:rsidR="00C127F7" w:rsidRDefault="00000000">
            <w:r>
              <w:rPr>
                <w:b/>
                <w:color w:val="000000"/>
                <w:sz w:val="18"/>
              </w:rPr>
              <w:t>Liczba uczniów uprawnionych do głosowania</w:t>
            </w:r>
          </w:p>
        </w:tc>
        <w:tc>
          <w:tcPr>
            <w:tcW w:w="5272"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0DCAA583" w14:textId="77777777" w:rsidR="00C127F7" w:rsidRDefault="00C127F7"/>
        </w:tc>
      </w:tr>
      <w:tr w:rsidR="00C127F7" w14:paraId="17C21C42" w14:textId="77777777">
        <w:trPr>
          <w:cantSplit/>
          <w:trHeight w:val="351"/>
          <w:jc w:val="center"/>
        </w:trPr>
        <w:tc>
          <w:tcPr>
            <w:tcW w:w="481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4D084F78" w14:textId="77777777" w:rsidR="00C127F7" w:rsidRDefault="00000000">
            <w:r>
              <w:rPr>
                <w:b/>
                <w:color w:val="000000"/>
                <w:sz w:val="18"/>
              </w:rPr>
              <w:t>Liczba wydanych kart do głosowania</w:t>
            </w:r>
          </w:p>
        </w:tc>
        <w:tc>
          <w:tcPr>
            <w:tcW w:w="5272"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52DD8848" w14:textId="77777777" w:rsidR="00C127F7" w:rsidRDefault="00C127F7"/>
        </w:tc>
      </w:tr>
      <w:tr w:rsidR="00C127F7" w14:paraId="0933AB96" w14:textId="77777777">
        <w:trPr>
          <w:cantSplit/>
          <w:trHeight w:val="351"/>
          <w:jc w:val="center"/>
        </w:trPr>
        <w:tc>
          <w:tcPr>
            <w:tcW w:w="481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0CC2CB40" w14:textId="77777777" w:rsidR="00C127F7" w:rsidRDefault="00000000">
            <w:r>
              <w:rPr>
                <w:b/>
                <w:color w:val="000000"/>
                <w:sz w:val="18"/>
              </w:rPr>
              <w:t>Liczba kart wyjętych z urny</w:t>
            </w:r>
          </w:p>
        </w:tc>
        <w:tc>
          <w:tcPr>
            <w:tcW w:w="5272"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27FBFD5D" w14:textId="77777777" w:rsidR="00C127F7" w:rsidRDefault="00C127F7"/>
        </w:tc>
      </w:tr>
      <w:tr w:rsidR="00C127F7" w14:paraId="6B9745AA" w14:textId="77777777">
        <w:trPr>
          <w:cantSplit/>
          <w:trHeight w:val="351"/>
          <w:jc w:val="center"/>
        </w:trPr>
        <w:tc>
          <w:tcPr>
            <w:tcW w:w="481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1E4A41F5" w14:textId="77777777" w:rsidR="00C127F7" w:rsidRDefault="00000000">
            <w:r>
              <w:rPr>
                <w:b/>
                <w:color w:val="000000"/>
                <w:sz w:val="18"/>
              </w:rPr>
              <w:t>Liczba głosów ważnych</w:t>
            </w:r>
          </w:p>
        </w:tc>
        <w:tc>
          <w:tcPr>
            <w:tcW w:w="5272"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21D10AC7" w14:textId="77777777" w:rsidR="00C127F7" w:rsidRDefault="00C127F7"/>
        </w:tc>
      </w:tr>
      <w:tr w:rsidR="00C127F7" w14:paraId="2E85CB39" w14:textId="77777777">
        <w:trPr>
          <w:cantSplit/>
          <w:trHeight w:val="351"/>
          <w:jc w:val="center"/>
        </w:trPr>
        <w:tc>
          <w:tcPr>
            <w:tcW w:w="481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25586EA4" w14:textId="77777777" w:rsidR="00C127F7" w:rsidRDefault="00000000">
            <w:r>
              <w:rPr>
                <w:b/>
                <w:color w:val="000000"/>
                <w:sz w:val="18"/>
              </w:rPr>
              <w:t>Liczba głosów nieważnych</w:t>
            </w:r>
          </w:p>
        </w:tc>
        <w:tc>
          <w:tcPr>
            <w:tcW w:w="5272"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4C994200" w14:textId="77777777" w:rsidR="00C127F7" w:rsidRDefault="00C127F7"/>
        </w:tc>
      </w:tr>
    </w:tbl>
    <w:p w14:paraId="5DD21FA6" w14:textId="77777777" w:rsidR="00C127F7" w:rsidRDefault="00000000">
      <w:pPr>
        <w:keepNext/>
        <w:spacing w:before="100" w:after="40"/>
      </w:pPr>
      <w:r>
        <w:rPr>
          <w:b/>
          <w:color w:val="1F4E79"/>
          <w:sz w:val="20"/>
        </w:rPr>
        <w:t>Skład Komisji Wyborczej:</w:t>
      </w:r>
    </w:p>
    <w:tbl>
      <w:tblPr>
        <w:tblW w:w="0" w:type="auto"/>
        <w:jc w:val="center"/>
        <w:tblLayout w:type="fixed"/>
        <w:tblLook w:val="04A0" w:firstRow="1" w:lastRow="0" w:firstColumn="1" w:lastColumn="0" w:noHBand="0" w:noVBand="1"/>
      </w:tblPr>
      <w:tblGrid>
        <w:gridCol w:w="737"/>
        <w:gridCol w:w="4649"/>
        <w:gridCol w:w="4706"/>
      </w:tblGrid>
      <w:tr w:rsidR="00C127F7" w14:paraId="4404E8CF" w14:textId="77777777">
        <w:trPr>
          <w:trHeight w:val="482"/>
          <w:tblHeader/>
          <w:jc w:val="center"/>
        </w:trPr>
        <w:tc>
          <w:tcPr>
            <w:tcW w:w="737"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61150A41" w14:textId="77777777" w:rsidR="00C127F7" w:rsidRDefault="00000000">
            <w:pPr>
              <w:jc w:val="center"/>
            </w:pPr>
            <w:r>
              <w:rPr>
                <w:b/>
                <w:color w:val="000000"/>
                <w:sz w:val="17"/>
              </w:rPr>
              <w:t>Lp.</w:t>
            </w:r>
          </w:p>
        </w:tc>
        <w:tc>
          <w:tcPr>
            <w:tcW w:w="4649"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7F374F7A" w14:textId="77777777" w:rsidR="00C127F7" w:rsidRDefault="00000000">
            <w:pPr>
              <w:jc w:val="center"/>
            </w:pPr>
            <w:r>
              <w:rPr>
                <w:b/>
                <w:color w:val="000000"/>
                <w:sz w:val="17"/>
              </w:rPr>
              <w:t>Imię i nazwisko</w:t>
            </w:r>
          </w:p>
        </w:tc>
        <w:tc>
          <w:tcPr>
            <w:tcW w:w="4706"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07F102CB" w14:textId="77777777" w:rsidR="00C127F7" w:rsidRDefault="00000000">
            <w:pPr>
              <w:jc w:val="center"/>
            </w:pPr>
            <w:r>
              <w:rPr>
                <w:b/>
                <w:color w:val="000000"/>
                <w:sz w:val="17"/>
              </w:rPr>
              <w:t>Funkcja w Komisji</w:t>
            </w:r>
          </w:p>
        </w:tc>
      </w:tr>
      <w:tr w:rsidR="00C127F7" w14:paraId="19FE91FD" w14:textId="77777777">
        <w:trPr>
          <w:cantSplit/>
          <w:trHeight w:val="386"/>
          <w:jc w:val="center"/>
        </w:trPr>
        <w:tc>
          <w:tcPr>
            <w:tcW w:w="73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B64167C" w14:textId="77777777" w:rsidR="00C127F7" w:rsidRDefault="00000000">
            <w:r>
              <w:rPr>
                <w:color w:val="000000"/>
                <w:sz w:val="17"/>
              </w:rPr>
              <w:t>1</w:t>
            </w:r>
          </w:p>
        </w:tc>
        <w:tc>
          <w:tcPr>
            <w:tcW w:w="4649"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9BF38E3" w14:textId="77777777" w:rsidR="00C127F7" w:rsidRDefault="00C127F7"/>
        </w:tc>
        <w:tc>
          <w:tcPr>
            <w:tcW w:w="4706"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7F62BE3" w14:textId="77777777" w:rsidR="00C127F7" w:rsidRDefault="00C127F7"/>
        </w:tc>
      </w:tr>
      <w:tr w:rsidR="00C127F7" w14:paraId="03AB2F39" w14:textId="77777777">
        <w:trPr>
          <w:cantSplit/>
          <w:trHeight w:val="386"/>
          <w:jc w:val="center"/>
        </w:trPr>
        <w:tc>
          <w:tcPr>
            <w:tcW w:w="73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6334750" w14:textId="77777777" w:rsidR="00C127F7" w:rsidRDefault="00000000">
            <w:r>
              <w:rPr>
                <w:color w:val="000000"/>
                <w:sz w:val="17"/>
              </w:rPr>
              <w:t>2</w:t>
            </w:r>
          </w:p>
        </w:tc>
        <w:tc>
          <w:tcPr>
            <w:tcW w:w="4649"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843AEF1" w14:textId="77777777" w:rsidR="00C127F7" w:rsidRDefault="00C127F7"/>
        </w:tc>
        <w:tc>
          <w:tcPr>
            <w:tcW w:w="4706"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79B1617" w14:textId="77777777" w:rsidR="00C127F7" w:rsidRDefault="00C127F7"/>
        </w:tc>
      </w:tr>
      <w:tr w:rsidR="00C127F7" w14:paraId="471722AE" w14:textId="77777777">
        <w:trPr>
          <w:cantSplit/>
          <w:trHeight w:val="386"/>
          <w:jc w:val="center"/>
        </w:trPr>
        <w:tc>
          <w:tcPr>
            <w:tcW w:w="73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93F6064" w14:textId="77777777" w:rsidR="00C127F7" w:rsidRDefault="00000000">
            <w:r>
              <w:rPr>
                <w:color w:val="000000"/>
                <w:sz w:val="17"/>
              </w:rPr>
              <w:t>3</w:t>
            </w:r>
          </w:p>
        </w:tc>
        <w:tc>
          <w:tcPr>
            <w:tcW w:w="4649"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F61CF7E" w14:textId="77777777" w:rsidR="00C127F7" w:rsidRDefault="00C127F7"/>
        </w:tc>
        <w:tc>
          <w:tcPr>
            <w:tcW w:w="4706"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661F595" w14:textId="77777777" w:rsidR="00C127F7" w:rsidRDefault="00C127F7"/>
        </w:tc>
      </w:tr>
    </w:tbl>
    <w:p w14:paraId="5D9A46F9" w14:textId="77777777" w:rsidR="00C127F7" w:rsidRDefault="00000000">
      <w:pPr>
        <w:keepNext/>
        <w:spacing w:before="100" w:after="40"/>
      </w:pPr>
      <w:r>
        <w:rPr>
          <w:b/>
          <w:color w:val="1F4E79"/>
          <w:sz w:val="20"/>
        </w:rPr>
        <w:t>Wyniki głosowania:</w:t>
      </w:r>
    </w:p>
    <w:tbl>
      <w:tblPr>
        <w:tblW w:w="0" w:type="auto"/>
        <w:jc w:val="center"/>
        <w:tblLayout w:type="fixed"/>
        <w:tblLook w:val="04A0" w:firstRow="1" w:lastRow="0" w:firstColumn="1" w:lastColumn="0" w:noHBand="0" w:noVBand="1"/>
      </w:tblPr>
      <w:tblGrid>
        <w:gridCol w:w="737"/>
        <w:gridCol w:w="5669"/>
        <w:gridCol w:w="3685"/>
      </w:tblGrid>
      <w:tr w:rsidR="00C127F7" w14:paraId="375DCAF2" w14:textId="77777777">
        <w:trPr>
          <w:trHeight w:val="482"/>
          <w:tblHeader/>
          <w:jc w:val="center"/>
        </w:trPr>
        <w:tc>
          <w:tcPr>
            <w:tcW w:w="737"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02A1AF87" w14:textId="77777777" w:rsidR="00C127F7" w:rsidRDefault="00000000">
            <w:pPr>
              <w:jc w:val="center"/>
            </w:pPr>
            <w:r>
              <w:rPr>
                <w:b/>
                <w:color w:val="000000"/>
                <w:sz w:val="17"/>
              </w:rPr>
              <w:t>Lp.</w:t>
            </w:r>
          </w:p>
        </w:tc>
        <w:tc>
          <w:tcPr>
            <w:tcW w:w="5669"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0FD78532" w14:textId="77777777" w:rsidR="00C127F7" w:rsidRDefault="00000000">
            <w:pPr>
              <w:jc w:val="center"/>
            </w:pPr>
            <w:r>
              <w:rPr>
                <w:b/>
                <w:color w:val="000000"/>
                <w:sz w:val="17"/>
              </w:rPr>
              <w:t>Imię i nazwisko kandydata</w:t>
            </w:r>
          </w:p>
        </w:tc>
        <w:tc>
          <w:tcPr>
            <w:tcW w:w="3685"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5A1D76A7" w14:textId="77777777" w:rsidR="00C127F7" w:rsidRDefault="00000000">
            <w:pPr>
              <w:jc w:val="center"/>
            </w:pPr>
            <w:r>
              <w:rPr>
                <w:b/>
                <w:color w:val="000000"/>
                <w:sz w:val="17"/>
              </w:rPr>
              <w:t>Liczba ważnych głosów</w:t>
            </w:r>
          </w:p>
        </w:tc>
      </w:tr>
      <w:tr w:rsidR="00C127F7" w14:paraId="190ECC16" w14:textId="77777777">
        <w:trPr>
          <w:cantSplit/>
          <w:trHeight w:val="386"/>
          <w:jc w:val="center"/>
        </w:trPr>
        <w:tc>
          <w:tcPr>
            <w:tcW w:w="73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43F7D6F" w14:textId="77777777" w:rsidR="00C127F7" w:rsidRDefault="00000000">
            <w:r>
              <w:rPr>
                <w:color w:val="000000"/>
                <w:sz w:val="17"/>
              </w:rPr>
              <w:t>1</w:t>
            </w:r>
          </w:p>
        </w:tc>
        <w:tc>
          <w:tcPr>
            <w:tcW w:w="5669"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2BBC4CC" w14:textId="77777777" w:rsidR="00C127F7" w:rsidRDefault="00C127F7"/>
        </w:tc>
        <w:tc>
          <w:tcPr>
            <w:tcW w:w="368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87985CC" w14:textId="77777777" w:rsidR="00C127F7" w:rsidRDefault="00C127F7"/>
        </w:tc>
      </w:tr>
      <w:tr w:rsidR="00C127F7" w14:paraId="1E2C46A0" w14:textId="77777777">
        <w:trPr>
          <w:cantSplit/>
          <w:trHeight w:val="386"/>
          <w:jc w:val="center"/>
        </w:trPr>
        <w:tc>
          <w:tcPr>
            <w:tcW w:w="73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7B82DD3" w14:textId="77777777" w:rsidR="00C127F7" w:rsidRDefault="00000000">
            <w:r>
              <w:rPr>
                <w:color w:val="000000"/>
                <w:sz w:val="17"/>
              </w:rPr>
              <w:t>2</w:t>
            </w:r>
          </w:p>
        </w:tc>
        <w:tc>
          <w:tcPr>
            <w:tcW w:w="5669"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FC2DC95" w14:textId="77777777" w:rsidR="00C127F7" w:rsidRDefault="00C127F7"/>
        </w:tc>
        <w:tc>
          <w:tcPr>
            <w:tcW w:w="368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1950D4F" w14:textId="77777777" w:rsidR="00C127F7" w:rsidRDefault="00C127F7"/>
        </w:tc>
      </w:tr>
      <w:tr w:rsidR="00C127F7" w14:paraId="7684F468" w14:textId="77777777">
        <w:trPr>
          <w:cantSplit/>
          <w:trHeight w:val="386"/>
          <w:jc w:val="center"/>
        </w:trPr>
        <w:tc>
          <w:tcPr>
            <w:tcW w:w="73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39E2113" w14:textId="77777777" w:rsidR="00C127F7" w:rsidRDefault="00000000">
            <w:r>
              <w:rPr>
                <w:color w:val="000000"/>
                <w:sz w:val="17"/>
              </w:rPr>
              <w:t>3</w:t>
            </w:r>
          </w:p>
        </w:tc>
        <w:tc>
          <w:tcPr>
            <w:tcW w:w="5669"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4678B2E" w14:textId="77777777" w:rsidR="00C127F7" w:rsidRDefault="00C127F7"/>
        </w:tc>
        <w:tc>
          <w:tcPr>
            <w:tcW w:w="368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3531CCF" w14:textId="77777777" w:rsidR="00C127F7" w:rsidRDefault="00C127F7"/>
        </w:tc>
      </w:tr>
      <w:tr w:rsidR="00C127F7" w14:paraId="6EE54693" w14:textId="77777777">
        <w:trPr>
          <w:cantSplit/>
          <w:trHeight w:val="386"/>
          <w:jc w:val="center"/>
        </w:trPr>
        <w:tc>
          <w:tcPr>
            <w:tcW w:w="73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5A1375C" w14:textId="77777777" w:rsidR="00C127F7" w:rsidRDefault="00000000">
            <w:r>
              <w:rPr>
                <w:color w:val="000000"/>
                <w:sz w:val="17"/>
              </w:rPr>
              <w:t>4</w:t>
            </w:r>
          </w:p>
        </w:tc>
        <w:tc>
          <w:tcPr>
            <w:tcW w:w="5669"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4D5AEBE" w14:textId="77777777" w:rsidR="00C127F7" w:rsidRDefault="00C127F7"/>
        </w:tc>
        <w:tc>
          <w:tcPr>
            <w:tcW w:w="368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49DA58F" w14:textId="77777777" w:rsidR="00C127F7" w:rsidRDefault="00C127F7"/>
        </w:tc>
      </w:tr>
    </w:tbl>
    <w:p w14:paraId="6CD15742" w14:textId="77777777" w:rsidR="00C127F7" w:rsidRDefault="00000000">
      <w:pPr>
        <w:spacing w:before="60" w:after="20"/>
      </w:pPr>
      <w:r>
        <w:rPr>
          <w:b/>
          <w:color w:val="000000"/>
          <w:sz w:val="18"/>
        </w:rPr>
        <w:t>Komisja stwierdza, że na Szkolnego Rzecznika Praw Ucznia wybrano:</w:t>
      </w:r>
    </w:p>
    <w:p w14:paraId="360D6182" w14:textId="77777777" w:rsidR="00C127F7" w:rsidRDefault="00000000">
      <w:pPr>
        <w:spacing w:after="40"/>
      </w:pPr>
      <w:r>
        <w:rPr>
          <w:color w:val="666666"/>
          <w:sz w:val="18"/>
        </w:rPr>
        <w:t>........................................................................................................................................</w:t>
      </w:r>
    </w:p>
    <w:tbl>
      <w:tblPr>
        <w:tblW w:w="0" w:type="auto"/>
        <w:jc w:val="center"/>
        <w:tblLayout w:type="fixed"/>
        <w:tblLook w:val="04A0" w:firstRow="1" w:lastRow="0" w:firstColumn="1" w:lastColumn="0" w:noHBand="0" w:noVBand="1"/>
      </w:tblPr>
      <w:tblGrid>
        <w:gridCol w:w="4252"/>
        <w:gridCol w:w="5839"/>
      </w:tblGrid>
      <w:tr w:rsidR="00C127F7" w14:paraId="3EF10118" w14:textId="77777777">
        <w:trPr>
          <w:cantSplit/>
          <w:trHeight w:val="386"/>
          <w:jc w:val="center"/>
        </w:trPr>
        <w:tc>
          <w:tcPr>
            <w:tcW w:w="425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3A628CAC" w14:textId="77777777" w:rsidR="00C127F7" w:rsidRDefault="00000000">
            <w:r>
              <w:rPr>
                <w:b/>
                <w:color w:val="000000"/>
                <w:sz w:val="18"/>
              </w:rPr>
              <w:t>Okres kadencji</w:t>
            </w:r>
          </w:p>
        </w:tc>
        <w:tc>
          <w:tcPr>
            <w:tcW w:w="5839"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71BB7128" w14:textId="77777777" w:rsidR="00C127F7" w:rsidRDefault="00C127F7"/>
        </w:tc>
      </w:tr>
      <w:tr w:rsidR="00C127F7" w14:paraId="77F3435E" w14:textId="77777777">
        <w:trPr>
          <w:cantSplit/>
          <w:trHeight w:val="539"/>
          <w:jc w:val="center"/>
        </w:trPr>
        <w:tc>
          <w:tcPr>
            <w:tcW w:w="425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3EC3CF69" w14:textId="77777777" w:rsidR="00C127F7" w:rsidRDefault="00000000">
            <w:r>
              <w:rPr>
                <w:b/>
                <w:color w:val="000000"/>
                <w:sz w:val="18"/>
              </w:rPr>
              <w:t>Uwagi Komisji</w:t>
            </w:r>
          </w:p>
        </w:tc>
        <w:tc>
          <w:tcPr>
            <w:tcW w:w="5839"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78F8B2E0" w14:textId="77777777" w:rsidR="00C127F7" w:rsidRDefault="00C127F7"/>
        </w:tc>
      </w:tr>
    </w:tbl>
    <w:p w14:paraId="4A6C6110" w14:textId="77777777" w:rsidR="00C127F7" w:rsidRDefault="00C127F7">
      <w:pPr>
        <w:spacing w:before="100"/>
      </w:pPr>
    </w:p>
    <w:tbl>
      <w:tblPr>
        <w:tblW w:w="0" w:type="auto"/>
        <w:jc w:val="center"/>
        <w:tblLayout w:type="fixed"/>
        <w:tblLook w:val="04A0" w:firstRow="1" w:lastRow="0" w:firstColumn="1" w:lastColumn="0" w:noHBand="0" w:noVBand="1"/>
      </w:tblPr>
      <w:tblGrid>
        <w:gridCol w:w="3345"/>
        <w:gridCol w:w="3345"/>
        <w:gridCol w:w="3345"/>
      </w:tblGrid>
      <w:tr w:rsidR="00C127F7" w14:paraId="0F5B22DD" w14:textId="77777777">
        <w:trPr>
          <w:jc w:val="center"/>
        </w:trPr>
        <w:tc>
          <w:tcPr>
            <w:tcW w:w="3345" w:type="dxa"/>
            <w:tcBorders>
              <w:top w:val="nil"/>
              <w:left w:val="nil"/>
              <w:bottom w:val="nil"/>
              <w:right w:val="nil"/>
            </w:tcBorders>
            <w:tcMar>
              <w:top w:w="70" w:type="dxa"/>
              <w:left w:w="90" w:type="dxa"/>
              <w:bottom w:w="70" w:type="dxa"/>
              <w:right w:w="90" w:type="dxa"/>
            </w:tcMar>
            <w:vAlign w:val="center"/>
          </w:tcPr>
          <w:p w14:paraId="3AD47CA7" w14:textId="77777777" w:rsidR="00C127F7" w:rsidRDefault="00000000">
            <w:pPr>
              <w:jc w:val="center"/>
            </w:pPr>
            <w:r>
              <w:rPr>
                <w:color w:val="666666"/>
                <w:sz w:val="18"/>
              </w:rPr>
              <w:t>........................................................</w:t>
            </w:r>
          </w:p>
        </w:tc>
        <w:tc>
          <w:tcPr>
            <w:tcW w:w="3345" w:type="dxa"/>
            <w:tcBorders>
              <w:top w:val="nil"/>
              <w:left w:val="nil"/>
              <w:bottom w:val="nil"/>
              <w:right w:val="nil"/>
            </w:tcBorders>
            <w:tcMar>
              <w:top w:w="70" w:type="dxa"/>
              <w:left w:w="90" w:type="dxa"/>
              <w:bottom w:w="70" w:type="dxa"/>
              <w:right w:w="90" w:type="dxa"/>
            </w:tcMar>
            <w:vAlign w:val="center"/>
          </w:tcPr>
          <w:p w14:paraId="04BEE458" w14:textId="77777777" w:rsidR="00C127F7" w:rsidRDefault="00000000">
            <w:pPr>
              <w:jc w:val="center"/>
            </w:pPr>
            <w:r>
              <w:rPr>
                <w:color w:val="666666"/>
                <w:sz w:val="18"/>
              </w:rPr>
              <w:t>........................................................</w:t>
            </w:r>
          </w:p>
        </w:tc>
        <w:tc>
          <w:tcPr>
            <w:tcW w:w="3345" w:type="dxa"/>
            <w:tcBorders>
              <w:top w:val="nil"/>
              <w:left w:val="nil"/>
              <w:bottom w:val="nil"/>
              <w:right w:val="nil"/>
            </w:tcBorders>
            <w:tcMar>
              <w:top w:w="70" w:type="dxa"/>
              <w:left w:w="90" w:type="dxa"/>
              <w:bottom w:w="70" w:type="dxa"/>
              <w:right w:w="90" w:type="dxa"/>
            </w:tcMar>
            <w:vAlign w:val="center"/>
          </w:tcPr>
          <w:p w14:paraId="2A4AB6FF" w14:textId="77777777" w:rsidR="00C127F7" w:rsidRDefault="00000000">
            <w:pPr>
              <w:jc w:val="center"/>
            </w:pPr>
            <w:r>
              <w:rPr>
                <w:color w:val="666666"/>
                <w:sz w:val="18"/>
              </w:rPr>
              <w:t>........................................................</w:t>
            </w:r>
          </w:p>
        </w:tc>
      </w:tr>
      <w:tr w:rsidR="00C127F7" w14:paraId="5255F01B" w14:textId="77777777">
        <w:trPr>
          <w:jc w:val="center"/>
        </w:trPr>
        <w:tc>
          <w:tcPr>
            <w:tcW w:w="3345" w:type="dxa"/>
            <w:tcBorders>
              <w:top w:val="nil"/>
              <w:left w:val="nil"/>
              <w:bottom w:val="nil"/>
              <w:right w:val="nil"/>
            </w:tcBorders>
            <w:tcMar>
              <w:top w:w="70" w:type="dxa"/>
              <w:left w:w="90" w:type="dxa"/>
              <w:bottom w:w="70" w:type="dxa"/>
              <w:right w:w="90" w:type="dxa"/>
            </w:tcMar>
            <w:vAlign w:val="center"/>
          </w:tcPr>
          <w:p w14:paraId="3655440A" w14:textId="77777777" w:rsidR="00C127F7" w:rsidRDefault="00000000">
            <w:pPr>
              <w:jc w:val="center"/>
            </w:pPr>
            <w:r>
              <w:rPr>
                <w:color w:val="666666"/>
                <w:sz w:val="17"/>
              </w:rPr>
              <w:t>przewodniczący Komisji</w:t>
            </w:r>
          </w:p>
        </w:tc>
        <w:tc>
          <w:tcPr>
            <w:tcW w:w="3345" w:type="dxa"/>
            <w:tcBorders>
              <w:top w:val="nil"/>
              <w:left w:val="nil"/>
              <w:bottom w:val="nil"/>
              <w:right w:val="nil"/>
            </w:tcBorders>
            <w:tcMar>
              <w:top w:w="70" w:type="dxa"/>
              <w:left w:w="90" w:type="dxa"/>
              <w:bottom w:w="70" w:type="dxa"/>
              <w:right w:w="90" w:type="dxa"/>
            </w:tcMar>
            <w:vAlign w:val="center"/>
          </w:tcPr>
          <w:p w14:paraId="001FFF9D" w14:textId="77777777" w:rsidR="00C127F7" w:rsidRDefault="00000000">
            <w:pPr>
              <w:jc w:val="center"/>
            </w:pPr>
            <w:r>
              <w:rPr>
                <w:color w:val="666666"/>
                <w:sz w:val="17"/>
              </w:rPr>
              <w:t>członek Komisji</w:t>
            </w:r>
          </w:p>
        </w:tc>
        <w:tc>
          <w:tcPr>
            <w:tcW w:w="3345" w:type="dxa"/>
            <w:tcBorders>
              <w:top w:val="nil"/>
              <w:left w:val="nil"/>
              <w:bottom w:val="nil"/>
              <w:right w:val="nil"/>
            </w:tcBorders>
            <w:tcMar>
              <w:top w:w="70" w:type="dxa"/>
              <w:left w:w="90" w:type="dxa"/>
              <w:bottom w:w="70" w:type="dxa"/>
              <w:right w:w="90" w:type="dxa"/>
            </w:tcMar>
            <w:vAlign w:val="center"/>
          </w:tcPr>
          <w:p w14:paraId="669DE48D" w14:textId="77777777" w:rsidR="00C127F7" w:rsidRDefault="00000000">
            <w:pPr>
              <w:jc w:val="center"/>
            </w:pPr>
            <w:r>
              <w:rPr>
                <w:color w:val="666666"/>
                <w:sz w:val="17"/>
              </w:rPr>
              <w:t>członek Komisji</w:t>
            </w:r>
          </w:p>
        </w:tc>
      </w:tr>
    </w:tbl>
    <w:p w14:paraId="45E91FD6" w14:textId="77777777" w:rsidR="00C127F7" w:rsidRDefault="00C127F7">
      <w:pPr>
        <w:sectPr w:rsidR="00C127F7">
          <w:headerReference w:type="default" r:id="rId15"/>
          <w:footerReference w:type="default" r:id="rId16"/>
          <w:pgSz w:w="11906" w:h="16838"/>
          <w:pgMar w:top="765" w:right="907" w:bottom="709" w:left="907" w:header="312" w:footer="312" w:gutter="0"/>
          <w:cols w:space="720"/>
          <w:docGrid w:linePitch="360"/>
        </w:sectPr>
      </w:pPr>
    </w:p>
    <w:p w14:paraId="1B774164" w14:textId="77777777" w:rsidR="00C127F7" w:rsidRDefault="00000000">
      <w:pPr>
        <w:keepNext/>
        <w:spacing w:after="40"/>
        <w:jc w:val="right"/>
      </w:pPr>
      <w:r>
        <w:rPr>
          <w:b/>
          <w:color w:val="1F4E79"/>
          <w:sz w:val="18"/>
        </w:rPr>
        <w:lastRenderedPageBreak/>
        <w:t>Załącznik nr 3</w:t>
      </w:r>
    </w:p>
    <w:p w14:paraId="49145B57" w14:textId="77777777" w:rsidR="00C127F7" w:rsidRDefault="00000000">
      <w:pPr>
        <w:keepNext/>
        <w:spacing w:before="20"/>
        <w:jc w:val="center"/>
      </w:pPr>
      <w:r>
        <w:rPr>
          <w:b/>
          <w:color w:val="000000"/>
          <w:sz w:val="30"/>
        </w:rPr>
        <w:t>INFORMACJA O WYNIKU WYBORÓW</w:t>
      </w:r>
    </w:p>
    <w:p w14:paraId="2D00F36C" w14:textId="77777777" w:rsidR="00C127F7" w:rsidRDefault="00000000">
      <w:pPr>
        <w:keepNext/>
        <w:spacing w:after="120"/>
        <w:jc w:val="center"/>
      </w:pPr>
      <w:r>
        <w:rPr>
          <w:i/>
          <w:color w:val="1F4E79"/>
        </w:rPr>
        <w:t>Szkolnego Rzecznika Praw Ucznia</w:t>
      </w:r>
    </w:p>
    <w:tbl>
      <w:tblPr>
        <w:tblW w:w="0" w:type="auto"/>
        <w:jc w:val="center"/>
        <w:tblLayout w:type="fixed"/>
        <w:tblLook w:val="04A0" w:firstRow="1" w:lastRow="0" w:firstColumn="1" w:lastColumn="0" w:noHBand="0" w:noVBand="1"/>
      </w:tblPr>
      <w:tblGrid>
        <w:gridCol w:w="4082"/>
        <w:gridCol w:w="6009"/>
      </w:tblGrid>
      <w:tr w:rsidR="00C127F7" w14:paraId="4B711A76" w14:textId="77777777">
        <w:trPr>
          <w:cantSplit/>
          <w:trHeight w:val="482"/>
          <w:jc w:val="center"/>
        </w:trPr>
        <w:tc>
          <w:tcPr>
            <w:tcW w:w="408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18872F68" w14:textId="77777777" w:rsidR="00C127F7" w:rsidRDefault="00000000">
            <w:r>
              <w:rPr>
                <w:b/>
                <w:color w:val="000000"/>
                <w:sz w:val="20"/>
              </w:rPr>
              <w:t>Data ogłoszenia wyników</w:t>
            </w:r>
          </w:p>
        </w:tc>
        <w:tc>
          <w:tcPr>
            <w:tcW w:w="6009"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153272F7" w14:textId="77777777" w:rsidR="00C127F7" w:rsidRDefault="00C127F7"/>
        </w:tc>
      </w:tr>
      <w:tr w:rsidR="00C127F7" w14:paraId="632F1762" w14:textId="77777777">
        <w:trPr>
          <w:cantSplit/>
          <w:trHeight w:val="567"/>
          <w:jc w:val="center"/>
        </w:trPr>
        <w:tc>
          <w:tcPr>
            <w:tcW w:w="408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4D110B91" w14:textId="77777777" w:rsidR="00C127F7" w:rsidRDefault="00000000">
            <w:r>
              <w:rPr>
                <w:b/>
                <w:color w:val="000000"/>
                <w:sz w:val="20"/>
              </w:rPr>
              <w:t>Imię i nazwisko wybranego Rzecznika</w:t>
            </w:r>
          </w:p>
        </w:tc>
        <w:tc>
          <w:tcPr>
            <w:tcW w:w="6009"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21F58654" w14:textId="77777777" w:rsidR="00C127F7" w:rsidRDefault="00C127F7"/>
        </w:tc>
      </w:tr>
      <w:tr w:rsidR="00C127F7" w14:paraId="2C17C886" w14:textId="77777777">
        <w:trPr>
          <w:cantSplit/>
          <w:trHeight w:val="482"/>
          <w:jc w:val="center"/>
        </w:trPr>
        <w:tc>
          <w:tcPr>
            <w:tcW w:w="408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20A106C3" w14:textId="77777777" w:rsidR="00C127F7" w:rsidRDefault="00000000">
            <w:r>
              <w:rPr>
                <w:b/>
                <w:color w:val="000000"/>
                <w:sz w:val="20"/>
              </w:rPr>
              <w:t>Data rozpoczęcia kadencji</w:t>
            </w:r>
          </w:p>
        </w:tc>
        <w:tc>
          <w:tcPr>
            <w:tcW w:w="6009"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5C8D197D" w14:textId="77777777" w:rsidR="00C127F7" w:rsidRDefault="00C127F7"/>
        </w:tc>
      </w:tr>
      <w:tr w:rsidR="00C127F7" w14:paraId="36D420C5" w14:textId="77777777">
        <w:trPr>
          <w:cantSplit/>
          <w:trHeight w:val="482"/>
          <w:jc w:val="center"/>
        </w:trPr>
        <w:tc>
          <w:tcPr>
            <w:tcW w:w="408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277476AD" w14:textId="77777777" w:rsidR="00C127F7" w:rsidRDefault="00000000">
            <w:r>
              <w:rPr>
                <w:b/>
                <w:color w:val="000000"/>
                <w:sz w:val="20"/>
              </w:rPr>
              <w:t>Data zakończenia kadencji</w:t>
            </w:r>
          </w:p>
        </w:tc>
        <w:tc>
          <w:tcPr>
            <w:tcW w:w="6009"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39F994F4" w14:textId="77777777" w:rsidR="00C127F7" w:rsidRDefault="00C127F7"/>
        </w:tc>
      </w:tr>
      <w:tr w:rsidR="00C127F7" w14:paraId="6475E6E6" w14:textId="77777777">
        <w:trPr>
          <w:cantSplit/>
          <w:trHeight w:val="680"/>
          <w:jc w:val="center"/>
        </w:trPr>
        <w:tc>
          <w:tcPr>
            <w:tcW w:w="408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02F9EE07" w14:textId="77777777" w:rsidR="00C127F7" w:rsidRDefault="00000000">
            <w:r>
              <w:rPr>
                <w:b/>
                <w:color w:val="000000"/>
                <w:sz w:val="20"/>
              </w:rPr>
              <w:t>Miejsce i godziny dyżuru</w:t>
            </w:r>
          </w:p>
        </w:tc>
        <w:tc>
          <w:tcPr>
            <w:tcW w:w="6009"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492D2875" w14:textId="77777777" w:rsidR="00C127F7" w:rsidRDefault="00C127F7"/>
        </w:tc>
      </w:tr>
      <w:tr w:rsidR="00C127F7" w14:paraId="58D2226D" w14:textId="77777777">
        <w:trPr>
          <w:cantSplit/>
          <w:trHeight w:val="680"/>
          <w:jc w:val="center"/>
        </w:trPr>
        <w:tc>
          <w:tcPr>
            <w:tcW w:w="408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1A27E098" w14:textId="77777777" w:rsidR="00C127F7" w:rsidRDefault="00000000">
            <w:r>
              <w:rPr>
                <w:b/>
                <w:color w:val="000000"/>
                <w:sz w:val="20"/>
              </w:rPr>
              <w:t>Sposób kontaktu</w:t>
            </w:r>
          </w:p>
        </w:tc>
        <w:tc>
          <w:tcPr>
            <w:tcW w:w="6009"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06DFF54C" w14:textId="77777777" w:rsidR="00C127F7" w:rsidRDefault="00C127F7"/>
        </w:tc>
      </w:tr>
    </w:tbl>
    <w:p w14:paraId="107F83D2" w14:textId="77777777" w:rsidR="00C127F7" w:rsidRDefault="00000000">
      <w:pPr>
        <w:spacing w:before="200"/>
        <w:jc w:val="center"/>
      </w:pPr>
      <w:r>
        <w:rPr>
          <w:i/>
          <w:color w:val="000000"/>
          <w:sz w:val="20"/>
        </w:rPr>
        <w:t>Informację podano do wiadomości społeczności szkolnej w sposób przyjęty w szkole.</w:t>
      </w:r>
    </w:p>
    <w:p w14:paraId="06F0C910" w14:textId="77777777" w:rsidR="00C127F7" w:rsidRDefault="00C127F7">
      <w:pPr>
        <w:spacing w:before="760"/>
      </w:pPr>
    </w:p>
    <w:tbl>
      <w:tblPr>
        <w:tblW w:w="0" w:type="auto"/>
        <w:jc w:val="center"/>
        <w:tblLayout w:type="fixed"/>
        <w:tblLook w:val="04A0" w:firstRow="1" w:lastRow="0" w:firstColumn="1" w:lastColumn="0" w:noHBand="0" w:noVBand="1"/>
      </w:tblPr>
      <w:tblGrid>
        <w:gridCol w:w="3345"/>
        <w:gridCol w:w="3345"/>
        <w:gridCol w:w="3345"/>
      </w:tblGrid>
      <w:tr w:rsidR="00C127F7" w14:paraId="7086D7B5" w14:textId="77777777">
        <w:trPr>
          <w:jc w:val="center"/>
        </w:trPr>
        <w:tc>
          <w:tcPr>
            <w:tcW w:w="3345" w:type="dxa"/>
            <w:tcBorders>
              <w:top w:val="nil"/>
              <w:left w:val="nil"/>
              <w:bottom w:val="nil"/>
              <w:right w:val="nil"/>
            </w:tcBorders>
            <w:tcMar>
              <w:top w:w="70" w:type="dxa"/>
              <w:left w:w="90" w:type="dxa"/>
              <w:bottom w:w="70" w:type="dxa"/>
              <w:right w:w="90" w:type="dxa"/>
            </w:tcMar>
            <w:vAlign w:val="center"/>
          </w:tcPr>
          <w:p w14:paraId="5E5E2003" w14:textId="77777777" w:rsidR="00C127F7" w:rsidRDefault="00000000">
            <w:pPr>
              <w:jc w:val="center"/>
            </w:pPr>
            <w:r>
              <w:rPr>
                <w:color w:val="666666"/>
                <w:sz w:val="18"/>
              </w:rPr>
              <w:t>........................................................</w:t>
            </w:r>
          </w:p>
        </w:tc>
        <w:tc>
          <w:tcPr>
            <w:tcW w:w="3345" w:type="dxa"/>
            <w:tcBorders>
              <w:top w:val="nil"/>
              <w:left w:val="nil"/>
              <w:bottom w:val="nil"/>
              <w:right w:val="nil"/>
            </w:tcBorders>
            <w:tcMar>
              <w:top w:w="70" w:type="dxa"/>
              <w:left w:w="90" w:type="dxa"/>
              <w:bottom w:w="70" w:type="dxa"/>
              <w:right w:w="90" w:type="dxa"/>
            </w:tcMar>
            <w:vAlign w:val="center"/>
          </w:tcPr>
          <w:p w14:paraId="5BFEEB94" w14:textId="77777777" w:rsidR="00C127F7" w:rsidRDefault="00000000">
            <w:pPr>
              <w:jc w:val="center"/>
            </w:pPr>
            <w:r>
              <w:rPr>
                <w:color w:val="666666"/>
                <w:sz w:val="18"/>
              </w:rPr>
              <w:t>........................................................</w:t>
            </w:r>
          </w:p>
        </w:tc>
        <w:tc>
          <w:tcPr>
            <w:tcW w:w="3345" w:type="dxa"/>
            <w:tcBorders>
              <w:top w:val="nil"/>
              <w:left w:val="nil"/>
              <w:bottom w:val="nil"/>
              <w:right w:val="nil"/>
            </w:tcBorders>
            <w:tcMar>
              <w:top w:w="70" w:type="dxa"/>
              <w:left w:w="90" w:type="dxa"/>
              <w:bottom w:w="70" w:type="dxa"/>
              <w:right w:w="90" w:type="dxa"/>
            </w:tcMar>
            <w:vAlign w:val="center"/>
          </w:tcPr>
          <w:p w14:paraId="5DA07A76" w14:textId="77777777" w:rsidR="00C127F7" w:rsidRDefault="00000000">
            <w:pPr>
              <w:jc w:val="center"/>
            </w:pPr>
            <w:r>
              <w:rPr>
                <w:color w:val="666666"/>
                <w:sz w:val="18"/>
              </w:rPr>
              <w:t>........................................................</w:t>
            </w:r>
          </w:p>
        </w:tc>
      </w:tr>
      <w:tr w:rsidR="00C127F7" w14:paraId="3CF6EA20" w14:textId="77777777">
        <w:trPr>
          <w:jc w:val="center"/>
        </w:trPr>
        <w:tc>
          <w:tcPr>
            <w:tcW w:w="3345" w:type="dxa"/>
            <w:tcBorders>
              <w:top w:val="nil"/>
              <w:left w:val="nil"/>
              <w:bottom w:val="nil"/>
              <w:right w:val="nil"/>
            </w:tcBorders>
            <w:tcMar>
              <w:top w:w="70" w:type="dxa"/>
              <w:left w:w="90" w:type="dxa"/>
              <w:bottom w:w="70" w:type="dxa"/>
              <w:right w:w="90" w:type="dxa"/>
            </w:tcMar>
            <w:vAlign w:val="center"/>
          </w:tcPr>
          <w:p w14:paraId="000E289A" w14:textId="77777777" w:rsidR="00C127F7" w:rsidRDefault="00000000">
            <w:pPr>
              <w:jc w:val="center"/>
            </w:pPr>
            <w:r>
              <w:rPr>
                <w:color w:val="666666"/>
                <w:sz w:val="17"/>
              </w:rPr>
              <w:t>Szkolny Rzecznik Praw Ucznia</w:t>
            </w:r>
          </w:p>
        </w:tc>
        <w:tc>
          <w:tcPr>
            <w:tcW w:w="3345" w:type="dxa"/>
            <w:tcBorders>
              <w:top w:val="nil"/>
              <w:left w:val="nil"/>
              <w:bottom w:val="nil"/>
              <w:right w:val="nil"/>
            </w:tcBorders>
            <w:tcMar>
              <w:top w:w="70" w:type="dxa"/>
              <w:left w:w="90" w:type="dxa"/>
              <w:bottom w:w="70" w:type="dxa"/>
              <w:right w:w="90" w:type="dxa"/>
            </w:tcMar>
            <w:vAlign w:val="center"/>
          </w:tcPr>
          <w:p w14:paraId="3A385A83" w14:textId="77777777" w:rsidR="00C127F7" w:rsidRDefault="00000000">
            <w:pPr>
              <w:jc w:val="center"/>
            </w:pPr>
            <w:r>
              <w:rPr>
                <w:color w:val="666666"/>
                <w:sz w:val="17"/>
              </w:rPr>
              <w:t>Dyrektor Szkoły</w:t>
            </w:r>
          </w:p>
        </w:tc>
        <w:tc>
          <w:tcPr>
            <w:tcW w:w="3345" w:type="dxa"/>
            <w:tcBorders>
              <w:top w:val="nil"/>
              <w:left w:val="nil"/>
              <w:bottom w:val="nil"/>
              <w:right w:val="nil"/>
            </w:tcBorders>
            <w:tcMar>
              <w:top w:w="70" w:type="dxa"/>
              <w:left w:w="90" w:type="dxa"/>
              <w:bottom w:w="70" w:type="dxa"/>
              <w:right w:w="90" w:type="dxa"/>
            </w:tcMar>
            <w:vAlign w:val="center"/>
          </w:tcPr>
          <w:p w14:paraId="1EF520C5" w14:textId="77777777" w:rsidR="00C127F7" w:rsidRDefault="00000000">
            <w:pPr>
              <w:jc w:val="center"/>
            </w:pPr>
            <w:r>
              <w:rPr>
                <w:color w:val="666666"/>
                <w:sz w:val="17"/>
              </w:rPr>
              <w:t>Przewodniczący Samorządu Uczniowskiego</w:t>
            </w:r>
          </w:p>
        </w:tc>
      </w:tr>
    </w:tbl>
    <w:p w14:paraId="6780AF2E" w14:textId="77777777" w:rsidR="00C127F7" w:rsidRDefault="00C127F7">
      <w:pPr>
        <w:sectPr w:rsidR="00C127F7">
          <w:headerReference w:type="default" r:id="rId17"/>
          <w:footerReference w:type="default" r:id="rId18"/>
          <w:pgSz w:w="11906" w:h="16838"/>
          <w:pgMar w:top="765" w:right="907" w:bottom="709" w:left="907" w:header="312" w:footer="312" w:gutter="0"/>
          <w:cols w:space="720"/>
          <w:docGrid w:linePitch="360"/>
        </w:sectPr>
      </w:pPr>
    </w:p>
    <w:p w14:paraId="358389B1" w14:textId="77777777" w:rsidR="00630FB4" w:rsidRDefault="00630FB4" w:rsidP="00630FB4">
      <w:pPr>
        <w:keepNext/>
        <w:spacing w:after="40"/>
        <w:jc w:val="right"/>
      </w:pPr>
      <w:proofErr w:type="spellStart"/>
      <w:r>
        <w:rPr>
          <w:b/>
          <w:color w:val="1F4E79"/>
          <w:sz w:val="18"/>
        </w:rPr>
        <w:lastRenderedPageBreak/>
        <w:t>Załącznik</w:t>
      </w:r>
      <w:proofErr w:type="spellEnd"/>
      <w:r>
        <w:rPr>
          <w:b/>
          <w:color w:val="1F4E79"/>
          <w:sz w:val="18"/>
        </w:rPr>
        <w:t xml:space="preserve"> nr 4</w:t>
      </w:r>
    </w:p>
    <w:p w14:paraId="7E4D4AD9" w14:textId="77777777" w:rsidR="00630FB4" w:rsidRPr="00630FB4" w:rsidRDefault="00630FB4" w:rsidP="00630FB4">
      <w:pPr>
        <w:spacing w:after="20" w:line="276" w:lineRule="auto"/>
        <w:jc w:val="center"/>
        <w:rPr>
          <w:b/>
          <w:color w:val="000000"/>
          <w:sz w:val="30"/>
        </w:rPr>
      </w:pPr>
      <w:r w:rsidRPr="00630FB4">
        <w:rPr>
          <w:b/>
          <w:color w:val="000000"/>
          <w:sz w:val="30"/>
        </w:rPr>
        <w:t>REJESTR ZGŁOSZEŃ</w:t>
      </w:r>
    </w:p>
    <w:p w14:paraId="763D73D8" w14:textId="77777777" w:rsidR="00630FB4" w:rsidRPr="00630FB4" w:rsidRDefault="00630FB4" w:rsidP="00630FB4">
      <w:pPr>
        <w:keepNext/>
        <w:spacing w:after="120"/>
        <w:jc w:val="center"/>
        <w:rPr>
          <w:i/>
          <w:color w:val="1F4E79"/>
        </w:rPr>
      </w:pPr>
      <w:proofErr w:type="spellStart"/>
      <w:r w:rsidRPr="00630FB4">
        <w:rPr>
          <w:i/>
          <w:color w:val="1F4E79"/>
        </w:rPr>
        <w:t>Szkolnego</w:t>
      </w:r>
      <w:proofErr w:type="spellEnd"/>
      <w:r w:rsidRPr="00630FB4">
        <w:rPr>
          <w:i/>
          <w:color w:val="1F4E79"/>
        </w:rPr>
        <w:t xml:space="preserve"> </w:t>
      </w:r>
      <w:proofErr w:type="spellStart"/>
      <w:r w:rsidRPr="00630FB4">
        <w:rPr>
          <w:i/>
          <w:color w:val="1F4E79"/>
        </w:rPr>
        <w:t>Rzecznika</w:t>
      </w:r>
      <w:proofErr w:type="spellEnd"/>
      <w:r w:rsidRPr="00630FB4">
        <w:rPr>
          <w:i/>
          <w:color w:val="1F4E79"/>
        </w:rPr>
        <w:t xml:space="preserve"> </w:t>
      </w:r>
      <w:proofErr w:type="spellStart"/>
      <w:r w:rsidRPr="00630FB4">
        <w:rPr>
          <w:i/>
          <w:color w:val="1F4E79"/>
        </w:rPr>
        <w:t>Praw</w:t>
      </w:r>
      <w:proofErr w:type="spellEnd"/>
      <w:r w:rsidRPr="00630FB4">
        <w:rPr>
          <w:i/>
          <w:color w:val="1F4E79"/>
        </w:rPr>
        <w:t xml:space="preserve"> </w:t>
      </w:r>
      <w:proofErr w:type="spellStart"/>
      <w:r w:rsidRPr="00630FB4">
        <w:rPr>
          <w:i/>
          <w:color w:val="1F4E79"/>
        </w:rPr>
        <w:t>Ucznia</w:t>
      </w:r>
      <w:proofErr w:type="spellEnd"/>
    </w:p>
    <w:tbl>
      <w:tblPr>
        <w:tblStyle w:val="Tabela-Siatka"/>
        <w:tblW w:w="10880" w:type="dxa"/>
        <w:jc w:val="center"/>
        <w:tblLayout w:type="fixed"/>
        <w:tblLook w:val="04A0" w:firstRow="1" w:lastRow="0" w:firstColumn="1" w:lastColumn="0" w:noHBand="0" w:noVBand="1"/>
      </w:tblPr>
      <w:tblGrid>
        <w:gridCol w:w="5440"/>
        <w:gridCol w:w="5440"/>
      </w:tblGrid>
      <w:tr w:rsidR="00630FB4" w:rsidRPr="00630FB4" w14:paraId="06D38D1B" w14:textId="77777777" w:rsidTr="00630FB4">
        <w:trPr>
          <w:jc w:val="center"/>
        </w:trPr>
        <w:tc>
          <w:tcPr>
            <w:tcW w:w="5440" w:type="dxa"/>
            <w:tcMar>
              <w:top w:w="45" w:type="dxa"/>
              <w:left w:w="55" w:type="dxa"/>
              <w:bottom w:w="45" w:type="dxa"/>
              <w:right w:w="55" w:type="dxa"/>
            </w:tcMar>
            <w:vAlign w:val="center"/>
          </w:tcPr>
          <w:p w14:paraId="2E921FFA" w14:textId="1D8857C6" w:rsidR="00630FB4" w:rsidRPr="00630FB4" w:rsidRDefault="00630FB4" w:rsidP="00630FB4">
            <w:pPr>
              <w:spacing w:before="20" w:after="20"/>
              <w:rPr>
                <w:rFonts w:ascii="Arial" w:eastAsiaTheme="minorEastAsia" w:hAnsi="Arial"/>
                <w:sz w:val="18"/>
              </w:rPr>
            </w:pPr>
            <w:proofErr w:type="spellStart"/>
            <w:r w:rsidRPr="00630FB4">
              <w:rPr>
                <w:rFonts w:ascii="Arial" w:eastAsiaTheme="minorEastAsia" w:hAnsi="Arial"/>
                <w:sz w:val="17"/>
              </w:rPr>
              <w:t>Rok</w:t>
            </w:r>
            <w:proofErr w:type="spellEnd"/>
            <w:r w:rsidRPr="00630FB4">
              <w:rPr>
                <w:rFonts w:ascii="Arial" w:eastAsiaTheme="minorEastAsia" w:hAnsi="Arial"/>
                <w:sz w:val="17"/>
              </w:rPr>
              <w:t xml:space="preserve"> </w:t>
            </w:r>
            <w:proofErr w:type="spellStart"/>
            <w:r w:rsidRPr="00630FB4">
              <w:rPr>
                <w:rFonts w:ascii="Arial" w:eastAsiaTheme="minorEastAsia" w:hAnsi="Arial"/>
                <w:sz w:val="17"/>
              </w:rPr>
              <w:t>szkolny</w:t>
            </w:r>
            <w:proofErr w:type="spellEnd"/>
            <w:r w:rsidRPr="00630FB4">
              <w:rPr>
                <w:rFonts w:ascii="Arial" w:eastAsiaTheme="minorEastAsia" w:hAnsi="Arial"/>
                <w:sz w:val="17"/>
              </w:rPr>
              <w:t xml:space="preserve">: </w:t>
            </w:r>
          </w:p>
        </w:tc>
        <w:tc>
          <w:tcPr>
            <w:tcW w:w="5440" w:type="dxa"/>
            <w:tcMar>
              <w:top w:w="45" w:type="dxa"/>
              <w:left w:w="55" w:type="dxa"/>
              <w:bottom w:w="45" w:type="dxa"/>
              <w:right w:w="55" w:type="dxa"/>
            </w:tcMar>
            <w:vAlign w:val="center"/>
          </w:tcPr>
          <w:p w14:paraId="36E19310" w14:textId="77777777" w:rsidR="00630FB4" w:rsidRPr="00630FB4" w:rsidRDefault="00630FB4" w:rsidP="00630FB4">
            <w:pPr>
              <w:spacing w:before="20" w:after="20"/>
              <w:rPr>
                <w:rFonts w:ascii="Arial" w:eastAsiaTheme="minorEastAsia" w:hAnsi="Arial"/>
                <w:sz w:val="18"/>
              </w:rPr>
            </w:pPr>
            <w:proofErr w:type="spellStart"/>
            <w:r w:rsidRPr="00630FB4">
              <w:rPr>
                <w:rFonts w:ascii="Arial" w:eastAsiaTheme="minorEastAsia" w:hAnsi="Arial"/>
                <w:sz w:val="17"/>
              </w:rPr>
              <w:t>Rzecznik</w:t>
            </w:r>
            <w:proofErr w:type="spellEnd"/>
            <w:r w:rsidRPr="00630FB4">
              <w:rPr>
                <w:rFonts w:ascii="Arial" w:eastAsiaTheme="minorEastAsia" w:hAnsi="Arial"/>
                <w:sz w:val="17"/>
              </w:rPr>
              <w:t xml:space="preserve">: Monika </w:t>
            </w:r>
            <w:proofErr w:type="spellStart"/>
            <w:r w:rsidRPr="00630FB4">
              <w:rPr>
                <w:rFonts w:ascii="Arial" w:eastAsiaTheme="minorEastAsia" w:hAnsi="Arial"/>
                <w:sz w:val="17"/>
              </w:rPr>
              <w:t>Załęska</w:t>
            </w:r>
            <w:proofErr w:type="spellEnd"/>
          </w:p>
        </w:tc>
      </w:tr>
      <w:tr w:rsidR="00630FB4" w:rsidRPr="00630FB4" w14:paraId="1D801FB9" w14:textId="77777777" w:rsidTr="00630FB4">
        <w:trPr>
          <w:jc w:val="center"/>
        </w:trPr>
        <w:tc>
          <w:tcPr>
            <w:tcW w:w="10880" w:type="dxa"/>
            <w:gridSpan w:val="2"/>
            <w:tcMar>
              <w:top w:w="45" w:type="dxa"/>
              <w:left w:w="55" w:type="dxa"/>
              <w:bottom w:w="45" w:type="dxa"/>
              <w:right w:w="55" w:type="dxa"/>
            </w:tcMar>
            <w:vAlign w:val="center"/>
          </w:tcPr>
          <w:p w14:paraId="29D9A448" w14:textId="19BBDAC7" w:rsidR="00630FB4" w:rsidRPr="00630FB4" w:rsidRDefault="00630FB4" w:rsidP="00630FB4">
            <w:pPr>
              <w:spacing w:before="20" w:after="20"/>
              <w:rPr>
                <w:rFonts w:ascii="Arial" w:eastAsiaTheme="minorEastAsia" w:hAnsi="Arial"/>
                <w:sz w:val="18"/>
              </w:rPr>
            </w:pPr>
            <w:proofErr w:type="spellStart"/>
            <w:r w:rsidRPr="00630FB4">
              <w:rPr>
                <w:rFonts w:ascii="Arial" w:eastAsiaTheme="minorEastAsia" w:hAnsi="Arial"/>
                <w:sz w:val="17"/>
              </w:rPr>
              <w:t>Numeracja</w:t>
            </w:r>
            <w:proofErr w:type="spellEnd"/>
            <w:r w:rsidRPr="00630FB4">
              <w:rPr>
                <w:rFonts w:ascii="Arial" w:eastAsiaTheme="minorEastAsia" w:hAnsi="Arial"/>
                <w:sz w:val="17"/>
              </w:rPr>
              <w:t xml:space="preserve"> </w:t>
            </w:r>
            <w:proofErr w:type="spellStart"/>
            <w:r w:rsidRPr="00630FB4">
              <w:rPr>
                <w:rFonts w:ascii="Arial" w:eastAsiaTheme="minorEastAsia" w:hAnsi="Arial"/>
                <w:sz w:val="17"/>
              </w:rPr>
              <w:t>spraw</w:t>
            </w:r>
            <w:proofErr w:type="spellEnd"/>
            <w:r w:rsidRPr="00630FB4">
              <w:rPr>
                <w:rFonts w:ascii="Arial" w:eastAsiaTheme="minorEastAsia" w:hAnsi="Arial"/>
                <w:sz w:val="17"/>
              </w:rPr>
              <w:t xml:space="preserve">: </w:t>
            </w:r>
          </w:p>
        </w:tc>
      </w:tr>
    </w:tbl>
    <w:p w14:paraId="574DAD36" w14:textId="77777777" w:rsidR="00630FB4" w:rsidRPr="00630FB4" w:rsidRDefault="00630FB4" w:rsidP="00630FB4">
      <w:pPr>
        <w:spacing w:line="276" w:lineRule="auto"/>
        <w:rPr>
          <w:rFonts w:ascii="Arial" w:eastAsiaTheme="minorEastAsia" w:hAnsi="Arial"/>
          <w:sz w:val="18"/>
        </w:rPr>
      </w:pPr>
    </w:p>
    <w:tbl>
      <w:tblPr>
        <w:tblStyle w:val="Tabela-Siatka"/>
        <w:tblW w:w="0" w:type="auto"/>
        <w:jc w:val="center"/>
        <w:tblLayout w:type="fixed"/>
        <w:tblLook w:val="04A0" w:firstRow="1" w:lastRow="0" w:firstColumn="1" w:lastColumn="0" w:noHBand="0" w:noVBand="1"/>
      </w:tblPr>
      <w:tblGrid>
        <w:gridCol w:w="454"/>
        <w:gridCol w:w="1191"/>
        <w:gridCol w:w="1304"/>
        <w:gridCol w:w="2438"/>
        <w:gridCol w:w="2948"/>
        <w:gridCol w:w="1247"/>
        <w:gridCol w:w="1077"/>
      </w:tblGrid>
      <w:tr w:rsidR="00630FB4" w:rsidRPr="00630FB4" w14:paraId="0671C275" w14:textId="77777777" w:rsidTr="00626D17">
        <w:trPr>
          <w:cantSplit/>
          <w:jc w:val="center"/>
        </w:trPr>
        <w:tc>
          <w:tcPr>
            <w:tcW w:w="454" w:type="dxa"/>
            <w:shd w:val="clear" w:color="auto" w:fill="D9EAF7"/>
            <w:tcMar>
              <w:top w:w="45" w:type="dxa"/>
              <w:left w:w="55" w:type="dxa"/>
              <w:bottom w:w="45" w:type="dxa"/>
              <w:right w:w="55" w:type="dxa"/>
            </w:tcMar>
            <w:vAlign w:val="center"/>
          </w:tcPr>
          <w:p w14:paraId="59FAC283" w14:textId="77777777" w:rsidR="00630FB4" w:rsidRPr="00630FB4" w:rsidRDefault="00630FB4" w:rsidP="00630FB4">
            <w:pPr>
              <w:spacing w:before="20" w:after="20"/>
              <w:jc w:val="center"/>
              <w:rPr>
                <w:rFonts w:ascii="Arial" w:eastAsiaTheme="minorEastAsia" w:hAnsi="Arial"/>
                <w:sz w:val="18"/>
              </w:rPr>
            </w:pPr>
            <w:proofErr w:type="spellStart"/>
            <w:r w:rsidRPr="00630FB4">
              <w:rPr>
                <w:rFonts w:ascii="Arial" w:eastAsiaTheme="minorEastAsia" w:hAnsi="Arial"/>
                <w:b/>
                <w:sz w:val="14"/>
              </w:rPr>
              <w:t>Lp</w:t>
            </w:r>
            <w:proofErr w:type="spellEnd"/>
            <w:r w:rsidRPr="00630FB4">
              <w:rPr>
                <w:rFonts w:ascii="Arial" w:eastAsiaTheme="minorEastAsia" w:hAnsi="Arial"/>
                <w:b/>
                <w:sz w:val="14"/>
              </w:rPr>
              <w:t>.</w:t>
            </w:r>
          </w:p>
        </w:tc>
        <w:tc>
          <w:tcPr>
            <w:tcW w:w="1191" w:type="dxa"/>
            <w:shd w:val="clear" w:color="auto" w:fill="D9EAF7"/>
            <w:tcMar>
              <w:top w:w="45" w:type="dxa"/>
              <w:left w:w="55" w:type="dxa"/>
              <w:bottom w:w="45" w:type="dxa"/>
              <w:right w:w="55" w:type="dxa"/>
            </w:tcMar>
            <w:vAlign w:val="center"/>
          </w:tcPr>
          <w:p w14:paraId="040509E3" w14:textId="77777777" w:rsidR="00630FB4" w:rsidRPr="00630FB4" w:rsidRDefault="00630FB4" w:rsidP="00630FB4">
            <w:pPr>
              <w:spacing w:before="20" w:after="20"/>
              <w:jc w:val="center"/>
              <w:rPr>
                <w:rFonts w:ascii="Arial" w:eastAsiaTheme="minorEastAsia" w:hAnsi="Arial"/>
                <w:sz w:val="18"/>
              </w:rPr>
            </w:pPr>
            <w:r w:rsidRPr="00630FB4">
              <w:rPr>
                <w:rFonts w:ascii="Arial" w:eastAsiaTheme="minorEastAsia" w:hAnsi="Arial"/>
                <w:b/>
                <w:sz w:val="14"/>
              </w:rPr>
              <w:t xml:space="preserve">Data </w:t>
            </w:r>
            <w:proofErr w:type="spellStart"/>
            <w:r w:rsidRPr="00630FB4">
              <w:rPr>
                <w:rFonts w:ascii="Arial" w:eastAsiaTheme="minorEastAsia" w:hAnsi="Arial"/>
                <w:b/>
                <w:sz w:val="14"/>
              </w:rPr>
              <w:t>zgłoszenia</w:t>
            </w:r>
            <w:proofErr w:type="spellEnd"/>
          </w:p>
        </w:tc>
        <w:tc>
          <w:tcPr>
            <w:tcW w:w="1304" w:type="dxa"/>
            <w:shd w:val="clear" w:color="auto" w:fill="D9EAF7"/>
            <w:tcMar>
              <w:top w:w="45" w:type="dxa"/>
              <w:left w:w="55" w:type="dxa"/>
              <w:bottom w:w="45" w:type="dxa"/>
              <w:right w:w="55" w:type="dxa"/>
            </w:tcMar>
            <w:vAlign w:val="center"/>
          </w:tcPr>
          <w:p w14:paraId="50590B53" w14:textId="77777777" w:rsidR="00630FB4" w:rsidRPr="00630FB4" w:rsidRDefault="00630FB4" w:rsidP="00630FB4">
            <w:pPr>
              <w:spacing w:before="20" w:after="20"/>
              <w:jc w:val="center"/>
              <w:rPr>
                <w:rFonts w:ascii="Arial" w:eastAsiaTheme="minorEastAsia" w:hAnsi="Arial"/>
                <w:sz w:val="18"/>
              </w:rPr>
            </w:pPr>
            <w:proofErr w:type="spellStart"/>
            <w:r w:rsidRPr="00630FB4">
              <w:rPr>
                <w:rFonts w:ascii="Arial" w:eastAsiaTheme="minorEastAsia" w:hAnsi="Arial"/>
                <w:b/>
                <w:sz w:val="14"/>
              </w:rPr>
              <w:t>Numer</w:t>
            </w:r>
            <w:proofErr w:type="spellEnd"/>
            <w:r w:rsidRPr="00630FB4">
              <w:rPr>
                <w:rFonts w:ascii="Arial" w:eastAsiaTheme="minorEastAsia" w:hAnsi="Arial"/>
                <w:b/>
                <w:sz w:val="14"/>
              </w:rPr>
              <w:t xml:space="preserve"> </w:t>
            </w:r>
            <w:proofErr w:type="spellStart"/>
            <w:r w:rsidRPr="00630FB4">
              <w:rPr>
                <w:rFonts w:ascii="Arial" w:eastAsiaTheme="minorEastAsia" w:hAnsi="Arial"/>
                <w:b/>
                <w:sz w:val="14"/>
              </w:rPr>
              <w:t>sprawy</w:t>
            </w:r>
            <w:proofErr w:type="spellEnd"/>
          </w:p>
        </w:tc>
        <w:tc>
          <w:tcPr>
            <w:tcW w:w="2438" w:type="dxa"/>
            <w:shd w:val="clear" w:color="auto" w:fill="D9EAF7"/>
            <w:tcMar>
              <w:top w:w="45" w:type="dxa"/>
              <w:left w:w="55" w:type="dxa"/>
              <w:bottom w:w="45" w:type="dxa"/>
              <w:right w:w="55" w:type="dxa"/>
            </w:tcMar>
            <w:vAlign w:val="center"/>
          </w:tcPr>
          <w:p w14:paraId="03146265" w14:textId="77777777" w:rsidR="00630FB4" w:rsidRPr="00630FB4" w:rsidRDefault="00630FB4" w:rsidP="00630FB4">
            <w:pPr>
              <w:spacing w:before="20" w:after="20"/>
              <w:jc w:val="center"/>
              <w:rPr>
                <w:rFonts w:ascii="Arial" w:eastAsiaTheme="minorEastAsia" w:hAnsi="Arial"/>
                <w:sz w:val="18"/>
              </w:rPr>
            </w:pPr>
            <w:proofErr w:type="spellStart"/>
            <w:r w:rsidRPr="00630FB4">
              <w:rPr>
                <w:rFonts w:ascii="Arial" w:eastAsiaTheme="minorEastAsia" w:hAnsi="Arial"/>
                <w:b/>
                <w:sz w:val="14"/>
              </w:rPr>
              <w:t>Ogólny</w:t>
            </w:r>
            <w:proofErr w:type="spellEnd"/>
            <w:r w:rsidRPr="00630FB4">
              <w:rPr>
                <w:rFonts w:ascii="Arial" w:eastAsiaTheme="minorEastAsia" w:hAnsi="Arial"/>
                <w:b/>
                <w:sz w:val="14"/>
              </w:rPr>
              <w:t xml:space="preserve"> </w:t>
            </w:r>
            <w:proofErr w:type="spellStart"/>
            <w:r w:rsidRPr="00630FB4">
              <w:rPr>
                <w:rFonts w:ascii="Arial" w:eastAsiaTheme="minorEastAsia" w:hAnsi="Arial"/>
                <w:b/>
                <w:sz w:val="14"/>
              </w:rPr>
              <w:t>przedmiot</w:t>
            </w:r>
            <w:proofErr w:type="spellEnd"/>
            <w:r w:rsidRPr="00630FB4">
              <w:rPr>
                <w:rFonts w:ascii="Arial" w:eastAsiaTheme="minorEastAsia" w:hAnsi="Arial"/>
                <w:b/>
                <w:sz w:val="14"/>
              </w:rPr>
              <w:t xml:space="preserve"> </w:t>
            </w:r>
            <w:proofErr w:type="spellStart"/>
            <w:r w:rsidRPr="00630FB4">
              <w:rPr>
                <w:rFonts w:ascii="Arial" w:eastAsiaTheme="minorEastAsia" w:hAnsi="Arial"/>
                <w:b/>
                <w:sz w:val="14"/>
              </w:rPr>
              <w:t>zgłoszenia</w:t>
            </w:r>
            <w:proofErr w:type="spellEnd"/>
          </w:p>
        </w:tc>
        <w:tc>
          <w:tcPr>
            <w:tcW w:w="2948" w:type="dxa"/>
            <w:shd w:val="clear" w:color="auto" w:fill="D9EAF7"/>
            <w:tcMar>
              <w:top w:w="45" w:type="dxa"/>
              <w:left w:w="55" w:type="dxa"/>
              <w:bottom w:w="45" w:type="dxa"/>
              <w:right w:w="55" w:type="dxa"/>
            </w:tcMar>
            <w:vAlign w:val="center"/>
          </w:tcPr>
          <w:p w14:paraId="400F7E1B" w14:textId="77777777" w:rsidR="00630FB4" w:rsidRPr="00630FB4" w:rsidRDefault="00630FB4" w:rsidP="00630FB4">
            <w:pPr>
              <w:spacing w:before="20" w:after="20"/>
              <w:jc w:val="center"/>
              <w:rPr>
                <w:rFonts w:ascii="Arial" w:eastAsiaTheme="minorEastAsia" w:hAnsi="Arial"/>
                <w:sz w:val="18"/>
              </w:rPr>
            </w:pPr>
            <w:proofErr w:type="spellStart"/>
            <w:r w:rsidRPr="00630FB4">
              <w:rPr>
                <w:rFonts w:ascii="Arial" w:eastAsiaTheme="minorEastAsia" w:hAnsi="Arial"/>
                <w:b/>
                <w:sz w:val="14"/>
              </w:rPr>
              <w:t>Podjęte</w:t>
            </w:r>
            <w:proofErr w:type="spellEnd"/>
            <w:r w:rsidRPr="00630FB4">
              <w:rPr>
                <w:rFonts w:ascii="Arial" w:eastAsiaTheme="minorEastAsia" w:hAnsi="Arial"/>
                <w:b/>
                <w:sz w:val="14"/>
              </w:rPr>
              <w:t xml:space="preserve"> </w:t>
            </w:r>
            <w:proofErr w:type="spellStart"/>
            <w:r w:rsidRPr="00630FB4">
              <w:rPr>
                <w:rFonts w:ascii="Arial" w:eastAsiaTheme="minorEastAsia" w:hAnsi="Arial"/>
                <w:b/>
                <w:sz w:val="14"/>
              </w:rPr>
              <w:t>działanie</w:t>
            </w:r>
            <w:proofErr w:type="spellEnd"/>
            <w:r w:rsidRPr="00630FB4">
              <w:rPr>
                <w:rFonts w:ascii="Arial" w:eastAsiaTheme="minorEastAsia" w:hAnsi="Arial"/>
                <w:b/>
                <w:sz w:val="14"/>
              </w:rPr>
              <w:t xml:space="preserve"> / </w:t>
            </w:r>
            <w:proofErr w:type="spellStart"/>
            <w:r w:rsidRPr="00630FB4">
              <w:rPr>
                <w:rFonts w:ascii="Arial" w:eastAsiaTheme="minorEastAsia" w:hAnsi="Arial"/>
                <w:b/>
                <w:sz w:val="14"/>
              </w:rPr>
              <w:t>sposób</w:t>
            </w:r>
            <w:proofErr w:type="spellEnd"/>
            <w:r w:rsidRPr="00630FB4">
              <w:rPr>
                <w:rFonts w:ascii="Arial" w:eastAsiaTheme="minorEastAsia" w:hAnsi="Arial"/>
                <w:b/>
                <w:sz w:val="14"/>
              </w:rPr>
              <w:t xml:space="preserve"> </w:t>
            </w:r>
            <w:proofErr w:type="spellStart"/>
            <w:r w:rsidRPr="00630FB4">
              <w:rPr>
                <w:rFonts w:ascii="Arial" w:eastAsiaTheme="minorEastAsia" w:hAnsi="Arial"/>
                <w:b/>
                <w:sz w:val="14"/>
              </w:rPr>
              <w:t>przekazania</w:t>
            </w:r>
            <w:proofErr w:type="spellEnd"/>
            <w:r w:rsidRPr="00630FB4">
              <w:rPr>
                <w:rFonts w:ascii="Arial" w:eastAsiaTheme="minorEastAsia" w:hAnsi="Arial"/>
                <w:b/>
                <w:sz w:val="14"/>
              </w:rPr>
              <w:t xml:space="preserve"> </w:t>
            </w:r>
            <w:proofErr w:type="spellStart"/>
            <w:r w:rsidRPr="00630FB4">
              <w:rPr>
                <w:rFonts w:ascii="Arial" w:eastAsiaTheme="minorEastAsia" w:hAnsi="Arial"/>
                <w:b/>
                <w:sz w:val="14"/>
              </w:rPr>
              <w:t>sprawy</w:t>
            </w:r>
            <w:proofErr w:type="spellEnd"/>
          </w:p>
        </w:tc>
        <w:tc>
          <w:tcPr>
            <w:tcW w:w="1247" w:type="dxa"/>
            <w:shd w:val="clear" w:color="auto" w:fill="D9EAF7"/>
            <w:tcMar>
              <w:top w:w="45" w:type="dxa"/>
              <w:left w:w="55" w:type="dxa"/>
              <w:bottom w:w="45" w:type="dxa"/>
              <w:right w:w="55" w:type="dxa"/>
            </w:tcMar>
            <w:vAlign w:val="center"/>
          </w:tcPr>
          <w:p w14:paraId="2D659B3E" w14:textId="77777777" w:rsidR="00630FB4" w:rsidRPr="00630FB4" w:rsidRDefault="00630FB4" w:rsidP="00630FB4">
            <w:pPr>
              <w:spacing w:before="20" w:after="20"/>
              <w:jc w:val="center"/>
              <w:rPr>
                <w:rFonts w:ascii="Arial" w:eastAsiaTheme="minorEastAsia" w:hAnsi="Arial"/>
                <w:sz w:val="18"/>
              </w:rPr>
            </w:pPr>
            <w:r w:rsidRPr="00630FB4">
              <w:rPr>
                <w:rFonts w:ascii="Arial" w:eastAsiaTheme="minorEastAsia" w:hAnsi="Arial"/>
                <w:b/>
                <w:sz w:val="14"/>
              </w:rPr>
              <w:t xml:space="preserve">Data </w:t>
            </w:r>
            <w:proofErr w:type="spellStart"/>
            <w:r w:rsidRPr="00630FB4">
              <w:rPr>
                <w:rFonts w:ascii="Arial" w:eastAsiaTheme="minorEastAsia" w:hAnsi="Arial"/>
                <w:b/>
                <w:sz w:val="14"/>
              </w:rPr>
              <w:t>zakończenia</w:t>
            </w:r>
            <w:proofErr w:type="spellEnd"/>
          </w:p>
        </w:tc>
        <w:tc>
          <w:tcPr>
            <w:tcW w:w="1077" w:type="dxa"/>
            <w:shd w:val="clear" w:color="auto" w:fill="D9EAF7"/>
            <w:tcMar>
              <w:top w:w="45" w:type="dxa"/>
              <w:left w:w="55" w:type="dxa"/>
              <w:bottom w:w="45" w:type="dxa"/>
              <w:right w:w="55" w:type="dxa"/>
            </w:tcMar>
            <w:vAlign w:val="center"/>
          </w:tcPr>
          <w:p w14:paraId="2E01644E" w14:textId="77777777" w:rsidR="00630FB4" w:rsidRPr="00630FB4" w:rsidRDefault="00630FB4" w:rsidP="00630FB4">
            <w:pPr>
              <w:spacing w:before="20" w:after="20"/>
              <w:jc w:val="center"/>
              <w:rPr>
                <w:rFonts w:ascii="Arial" w:eastAsiaTheme="minorEastAsia" w:hAnsi="Arial"/>
                <w:sz w:val="18"/>
              </w:rPr>
            </w:pPr>
            <w:r w:rsidRPr="00630FB4">
              <w:rPr>
                <w:rFonts w:ascii="Arial" w:eastAsiaTheme="minorEastAsia" w:hAnsi="Arial"/>
                <w:b/>
                <w:sz w:val="14"/>
              </w:rPr>
              <w:t>Status</w:t>
            </w:r>
          </w:p>
        </w:tc>
      </w:tr>
      <w:tr w:rsidR="00630FB4" w:rsidRPr="00630FB4" w14:paraId="097E5588" w14:textId="77777777" w:rsidTr="00626D17">
        <w:trPr>
          <w:cantSplit/>
          <w:trHeight w:val="397"/>
          <w:jc w:val="center"/>
        </w:trPr>
        <w:tc>
          <w:tcPr>
            <w:tcW w:w="454" w:type="dxa"/>
            <w:tcMar>
              <w:top w:w="45" w:type="dxa"/>
              <w:left w:w="55" w:type="dxa"/>
              <w:bottom w:w="45" w:type="dxa"/>
              <w:right w:w="55" w:type="dxa"/>
            </w:tcMar>
            <w:vAlign w:val="center"/>
          </w:tcPr>
          <w:p w14:paraId="553DA5DE" w14:textId="77777777" w:rsidR="00630FB4" w:rsidRPr="00630FB4" w:rsidRDefault="00630FB4" w:rsidP="00630FB4">
            <w:pPr>
              <w:jc w:val="center"/>
              <w:rPr>
                <w:rFonts w:ascii="Arial" w:eastAsiaTheme="minorEastAsia" w:hAnsi="Arial"/>
                <w:sz w:val="18"/>
              </w:rPr>
            </w:pPr>
            <w:r w:rsidRPr="00630FB4">
              <w:rPr>
                <w:rFonts w:ascii="Arial" w:eastAsiaTheme="minorEastAsia" w:hAnsi="Arial"/>
                <w:sz w:val="16"/>
              </w:rPr>
              <w:t>1</w:t>
            </w:r>
          </w:p>
        </w:tc>
        <w:tc>
          <w:tcPr>
            <w:tcW w:w="1191" w:type="dxa"/>
            <w:tcMar>
              <w:top w:w="45" w:type="dxa"/>
              <w:left w:w="55" w:type="dxa"/>
              <w:bottom w:w="45" w:type="dxa"/>
              <w:right w:w="55" w:type="dxa"/>
            </w:tcMar>
            <w:vAlign w:val="center"/>
          </w:tcPr>
          <w:p w14:paraId="39112BA9" w14:textId="77777777" w:rsidR="00630FB4" w:rsidRPr="00630FB4" w:rsidRDefault="00630FB4" w:rsidP="00630FB4">
            <w:pPr>
              <w:jc w:val="center"/>
              <w:rPr>
                <w:rFonts w:ascii="Arial" w:eastAsiaTheme="minorEastAsia" w:hAnsi="Arial"/>
                <w:sz w:val="18"/>
              </w:rPr>
            </w:pPr>
          </w:p>
        </w:tc>
        <w:tc>
          <w:tcPr>
            <w:tcW w:w="1304" w:type="dxa"/>
            <w:tcMar>
              <w:top w:w="45" w:type="dxa"/>
              <w:left w:w="55" w:type="dxa"/>
              <w:bottom w:w="45" w:type="dxa"/>
              <w:right w:w="55" w:type="dxa"/>
            </w:tcMar>
            <w:vAlign w:val="center"/>
          </w:tcPr>
          <w:p w14:paraId="62C4CF74" w14:textId="77777777" w:rsidR="00630FB4" w:rsidRPr="00630FB4" w:rsidRDefault="00630FB4" w:rsidP="00630FB4">
            <w:pPr>
              <w:jc w:val="center"/>
              <w:rPr>
                <w:rFonts w:ascii="Arial" w:eastAsiaTheme="minorEastAsia" w:hAnsi="Arial"/>
                <w:sz w:val="18"/>
              </w:rPr>
            </w:pPr>
          </w:p>
        </w:tc>
        <w:tc>
          <w:tcPr>
            <w:tcW w:w="2438" w:type="dxa"/>
            <w:tcMar>
              <w:top w:w="45" w:type="dxa"/>
              <w:left w:w="55" w:type="dxa"/>
              <w:bottom w:w="45" w:type="dxa"/>
              <w:right w:w="55" w:type="dxa"/>
            </w:tcMar>
            <w:vAlign w:val="center"/>
          </w:tcPr>
          <w:p w14:paraId="335785E9" w14:textId="77777777" w:rsidR="00630FB4" w:rsidRPr="00630FB4" w:rsidRDefault="00630FB4" w:rsidP="00630FB4">
            <w:pPr>
              <w:rPr>
                <w:rFonts w:ascii="Arial" w:eastAsiaTheme="minorEastAsia" w:hAnsi="Arial"/>
                <w:sz w:val="18"/>
              </w:rPr>
            </w:pPr>
          </w:p>
        </w:tc>
        <w:tc>
          <w:tcPr>
            <w:tcW w:w="2948" w:type="dxa"/>
            <w:tcMar>
              <w:top w:w="45" w:type="dxa"/>
              <w:left w:w="55" w:type="dxa"/>
              <w:bottom w:w="45" w:type="dxa"/>
              <w:right w:w="55" w:type="dxa"/>
            </w:tcMar>
            <w:vAlign w:val="center"/>
          </w:tcPr>
          <w:p w14:paraId="3FB8FD48" w14:textId="77777777" w:rsidR="00630FB4" w:rsidRPr="00630FB4" w:rsidRDefault="00630FB4" w:rsidP="00630FB4">
            <w:pPr>
              <w:rPr>
                <w:rFonts w:ascii="Arial" w:eastAsiaTheme="minorEastAsia" w:hAnsi="Arial"/>
                <w:sz w:val="18"/>
              </w:rPr>
            </w:pPr>
          </w:p>
        </w:tc>
        <w:tc>
          <w:tcPr>
            <w:tcW w:w="1247" w:type="dxa"/>
            <w:tcMar>
              <w:top w:w="45" w:type="dxa"/>
              <w:left w:w="55" w:type="dxa"/>
              <w:bottom w:w="45" w:type="dxa"/>
              <w:right w:w="55" w:type="dxa"/>
            </w:tcMar>
            <w:vAlign w:val="center"/>
          </w:tcPr>
          <w:p w14:paraId="36D9917E" w14:textId="77777777" w:rsidR="00630FB4" w:rsidRPr="00630FB4" w:rsidRDefault="00630FB4" w:rsidP="00630FB4">
            <w:pPr>
              <w:jc w:val="center"/>
              <w:rPr>
                <w:rFonts w:ascii="Arial" w:eastAsiaTheme="minorEastAsia" w:hAnsi="Arial"/>
                <w:sz w:val="18"/>
              </w:rPr>
            </w:pPr>
          </w:p>
        </w:tc>
        <w:tc>
          <w:tcPr>
            <w:tcW w:w="1077" w:type="dxa"/>
            <w:tcMar>
              <w:top w:w="45" w:type="dxa"/>
              <w:left w:w="55" w:type="dxa"/>
              <w:bottom w:w="45" w:type="dxa"/>
              <w:right w:w="55" w:type="dxa"/>
            </w:tcMar>
            <w:vAlign w:val="center"/>
          </w:tcPr>
          <w:p w14:paraId="53AF5C8C" w14:textId="77777777" w:rsidR="00630FB4" w:rsidRPr="00630FB4" w:rsidRDefault="00630FB4" w:rsidP="00630FB4">
            <w:pPr>
              <w:jc w:val="center"/>
              <w:rPr>
                <w:rFonts w:ascii="Arial" w:eastAsiaTheme="minorEastAsia" w:hAnsi="Arial"/>
                <w:sz w:val="18"/>
              </w:rPr>
            </w:pPr>
          </w:p>
        </w:tc>
      </w:tr>
      <w:tr w:rsidR="00630FB4" w:rsidRPr="00630FB4" w14:paraId="10715900" w14:textId="77777777" w:rsidTr="00626D17">
        <w:trPr>
          <w:cantSplit/>
          <w:trHeight w:val="397"/>
          <w:jc w:val="center"/>
        </w:trPr>
        <w:tc>
          <w:tcPr>
            <w:tcW w:w="454" w:type="dxa"/>
            <w:tcMar>
              <w:top w:w="45" w:type="dxa"/>
              <w:left w:w="55" w:type="dxa"/>
              <w:bottom w:w="45" w:type="dxa"/>
              <w:right w:w="55" w:type="dxa"/>
            </w:tcMar>
            <w:vAlign w:val="center"/>
          </w:tcPr>
          <w:p w14:paraId="4EA400BF" w14:textId="77777777" w:rsidR="00630FB4" w:rsidRPr="00630FB4" w:rsidRDefault="00630FB4" w:rsidP="00630FB4">
            <w:pPr>
              <w:jc w:val="center"/>
              <w:rPr>
                <w:rFonts w:ascii="Arial" w:eastAsiaTheme="minorEastAsia" w:hAnsi="Arial"/>
                <w:sz w:val="18"/>
              </w:rPr>
            </w:pPr>
            <w:r w:rsidRPr="00630FB4">
              <w:rPr>
                <w:rFonts w:ascii="Arial" w:eastAsiaTheme="minorEastAsia" w:hAnsi="Arial"/>
                <w:sz w:val="16"/>
              </w:rPr>
              <w:t>2</w:t>
            </w:r>
          </w:p>
        </w:tc>
        <w:tc>
          <w:tcPr>
            <w:tcW w:w="1191" w:type="dxa"/>
            <w:tcMar>
              <w:top w:w="45" w:type="dxa"/>
              <w:left w:w="55" w:type="dxa"/>
              <w:bottom w:w="45" w:type="dxa"/>
              <w:right w:w="55" w:type="dxa"/>
            </w:tcMar>
            <w:vAlign w:val="center"/>
          </w:tcPr>
          <w:p w14:paraId="04BD7E06" w14:textId="77777777" w:rsidR="00630FB4" w:rsidRPr="00630FB4" w:rsidRDefault="00630FB4" w:rsidP="00630FB4">
            <w:pPr>
              <w:jc w:val="center"/>
              <w:rPr>
                <w:rFonts w:ascii="Arial" w:eastAsiaTheme="minorEastAsia" w:hAnsi="Arial"/>
                <w:sz w:val="18"/>
              </w:rPr>
            </w:pPr>
          </w:p>
        </w:tc>
        <w:tc>
          <w:tcPr>
            <w:tcW w:w="1304" w:type="dxa"/>
            <w:tcMar>
              <w:top w:w="45" w:type="dxa"/>
              <w:left w:w="55" w:type="dxa"/>
              <w:bottom w:w="45" w:type="dxa"/>
              <w:right w:w="55" w:type="dxa"/>
            </w:tcMar>
            <w:vAlign w:val="center"/>
          </w:tcPr>
          <w:p w14:paraId="74986F76" w14:textId="77777777" w:rsidR="00630FB4" w:rsidRPr="00630FB4" w:rsidRDefault="00630FB4" w:rsidP="00630FB4">
            <w:pPr>
              <w:jc w:val="center"/>
              <w:rPr>
                <w:rFonts w:ascii="Arial" w:eastAsiaTheme="minorEastAsia" w:hAnsi="Arial"/>
                <w:sz w:val="18"/>
              </w:rPr>
            </w:pPr>
          </w:p>
        </w:tc>
        <w:tc>
          <w:tcPr>
            <w:tcW w:w="2438" w:type="dxa"/>
            <w:tcMar>
              <w:top w:w="45" w:type="dxa"/>
              <w:left w:w="55" w:type="dxa"/>
              <w:bottom w:w="45" w:type="dxa"/>
              <w:right w:w="55" w:type="dxa"/>
            </w:tcMar>
            <w:vAlign w:val="center"/>
          </w:tcPr>
          <w:p w14:paraId="16F9066B" w14:textId="77777777" w:rsidR="00630FB4" w:rsidRPr="00630FB4" w:rsidRDefault="00630FB4" w:rsidP="00630FB4">
            <w:pPr>
              <w:rPr>
                <w:rFonts w:ascii="Arial" w:eastAsiaTheme="minorEastAsia" w:hAnsi="Arial"/>
                <w:sz w:val="18"/>
              </w:rPr>
            </w:pPr>
          </w:p>
        </w:tc>
        <w:tc>
          <w:tcPr>
            <w:tcW w:w="2948" w:type="dxa"/>
            <w:tcMar>
              <w:top w:w="45" w:type="dxa"/>
              <w:left w:w="55" w:type="dxa"/>
              <w:bottom w:w="45" w:type="dxa"/>
              <w:right w:w="55" w:type="dxa"/>
            </w:tcMar>
            <w:vAlign w:val="center"/>
          </w:tcPr>
          <w:p w14:paraId="6A77F6C8" w14:textId="77777777" w:rsidR="00630FB4" w:rsidRPr="00630FB4" w:rsidRDefault="00630FB4" w:rsidP="00630FB4">
            <w:pPr>
              <w:rPr>
                <w:rFonts w:ascii="Arial" w:eastAsiaTheme="minorEastAsia" w:hAnsi="Arial"/>
                <w:sz w:val="18"/>
              </w:rPr>
            </w:pPr>
          </w:p>
        </w:tc>
        <w:tc>
          <w:tcPr>
            <w:tcW w:w="1247" w:type="dxa"/>
            <w:tcMar>
              <w:top w:w="45" w:type="dxa"/>
              <w:left w:w="55" w:type="dxa"/>
              <w:bottom w:w="45" w:type="dxa"/>
              <w:right w:w="55" w:type="dxa"/>
            </w:tcMar>
            <w:vAlign w:val="center"/>
          </w:tcPr>
          <w:p w14:paraId="1743548A" w14:textId="77777777" w:rsidR="00630FB4" w:rsidRPr="00630FB4" w:rsidRDefault="00630FB4" w:rsidP="00630FB4">
            <w:pPr>
              <w:jc w:val="center"/>
              <w:rPr>
                <w:rFonts w:ascii="Arial" w:eastAsiaTheme="minorEastAsia" w:hAnsi="Arial"/>
                <w:sz w:val="18"/>
              </w:rPr>
            </w:pPr>
          </w:p>
        </w:tc>
        <w:tc>
          <w:tcPr>
            <w:tcW w:w="1077" w:type="dxa"/>
            <w:tcMar>
              <w:top w:w="45" w:type="dxa"/>
              <w:left w:w="55" w:type="dxa"/>
              <w:bottom w:w="45" w:type="dxa"/>
              <w:right w:w="55" w:type="dxa"/>
            </w:tcMar>
            <w:vAlign w:val="center"/>
          </w:tcPr>
          <w:p w14:paraId="0D0EEB9B" w14:textId="77777777" w:rsidR="00630FB4" w:rsidRPr="00630FB4" w:rsidRDefault="00630FB4" w:rsidP="00630FB4">
            <w:pPr>
              <w:jc w:val="center"/>
              <w:rPr>
                <w:rFonts w:ascii="Arial" w:eastAsiaTheme="minorEastAsia" w:hAnsi="Arial"/>
                <w:sz w:val="18"/>
              </w:rPr>
            </w:pPr>
          </w:p>
        </w:tc>
      </w:tr>
      <w:tr w:rsidR="00630FB4" w:rsidRPr="00630FB4" w14:paraId="70B59849" w14:textId="77777777" w:rsidTr="00626D17">
        <w:trPr>
          <w:cantSplit/>
          <w:trHeight w:val="397"/>
          <w:jc w:val="center"/>
        </w:trPr>
        <w:tc>
          <w:tcPr>
            <w:tcW w:w="454" w:type="dxa"/>
            <w:tcMar>
              <w:top w:w="45" w:type="dxa"/>
              <w:left w:w="55" w:type="dxa"/>
              <w:bottom w:w="45" w:type="dxa"/>
              <w:right w:w="55" w:type="dxa"/>
            </w:tcMar>
            <w:vAlign w:val="center"/>
          </w:tcPr>
          <w:p w14:paraId="6770179C" w14:textId="77777777" w:rsidR="00630FB4" w:rsidRPr="00630FB4" w:rsidRDefault="00630FB4" w:rsidP="00630FB4">
            <w:pPr>
              <w:jc w:val="center"/>
              <w:rPr>
                <w:rFonts w:ascii="Arial" w:eastAsiaTheme="minorEastAsia" w:hAnsi="Arial"/>
                <w:sz w:val="18"/>
              </w:rPr>
            </w:pPr>
            <w:r w:rsidRPr="00630FB4">
              <w:rPr>
                <w:rFonts w:ascii="Arial" w:eastAsiaTheme="minorEastAsia" w:hAnsi="Arial"/>
                <w:sz w:val="16"/>
              </w:rPr>
              <w:t>3</w:t>
            </w:r>
          </w:p>
        </w:tc>
        <w:tc>
          <w:tcPr>
            <w:tcW w:w="1191" w:type="dxa"/>
            <w:tcMar>
              <w:top w:w="45" w:type="dxa"/>
              <w:left w:w="55" w:type="dxa"/>
              <w:bottom w:w="45" w:type="dxa"/>
              <w:right w:w="55" w:type="dxa"/>
            </w:tcMar>
            <w:vAlign w:val="center"/>
          </w:tcPr>
          <w:p w14:paraId="5246A7DE" w14:textId="77777777" w:rsidR="00630FB4" w:rsidRPr="00630FB4" w:rsidRDefault="00630FB4" w:rsidP="00630FB4">
            <w:pPr>
              <w:jc w:val="center"/>
              <w:rPr>
                <w:rFonts w:ascii="Arial" w:eastAsiaTheme="minorEastAsia" w:hAnsi="Arial"/>
                <w:sz w:val="18"/>
              </w:rPr>
            </w:pPr>
          </w:p>
        </w:tc>
        <w:tc>
          <w:tcPr>
            <w:tcW w:w="1304" w:type="dxa"/>
            <w:tcMar>
              <w:top w:w="45" w:type="dxa"/>
              <w:left w:w="55" w:type="dxa"/>
              <w:bottom w:w="45" w:type="dxa"/>
              <w:right w:w="55" w:type="dxa"/>
            </w:tcMar>
            <w:vAlign w:val="center"/>
          </w:tcPr>
          <w:p w14:paraId="7BA2D493" w14:textId="77777777" w:rsidR="00630FB4" w:rsidRPr="00630FB4" w:rsidRDefault="00630FB4" w:rsidP="00630FB4">
            <w:pPr>
              <w:jc w:val="center"/>
              <w:rPr>
                <w:rFonts w:ascii="Arial" w:eastAsiaTheme="minorEastAsia" w:hAnsi="Arial"/>
                <w:sz w:val="18"/>
              </w:rPr>
            </w:pPr>
          </w:p>
        </w:tc>
        <w:tc>
          <w:tcPr>
            <w:tcW w:w="2438" w:type="dxa"/>
            <w:tcMar>
              <w:top w:w="45" w:type="dxa"/>
              <w:left w:w="55" w:type="dxa"/>
              <w:bottom w:w="45" w:type="dxa"/>
              <w:right w:w="55" w:type="dxa"/>
            </w:tcMar>
            <w:vAlign w:val="center"/>
          </w:tcPr>
          <w:p w14:paraId="30C1FEF1" w14:textId="77777777" w:rsidR="00630FB4" w:rsidRPr="00630FB4" w:rsidRDefault="00630FB4" w:rsidP="00630FB4">
            <w:pPr>
              <w:rPr>
                <w:rFonts w:ascii="Arial" w:eastAsiaTheme="minorEastAsia" w:hAnsi="Arial"/>
                <w:sz w:val="18"/>
              </w:rPr>
            </w:pPr>
          </w:p>
        </w:tc>
        <w:tc>
          <w:tcPr>
            <w:tcW w:w="2948" w:type="dxa"/>
            <w:tcMar>
              <w:top w:w="45" w:type="dxa"/>
              <w:left w:w="55" w:type="dxa"/>
              <w:bottom w:w="45" w:type="dxa"/>
              <w:right w:w="55" w:type="dxa"/>
            </w:tcMar>
            <w:vAlign w:val="center"/>
          </w:tcPr>
          <w:p w14:paraId="1D5E40FD" w14:textId="77777777" w:rsidR="00630FB4" w:rsidRPr="00630FB4" w:rsidRDefault="00630FB4" w:rsidP="00630FB4">
            <w:pPr>
              <w:rPr>
                <w:rFonts w:ascii="Arial" w:eastAsiaTheme="minorEastAsia" w:hAnsi="Arial"/>
                <w:sz w:val="18"/>
              </w:rPr>
            </w:pPr>
          </w:p>
        </w:tc>
        <w:tc>
          <w:tcPr>
            <w:tcW w:w="1247" w:type="dxa"/>
            <w:tcMar>
              <w:top w:w="45" w:type="dxa"/>
              <w:left w:w="55" w:type="dxa"/>
              <w:bottom w:w="45" w:type="dxa"/>
              <w:right w:w="55" w:type="dxa"/>
            </w:tcMar>
            <w:vAlign w:val="center"/>
          </w:tcPr>
          <w:p w14:paraId="43EFF0CB" w14:textId="77777777" w:rsidR="00630FB4" w:rsidRPr="00630FB4" w:rsidRDefault="00630FB4" w:rsidP="00630FB4">
            <w:pPr>
              <w:jc w:val="center"/>
              <w:rPr>
                <w:rFonts w:ascii="Arial" w:eastAsiaTheme="minorEastAsia" w:hAnsi="Arial"/>
                <w:sz w:val="18"/>
              </w:rPr>
            </w:pPr>
          </w:p>
        </w:tc>
        <w:tc>
          <w:tcPr>
            <w:tcW w:w="1077" w:type="dxa"/>
            <w:tcMar>
              <w:top w:w="45" w:type="dxa"/>
              <w:left w:w="55" w:type="dxa"/>
              <w:bottom w:w="45" w:type="dxa"/>
              <w:right w:w="55" w:type="dxa"/>
            </w:tcMar>
            <w:vAlign w:val="center"/>
          </w:tcPr>
          <w:p w14:paraId="66F56F24" w14:textId="77777777" w:rsidR="00630FB4" w:rsidRPr="00630FB4" w:rsidRDefault="00630FB4" w:rsidP="00630FB4">
            <w:pPr>
              <w:jc w:val="center"/>
              <w:rPr>
                <w:rFonts w:ascii="Arial" w:eastAsiaTheme="minorEastAsia" w:hAnsi="Arial"/>
                <w:sz w:val="18"/>
              </w:rPr>
            </w:pPr>
          </w:p>
        </w:tc>
      </w:tr>
      <w:tr w:rsidR="00630FB4" w:rsidRPr="00630FB4" w14:paraId="41BE4CE3" w14:textId="77777777" w:rsidTr="00626D17">
        <w:trPr>
          <w:cantSplit/>
          <w:trHeight w:val="397"/>
          <w:jc w:val="center"/>
        </w:trPr>
        <w:tc>
          <w:tcPr>
            <w:tcW w:w="454" w:type="dxa"/>
            <w:tcMar>
              <w:top w:w="45" w:type="dxa"/>
              <w:left w:w="55" w:type="dxa"/>
              <w:bottom w:w="45" w:type="dxa"/>
              <w:right w:w="55" w:type="dxa"/>
            </w:tcMar>
            <w:vAlign w:val="center"/>
          </w:tcPr>
          <w:p w14:paraId="01A00B0E" w14:textId="77777777" w:rsidR="00630FB4" w:rsidRPr="00630FB4" w:rsidRDefault="00630FB4" w:rsidP="00630FB4">
            <w:pPr>
              <w:jc w:val="center"/>
              <w:rPr>
                <w:rFonts w:ascii="Arial" w:eastAsiaTheme="minorEastAsia" w:hAnsi="Arial"/>
                <w:sz w:val="18"/>
              </w:rPr>
            </w:pPr>
            <w:r w:rsidRPr="00630FB4">
              <w:rPr>
                <w:rFonts w:ascii="Arial" w:eastAsiaTheme="minorEastAsia" w:hAnsi="Arial"/>
                <w:sz w:val="16"/>
              </w:rPr>
              <w:t>4</w:t>
            </w:r>
          </w:p>
        </w:tc>
        <w:tc>
          <w:tcPr>
            <w:tcW w:w="1191" w:type="dxa"/>
            <w:tcMar>
              <w:top w:w="45" w:type="dxa"/>
              <w:left w:w="55" w:type="dxa"/>
              <w:bottom w:w="45" w:type="dxa"/>
              <w:right w:w="55" w:type="dxa"/>
            </w:tcMar>
            <w:vAlign w:val="center"/>
          </w:tcPr>
          <w:p w14:paraId="73D4C62A" w14:textId="77777777" w:rsidR="00630FB4" w:rsidRPr="00630FB4" w:rsidRDefault="00630FB4" w:rsidP="00630FB4">
            <w:pPr>
              <w:jc w:val="center"/>
              <w:rPr>
                <w:rFonts w:ascii="Arial" w:eastAsiaTheme="minorEastAsia" w:hAnsi="Arial"/>
                <w:sz w:val="18"/>
              </w:rPr>
            </w:pPr>
          </w:p>
        </w:tc>
        <w:tc>
          <w:tcPr>
            <w:tcW w:w="1304" w:type="dxa"/>
            <w:tcMar>
              <w:top w:w="45" w:type="dxa"/>
              <w:left w:w="55" w:type="dxa"/>
              <w:bottom w:w="45" w:type="dxa"/>
              <w:right w:w="55" w:type="dxa"/>
            </w:tcMar>
            <w:vAlign w:val="center"/>
          </w:tcPr>
          <w:p w14:paraId="44C32E4C" w14:textId="77777777" w:rsidR="00630FB4" w:rsidRPr="00630FB4" w:rsidRDefault="00630FB4" w:rsidP="00630FB4">
            <w:pPr>
              <w:jc w:val="center"/>
              <w:rPr>
                <w:rFonts w:ascii="Arial" w:eastAsiaTheme="minorEastAsia" w:hAnsi="Arial"/>
                <w:sz w:val="18"/>
              </w:rPr>
            </w:pPr>
          </w:p>
        </w:tc>
        <w:tc>
          <w:tcPr>
            <w:tcW w:w="2438" w:type="dxa"/>
            <w:tcMar>
              <w:top w:w="45" w:type="dxa"/>
              <w:left w:w="55" w:type="dxa"/>
              <w:bottom w:w="45" w:type="dxa"/>
              <w:right w:w="55" w:type="dxa"/>
            </w:tcMar>
            <w:vAlign w:val="center"/>
          </w:tcPr>
          <w:p w14:paraId="0ED3F45A" w14:textId="77777777" w:rsidR="00630FB4" w:rsidRPr="00630FB4" w:rsidRDefault="00630FB4" w:rsidP="00630FB4">
            <w:pPr>
              <w:rPr>
                <w:rFonts w:ascii="Arial" w:eastAsiaTheme="minorEastAsia" w:hAnsi="Arial"/>
                <w:sz w:val="18"/>
              </w:rPr>
            </w:pPr>
          </w:p>
        </w:tc>
        <w:tc>
          <w:tcPr>
            <w:tcW w:w="2948" w:type="dxa"/>
            <w:tcMar>
              <w:top w:w="45" w:type="dxa"/>
              <w:left w:w="55" w:type="dxa"/>
              <w:bottom w:w="45" w:type="dxa"/>
              <w:right w:w="55" w:type="dxa"/>
            </w:tcMar>
            <w:vAlign w:val="center"/>
          </w:tcPr>
          <w:p w14:paraId="7451D2E5" w14:textId="77777777" w:rsidR="00630FB4" w:rsidRPr="00630FB4" w:rsidRDefault="00630FB4" w:rsidP="00630FB4">
            <w:pPr>
              <w:rPr>
                <w:rFonts w:ascii="Arial" w:eastAsiaTheme="minorEastAsia" w:hAnsi="Arial"/>
                <w:sz w:val="18"/>
              </w:rPr>
            </w:pPr>
          </w:p>
        </w:tc>
        <w:tc>
          <w:tcPr>
            <w:tcW w:w="1247" w:type="dxa"/>
            <w:tcMar>
              <w:top w:w="45" w:type="dxa"/>
              <w:left w:w="55" w:type="dxa"/>
              <w:bottom w:w="45" w:type="dxa"/>
              <w:right w:w="55" w:type="dxa"/>
            </w:tcMar>
            <w:vAlign w:val="center"/>
          </w:tcPr>
          <w:p w14:paraId="02148FDC" w14:textId="77777777" w:rsidR="00630FB4" w:rsidRPr="00630FB4" w:rsidRDefault="00630FB4" w:rsidP="00630FB4">
            <w:pPr>
              <w:jc w:val="center"/>
              <w:rPr>
                <w:rFonts w:ascii="Arial" w:eastAsiaTheme="minorEastAsia" w:hAnsi="Arial"/>
                <w:sz w:val="18"/>
              </w:rPr>
            </w:pPr>
          </w:p>
        </w:tc>
        <w:tc>
          <w:tcPr>
            <w:tcW w:w="1077" w:type="dxa"/>
            <w:tcMar>
              <w:top w:w="45" w:type="dxa"/>
              <w:left w:w="55" w:type="dxa"/>
              <w:bottom w:w="45" w:type="dxa"/>
              <w:right w:w="55" w:type="dxa"/>
            </w:tcMar>
            <w:vAlign w:val="center"/>
          </w:tcPr>
          <w:p w14:paraId="69DF975A" w14:textId="77777777" w:rsidR="00630FB4" w:rsidRPr="00630FB4" w:rsidRDefault="00630FB4" w:rsidP="00630FB4">
            <w:pPr>
              <w:jc w:val="center"/>
              <w:rPr>
                <w:rFonts w:ascii="Arial" w:eastAsiaTheme="minorEastAsia" w:hAnsi="Arial"/>
                <w:sz w:val="18"/>
              </w:rPr>
            </w:pPr>
          </w:p>
        </w:tc>
      </w:tr>
      <w:tr w:rsidR="00630FB4" w:rsidRPr="00630FB4" w14:paraId="5054872F" w14:textId="77777777" w:rsidTr="00626D17">
        <w:trPr>
          <w:cantSplit/>
          <w:trHeight w:val="397"/>
          <w:jc w:val="center"/>
        </w:trPr>
        <w:tc>
          <w:tcPr>
            <w:tcW w:w="454" w:type="dxa"/>
            <w:tcMar>
              <w:top w:w="45" w:type="dxa"/>
              <w:left w:w="55" w:type="dxa"/>
              <w:bottom w:w="45" w:type="dxa"/>
              <w:right w:w="55" w:type="dxa"/>
            </w:tcMar>
            <w:vAlign w:val="center"/>
          </w:tcPr>
          <w:p w14:paraId="3C986E3E" w14:textId="77777777" w:rsidR="00630FB4" w:rsidRPr="00630FB4" w:rsidRDefault="00630FB4" w:rsidP="00630FB4">
            <w:pPr>
              <w:jc w:val="center"/>
              <w:rPr>
                <w:rFonts w:ascii="Arial" w:eastAsiaTheme="minorEastAsia" w:hAnsi="Arial"/>
                <w:sz w:val="18"/>
              </w:rPr>
            </w:pPr>
            <w:r w:rsidRPr="00630FB4">
              <w:rPr>
                <w:rFonts w:ascii="Arial" w:eastAsiaTheme="minorEastAsia" w:hAnsi="Arial"/>
                <w:sz w:val="16"/>
              </w:rPr>
              <w:t>5</w:t>
            </w:r>
          </w:p>
        </w:tc>
        <w:tc>
          <w:tcPr>
            <w:tcW w:w="1191" w:type="dxa"/>
            <w:tcMar>
              <w:top w:w="45" w:type="dxa"/>
              <w:left w:w="55" w:type="dxa"/>
              <w:bottom w:w="45" w:type="dxa"/>
              <w:right w:w="55" w:type="dxa"/>
            </w:tcMar>
            <w:vAlign w:val="center"/>
          </w:tcPr>
          <w:p w14:paraId="3ECA08D4" w14:textId="77777777" w:rsidR="00630FB4" w:rsidRPr="00630FB4" w:rsidRDefault="00630FB4" w:rsidP="00630FB4">
            <w:pPr>
              <w:jc w:val="center"/>
              <w:rPr>
                <w:rFonts w:ascii="Arial" w:eastAsiaTheme="minorEastAsia" w:hAnsi="Arial"/>
                <w:sz w:val="18"/>
              </w:rPr>
            </w:pPr>
          </w:p>
        </w:tc>
        <w:tc>
          <w:tcPr>
            <w:tcW w:w="1304" w:type="dxa"/>
            <w:tcMar>
              <w:top w:w="45" w:type="dxa"/>
              <w:left w:w="55" w:type="dxa"/>
              <w:bottom w:w="45" w:type="dxa"/>
              <w:right w:w="55" w:type="dxa"/>
            </w:tcMar>
            <w:vAlign w:val="center"/>
          </w:tcPr>
          <w:p w14:paraId="67C191B8" w14:textId="77777777" w:rsidR="00630FB4" w:rsidRPr="00630FB4" w:rsidRDefault="00630FB4" w:rsidP="00630FB4">
            <w:pPr>
              <w:jc w:val="center"/>
              <w:rPr>
                <w:rFonts w:ascii="Arial" w:eastAsiaTheme="minorEastAsia" w:hAnsi="Arial"/>
                <w:sz w:val="18"/>
              </w:rPr>
            </w:pPr>
          </w:p>
        </w:tc>
        <w:tc>
          <w:tcPr>
            <w:tcW w:w="2438" w:type="dxa"/>
            <w:tcMar>
              <w:top w:w="45" w:type="dxa"/>
              <w:left w:w="55" w:type="dxa"/>
              <w:bottom w:w="45" w:type="dxa"/>
              <w:right w:w="55" w:type="dxa"/>
            </w:tcMar>
            <w:vAlign w:val="center"/>
          </w:tcPr>
          <w:p w14:paraId="08001E7B" w14:textId="77777777" w:rsidR="00630FB4" w:rsidRPr="00630FB4" w:rsidRDefault="00630FB4" w:rsidP="00630FB4">
            <w:pPr>
              <w:rPr>
                <w:rFonts w:ascii="Arial" w:eastAsiaTheme="minorEastAsia" w:hAnsi="Arial"/>
                <w:sz w:val="18"/>
              </w:rPr>
            </w:pPr>
          </w:p>
        </w:tc>
        <w:tc>
          <w:tcPr>
            <w:tcW w:w="2948" w:type="dxa"/>
            <w:tcMar>
              <w:top w:w="45" w:type="dxa"/>
              <w:left w:w="55" w:type="dxa"/>
              <w:bottom w:w="45" w:type="dxa"/>
              <w:right w:w="55" w:type="dxa"/>
            </w:tcMar>
            <w:vAlign w:val="center"/>
          </w:tcPr>
          <w:p w14:paraId="079E17F9" w14:textId="77777777" w:rsidR="00630FB4" w:rsidRPr="00630FB4" w:rsidRDefault="00630FB4" w:rsidP="00630FB4">
            <w:pPr>
              <w:rPr>
                <w:rFonts w:ascii="Arial" w:eastAsiaTheme="minorEastAsia" w:hAnsi="Arial"/>
                <w:sz w:val="18"/>
              </w:rPr>
            </w:pPr>
          </w:p>
        </w:tc>
        <w:tc>
          <w:tcPr>
            <w:tcW w:w="1247" w:type="dxa"/>
            <w:tcMar>
              <w:top w:w="45" w:type="dxa"/>
              <w:left w:w="55" w:type="dxa"/>
              <w:bottom w:w="45" w:type="dxa"/>
              <w:right w:w="55" w:type="dxa"/>
            </w:tcMar>
            <w:vAlign w:val="center"/>
          </w:tcPr>
          <w:p w14:paraId="570A6347" w14:textId="77777777" w:rsidR="00630FB4" w:rsidRPr="00630FB4" w:rsidRDefault="00630FB4" w:rsidP="00630FB4">
            <w:pPr>
              <w:jc w:val="center"/>
              <w:rPr>
                <w:rFonts w:ascii="Arial" w:eastAsiaTheme="minorEastAsia" w:hAnsi="Arial"/>
                <w:sz w:val="18"/>
              </w:rPr>
            </w:pPr>
          </w:p>
        </w:tc>
        <w:tc>
          <w:tcPr>
            <w:tcW w:w="1077" w:type="dxa"/>
            <w:tcMar>
              <w:top w:w="45" w:type="dxa"/>
              <w:left w:w="55" w:type="dxa"/>
              <w:bottom w:w="45" w:type="dxa"/>
              <w:right w:w="55" w:type="dxa"/>
            </w:tcMar>
            <w:vAlign w:val="center"/>
          </w:tcPr>
          <w:p w14:paraId="448F80FF" w14:textId="77777777" w:rsidR="00630FB4" w:rsidRPr="00630FB4" w:rsidRDefault="00630FB4" w:rsidP="00630FB4">
            <w:pPr>
              <w:jc w:val="center"/>
              <w:rPr>
                <w:rFonts w:ascii="Arial" w:eastAsiaTheme="minorEastAsia" w:hAnsi="Arial"/>
                <w:sz w:val="18"/>
              </w:rPr>
            </w:pPr>
          </w:p>
        </w:tc>
      </w:tr>
      <w:tr w:rsidR="00630FB4" w:rsidRPr="00630FB4" w14:paraId="008E2218" w14:textId="77777777" w:rsidTr="00626D17">
        <w:trPr>
          <w:cantSplit/>
          <w:trHeight w:val="397"/>
          <w:jc w:val="center"/>
        </w:trPr>
        <w:tc>
          <w:tcPr>
            <w:tcW w:w="454" w:type="dxa"/>
            <w:tcMar>
              <w:top w:w="45" w:type="dxa"/>
              <w:left w:w="55" w:type="dxa"/>
              <w:bottom w:w="45" w:type="dxa"/>
              <w:right w:w="55" w:type="dxa"/>
            </w:tcMar>
            <w:vAlign w:val="center"/>
          </w:tcPr>
          <w:p w14:paraId="55D2FA07" w14:textId="77777777" w:rsidR="00630FB4" w:rsidRPr="00630FB4" w:rsidRDefault="00630FB4" w:rsidP="00630FB4">
            <w:pPr>
              <w:jc w:val="center"/>
              <w:rPr>
                <w:rFonts w:ascii="Arial" w:eastAsiaTheme="minorEastAsia" w:hAnsi="Arial"/>
                <w:sz w:val="18"/>
              </w:rPr>
            </w:pPr>
            <w:r w:rsidRPr="00630FB4">
              <w:rPr>
                <w:rFonts w:ascii="Arial" w:eastAsiaTheme="minorEastAsia" w:hAnsi="Arial"/>
                <w:sz w:val="16"/>
              </w:rPr>
              <w:t>6</w:t>
            </w:r>
          </w:p>
        </w:tc>
        <w:tc>
          <w:tcPr>
            <w:tcW w:w="1191" w:type="dxa"/>
            <w:tcMar>
              <w:top w:w="45" w:type="dxa"/>
              <w:left w:w="55" w:type="dxa"/>
              <w:bottom w:w="45" w:type="dxa"/>
              <w:right w:w="55" w:type="dxa"/>
            </w:tcMar>
            <w:vAlign w:val="center"/>
          </w:tcPr>
          <w:p w14:paraId="19CEC439" w14:textId="77777777" w:rsidR="00630FB4" w:rsidRPr="00630FB4" w:rsidRDefault="00630FB4" w:rsidP="00630FB4">
            <w:pPr>
              <w:jc w:val="center"/>
              <w:rPr>
                <w:rFonts w:ascii="Arial" w:eastAsiaTheme="minorEastAsia" w:hAnsi="Arial"/>
                <w:sz w:val="18"/>
              </w:rPr>
            </w:pPr>
          </w:p>
        </w:tc>
        <w:tc>
          <w:tcPr>
            <w:tcW w:w="1304" w:type="dxa"/>
            <w:tcMar>
              <w:top w:w="45" w:type="dxa"/>
              <w:left w:w="55" w:type="dxa"/>
              <w:bottom w:w="45" w:type="dxa"/>
              <w:right w:w="55" w:type="dxa"/>
            </w:tcMar>
            <w:vAlign w:val="center"/>
          </w:tcPr>
          <w:p w14:paraId="2C4A84D7" w14:textId="77777777" w:rsidR="00630FB4" w:rsidRPr="00630FB4" w:rsidRDefault="00630FB4" w:rsidP="00630FB4">
            <w:pPr>
              <w:jc w:val="center"/>
              <w:rPr>
                <w:rFonts w:ascii="Arial" w:eastAsiaTheme="minorEastAsia" w:hAnsi="Arial"/>
                <w:sz w:val="18"/>
              </w:rPr>
            </w:pPr>
          </w:p>
        </w:tc>
        <w:tc>
          <w:tcPr>
            <w:tcW w:w="2438" w:type="dxa"/>
            <w:tcMar>
              <w:top w:w="45" w:type="dxa"/>
              <w:left w:w="55" w:type="dxa"/>
              <w:bottom w:w="45" w:type="dxa"/>
              <w:right w:w="55" w:type="dxa"/>
            </w:tcMar>
            <w:vAlign w:val="center"/>
          </w:tcPr>
          <w:p w14:paraId="41D7068B" w14:textId="77777777" w:rsidR="00630FB4" w:rsidRPr="00630FB4" w:rsidRDefault="00630FB4" w:rsidP="00630FB4">
            <w:pPr>
              <w:rPr>
                <w:rFonts w:ascii="Arial" w:eastAsiaTheme="minorEastAsia" w:hAnsi="Arial"/>
                <w:sz w:val="18"/>
              </w:rPr>
            </w:pPr>
          </w:p>
        </w:tc>
        <w:tc>
          <w:tcPr>
            <w:tcW w:w="2948" w:type="dxa"/>
            <w:tcMar>
              <w:top w:w="45" w:type="dxa"/>
              <w:left w:w="55" w:type="dxa"/>
              <w:bottom w:w="45" w:type="dxa"/>
              <w:right w:w="55" w:type="dxa"/>
            </w:tcMar>
            <w:vAlign w:val="center"/>
          </w:tcPr>
          <w:p w14:paraId="7122E58C" w14:textId="77777777" w:rsidR="00630FB4" w:rsidRPr="00630FB4" w:rsidRDefault="00630FB4" w:rsidP="00630FB4">
            <w:pPr>
              <w:rPr>
                <w:rFonts w:ascii="Arial" w:eastAsiaTheme="minorEastAsia" w:hAnsi="Arial"/>
                <w:sz w:val="18"/>
              </w:rPr>
            </w:pPr>
          </w:p>
        </w:tc>
        <w:tc>
          <w:tcPr>
            <w:tcW w:w="1247" w:type="dxa"/>
            <w:tcMar>
              <w:top w:w="45" w:type="dxa"/>
              <w:left w:w="55" w:type="dxa"/>
              <w:bottom w:w="45" w:type="dxa"/>
              <w:right w:w="55" w:type="dxa"/>
            </w:tcMar>
            <w:vAlign w:val="center"/>
          </w:tcPr>
          <w:p w14:paraId="62CD3101" w14:textId="77777777" w:rsidR="00630FB4" w:rsidRPr="00630FB4" w:rsidRDefault="00630FB4" w:rsidP="00630FB4">
            <w:pPr>
              <w:jc w:val="center"/>
              <w:rPr>
                <w:rFonts w:ascii="Arial" w:eastAsiaTheme="minorEastAsia" w:hAnsi="Arial"/>
                <w:sz w:val="18"/>
              </w:rPr>
            </w:pPr>
          </w:p>
        </w:tc>
        <w:tc>
          <w:tcPr>
            <w:tcW w:w="1077" w:type="dxa"/>
            <w:tcMar>
              <w:top w:w="45" w:type="dxa"/>
              <w:left w:w="55" w:type="dxa"/>
              <w:bottom w:w="45" w:type="dxa"/>
              <w:right w:w="55" w:type="dxa"/>
            </w:tcMar>
            <w:vAlign w:val="center"/>
          </w:tcPr>
          <w:p w14:paraId="74DDEB05" w14:textId="77777777" w:rsidR="00630FB4" w:rsidRPr="00630FB4" w:rsidRDefault="00630FB4" w:rsidP="00630FB4">
            <w:pPr>
              <w:jc w:val="center"/>
              <w:rPr>
                <w:rFonts w:ascii="Arial" w:eastAsiaTheme="minorEastAsia" w:hAnsi="Arial"/>
                <w:sz w:val="18"/>
              </w:rPr>
            </w:pPr>
          </w:p>
        </w:tc>
      </w:tr>
      <w:tr w:rsidR="00630FB4" w:rsidRPr="00630FB4" w14:paraId="4154491E" w14:textId="77777777" w:rsidTr="00626D17">
        <w:trPr>
          <w:cantSplit/>
          <w:trHeight w:val="397"/>
          <w:jc w:val="center"/>
        </w:trPr>
        <w:tc>
          <w:tcPr>
            <w:tcW w:w="454" w:type="dxa"/>
            <w:tcMar>
              <w:top w:w="45" w:type="dxa"/>
              <w:left w:w="55" w:type="dxa"/>
              <w:bottom w:w="45" w:type="dxa"/>
              <w:right w:w="55" w:type="dxa"/>
            </w:tcMar>
            <w:vAlign w:val="center"/>
          </w:tcPr>
          <w:p w14:paraId="67BEAF2F" w14:textId="77777777" w:rsidR="00630FB4" w:rsidRPr="00630FB4" w:rsidRDefault="00630FB4" w:rsidP="00630FB4">
            <w:pPr>
              <w:jc w:val="center"/>
              <w:rPr>
                <w:rFonts w:ascii="Arial" w:eastAsiaTheme="minorEastAsia" w:hAnsi="Arial"/>
                <w:sz w:val="18"/>
              </w:rPr>
            </w:pPr>
            <w:r w:rsidRPr="00630FB4">
              <w:rPr>
                <w:rFonts w:ascii="Arial" w:eastAsiaTheme="minorEastAsia" w:hAnsi="Arial"/>
                <w:sz w:val="16"/>
              </w:rPr>
              <w:t>7</w:t>
            </w:r>
          </w:p>
        </w:tc>
        <w:tc>
          <w:tcPr>
            <w:tcW w:w="1191" w:type="dxa"/>
            <w:tcMar>
              <w:top w:w="45" w:type="dxa"/>
              <w:left w:w="55" w:type="dxa"/>
              <w:bottom w:w="45" w:type="dxa"/>
              <w:right w:w="55" w:type="dxa"/>
            </w:tcMar>
            <w:vAlign w:val="center"/>
          </w:tcPr>
          <w:p w14:paraId="19538E52" w14:textId="77777777" w:rsidR="00630FB4" w:rsidRPr="00630FB4" w:rsidRDefault="00630FB4" w:rsidP="00630FB4">
            <w:pPr>
              <w:jc w:val="center"/>
              <w:rPr>
                <w:rFonts w:ascii="Arial" w:eastAsiaTheme="minorEastAsia" w:hAnsi="Arial"/>
                <w:sz w:val="18"/>
              </w:rPr>
            </w:pPr>
          </w:p>
        </w:tc>
        <w:tc>
          <w:tcPr>
            <w:tcW w:w="1304" w:type="dxa"/>
            <w:tcMar>
              <w:top w:w="45" w:type="dxa"/>
              <w:left w:w="55" w:type="dxa"/>
              <w:bottom w:w="45" w:type="dxa"/>
              <w:right w:w="55" w:type="dxa"/>
            </w:tcMar>
            <w:vAlign w:val="center"/>
          </w:tcPr>
          <w:p w14:paraId="3587A27A" w14:textId="77777777" w:rsidR="00630FB4" w:rsidRPr="00630FB4" w:rsidRDefault="00630FB4" w:rsidP="00630FB4">
            <w:pPr>
              <w:jc w:val="center"/>
              <w:rPr>
                <w:rFonts w:ascii="Arial" w:eastAsiaTheme="minorEastAsia" w:hAnsi="Arial"/>
                <w:sz w:val="18"/>
              </w:rPr>
            </w:pPr>
          </w:p>
        </w:tc>
        <w:tc>
          <w:tcPr>
            <w:tcW w:w="2438" w:type="dxa"/>
            <w:tcMar>
              <w:top w:w="45" w:type="dxa"/>
              <w:left w:w="55" w:type="dxa"/>
              <w:bottom w:w="45" w:type="dxa"/>
              <w:right w:w="55" w:type="dxa"/>
            </w:tcMar>
            <w:vAlign w:val="center"/>
          </w:tcPr>
          <w:p w14:paraId="2F70EF20" w14:textId="77777777" w:rsidR="00630FB4" w:rsidRPr="00630FB4" w:rsidRDefault="00630FB4" w:rsidP="00630FB4">
            <w:pPr>
              <w:rPr>
                <w:rFonts w:ascii="Arial" w:eastAsiaTheme="minorEastAsia" w:hAnsi="Arial"/>
                <w:sz w:val="18"/>
              </w:rPr>
            </w:pPr>
          </w:p>
        </w:tc>
        <w:tc>
          <w:tcPr>
            <w:tcW w:w="2948" w:type="dxa"/>
            <w:tcMar>
              <w:top w:w="45" w:type="dxa"/>
              <w:left w:w="55" w:type="dxa"/>
              <w:bottom w:w="45" w:type="dxa"/>
              <w:right w:w="55" w:type="dxa"/>
            </w:tcMar>
            <w:vAlign w:val="center"/>
          </w:tcPr>
          <w:p w14:paraId="1A925912" w14:textId="77777777" w:rsidR="00630FB4" w:rsidRPr="00630FB4" w:rsidRDefault="00630FB4" w:rsidP="00630FB4">
            <w:pPr>
              <w:rPr>
                <w:rFonts w:ascii="Arial" w:eastAsiaTheme="minorEastAsia" w:hAnsi="Arial"/>
                <w:sz w:val="18"/>
              </w:rPr>
            </w:pPr>
          </w:p>
        </w:tc>
        <w:tc>
          <w:tcPr>
            <w:tcW w:w="1247" w:type="dxa"/>
            <w:tcMar>
              <w:top w:w="45" w:type="dxa"/>
              <w:left w:w="55" w:type="dxa"/>
              <w:bottom w:w="45" w:type="dxa"/>
              <w:right w:w="55" w:type="dxa"/>
            </w:tcMar>
            <w:vAlign w:val="center"/>
          </w:tcPr>
          <w:p w14:paraId="7B6FD516" w14:textId="77777777" w:rsidR="00630FB4" w:rsidRPr="00630FB4" w:rsidRDefault="00630FB4" w:rsidP="00630FB4">
            <w:pPr>
              <w:jc w:val="center"/>
              <w:rPr>
                <w:rFonts w:ascii="Arial" w:eastAsiaTheme="minorEastAsia" w:hAnsi="Arial"/>
                <w:sz w:val="18"/>
              </w:rPr>
            </w:pPr>
          </w:p>
        </w:tc>
        <w:tc>
          <w:tcPr>
            <w:tcW w:w="1077" w:type="dxa"/>
            <w:tcMar>
              <w:top w:w="45" w:type="dxa"/>
              <w:left w:w="55" w:type="dxa"/>
              <w:bottom w:w="45" w:type="dxa"/>
              <w:right w:w="55" w:type="dxa"/>
            </w:tcMar>
            <w:vAlign w:val="center"/>
          </w:tcPr>
          <w:p w14:paraId="0C4EAD20" w14:textId="77777777" w:rsidR="00630FB4" w:rsidRPr="00630FB4" w:rsidRDefault="00630FB4" w:rsidP="00630FB4">
            <w:pPr>
              <w:jc w:val="center"/>
              <w:rPr>
                <w:rFonts w:ascii="Arial" w:eastAsiaTheme="minorEastAsia" w:hAnsi="Arial"/>
                <w:sz w:val="18"/>
              </w:rPr>
            </w:pPr>
          </w:p>
        </w:tc>
      </w:tr>
      <w:tr w:rsidR="00630FB4" w:rsidRPr="00630FB4" w14:paraId="6CE29535" w14:textId="77777777" w:rsidTr="00626D17">
        <w:trPr>
          <w:cantSplit/>
          <w:trHeight w:val="397"/>
          <w:jc w:val="center"/>
        </w:trPr>
        <w:tc>
          <w:tcPr>
            <w:tcW w:w="454" w:type="dxa"/>
            <w:tcMar>
              <w:top w:w="45" w:type="dxa"/>
              <w:left w:w="55" w:type="dxa"/>
              <w:bottom w:w="45" w:type="dxa"/>
              <w:right w:w="55" w:type="dxa"/>
            </w:tcMar>
            <w:vAlign w:val="center"/>
          </w:tcPr>
          <w:p w14:paraId="5985C8FB" w14:textId="77777777" w:rsidR="00630FB4" w:rsidRPr="00630FB4" w:rsidRDefault="00630FB4" w:rsidP="00630FB4">
            <w:pPr>
              <w:jc w:val="center"/>
              <w:rPr>
                <w:rFonts w:ascii="Arial" w:eastAsiaTheme="minorEastAsia" w:hAnsi="Arial"/>
                <w:sz w:val="18"/>
              </w:rPr>
            </w:pPr>
            <w:r w:rsidRPr="00630FB4">
              <w:rPr>
                <w:rFonts w:ascii="Arial" w:eastAsiaTheme="minorEastAsia" w:hAnsi="Arial"/>
                <w:sz w:val="16"/>
              </w:rPr>
              <w:t>8</w:t>
            </w:r>
          </w:p>
        </w:tc>
        <w:tc>
          <w:tcPr>
            <w:tcW w:w="1191" w:type="dxa"/>
            <w:tcMar>
              <w:top w:w="45" w:type="dxa"/>
              <w:left w:w="55" w:type="dxa"/>
              <w:bottom w:w="45" w:type="dxa"/>
              <w:right w:w="55" w:type="dxa"/>
            </w:tcMar>
            <w:vAlign w:val="center"/>
          </w:tcPr>
          <w:p w14:paraId="7C7C3127" w14:textId="77777777" w:rsidR="00630FB4" w:rsidRPr="00630FB4" w:rsidRDefault="00630FB4" w:rsidP="00630FB4">
            <w:pPr>
              <w:jc w:val="center"/>
              <w:rPr>
                <w:rFonts w:ascii="Arial" w:eastAsiaTheme="minorEastAsia" w:hAnsi="Arial"/>
                <w:sz w:val="18"/>
              </w:rPr>
            </w:pPr>
          </w:p>
        </w:tc>
        <w:tc>
          <w:tcPr>
            <w:tcW w:w="1304" w:type="dxa"/>
            <w:tcMar>
              <w:top w:w="45" w:type="dxa"/>
              <w:left w:w="55" w:type="dxa"/>
              <w:bottom w:w="45" w:type="dxa"/>
              <w:right w:w="55" w:type="dxa"/>
            </w:tcMar>
            <w:vAlign w:val="center"/>
          </w:tcPr>
          <w:p w14:paraId="43769B8E" w14:textId="77777777" w:rsidR="00630FB4" w:rsidRPr="00630FB4" w:rsidRDefault="00630FB4" w:rsidP="00630FB4">
            <w:pPr>
              <w:jc w:val="center"/>
              <w:rPr>
                <w:rFonts w:ascii="Arial" w:eastAsiaTheme="minorEastAsia" w:hAnsi="Arial"/>
                <w:sz w:val="18"/>
              </w:rPr>
            </w:pPr>
          </w:p>
        </w:tc>
        <w:tc>
          <w:tcPr>
            <w:tcW w:w="2438" w:type="dxa"/>
            <w:tcMar>
              <w:top w:w="45" w:type="dxa"/>
              <w:left w:w="55" w:type="dxa"/>
              <w:bottom w:w="45" w:type="dxa"/>
              <w:right w:w="55" w:type="dxa"/>
            </w:tcMar>
            <w:vAlign w:val="center"/>
          </w:tcPr>
          <w:p w14:paraId="383A7020" w14:textId="77777777" w:rsidR="00630FB4" w:rsidRPr="00630FB4" w:rsidRDefault="00630FB4" w:rsidP="00630FB4">
            <w:pPr>
              <w:rPr>
                <w:rFonts w:ascii="Arial" w:eastAsiaTheme="minorEastAsia" w:hAnsi="Arial"/>
                <w:sz w:val="18"/>
              </w:rPr>
            </w:pPr>
          </w:p>
        </w:tc>
        <w:tc>
          <w:tcPr>
            <w:tcW w:w="2948" w:type="dxa"/>
            <w:tcMar>
              <w:top w:w="45" w:type="dxa"/>
              <w:left w:w="55" w:type="dxa"/>
              <w:bottom w:w="45" w:type="dxa"/>
              <w:right w:w="55" w:type="dxa"/>
            </w:tcMar>
            <w:vAlign w:val="center"/>
          </w:tcPr>
          <w:p w14:paraId="34EC57CA" w14:textId="77777777" w:rsidR="00630FB4" w:rsidRPr="00630FB4" w:rsidRDefault="00630FB4" w:rsidP="00630FB4">
            <w:pPr>
              <w:rPr>
                <w:rFonts w:ascii="Arial" w:eastAsiaTheme="minorEastAsia" w:hAnsi="Arial"/>
                <w:sz w:val="18"/>
              </w:rPr>
            </w:pPr>
          </w:p>
        </w:tc>
        <w:tc>
          <w:tcPr>
            <w:tcW w:w="1247" w:type="dxa"/>
            <w:tcMar>
              <w:top w:w="45" w:type="dxa"/>
              <w:left w:w="55" w:type="dxa"/>
              <w:bottom w:w="45" w:type="dxa"/>
              <w:right w:w="55" w:type="dxa"/>
            </w:tcMar>
            <w:vAlign w:val="center"/>
          </w:tcPr>
          <w:p w14:paraId="69F0A3E4" w14:textId="77777777" w:rsidR="00630FB4" w:rsidRPr="00630FB4" w:rsidRDefault="00630FB4" w:rsidP="00630FB4">
            <w:pPr>
              <w:jc w:val="center"/>
              <w:rPr>
                <w:rFonts w:ascii="Arial" w:eastAsiaTheme="minorEastAsia" w:hAnsi="Arial"/>
                <w:sz w:val="18"/>
              </w:rPr>
            </w:pPr>
          </w:p>
        </w:tc>
        <w:tc>
          <w:tcPr>
            <w:tcW w:w="1077" w:type="dxa"/>
            <w:tcMar>
              <w:top w:w="45" w:type="dxa"/>
              <w:left w:w="55" w:type="dxa"/>
              <w:bottom w:w="45" w:type="dxa"/>
              <w:right w:w="55" w:type="dxa"/>
            </w:tcMar>
            <w:vAlign w:val="center"/>
          </w:tcPr>
          <w:p w14:paraId="4FCC54EB" w14:textId="77777777" w:rsidR="00630FB4" w:rsidRPr="00630FB4" w:rsidRDefault="00630FB4" w:rsidP="00630FB4">
            <w:pPr>
              <w:jc w:val="center"/>
              <w:rPr>
                <w:rFonts w:ascii="Arial" w:eastAsiaTheme="minorEastAsia" w:hAnsi="Arial"/>
                <w:sz w:val="18"/>
              </w:rPr>
            </w:pPr>
          </w:p>
        </w:tc>
      </w:tr>
      <w:tr w:rsidR="00630FB4" w:rsidRPr="00630FB4" w14:paraId="06EDAAA4" w14:textId="77777777" w:rsidTr="00626D17">
        <w:trPr>
          <w:cantSplit/>
          <w:trHeight w:val="397"/>
          <w:jc w:val="center"/>
        </w:trPr>
        <w:tc>
          <w:tcPr>
            <w:tcW w:w="454" w:type="dxa"/>
            <w:tcMar>
              <w:top w:w="45" w:type="dxa"/>
              <w:left w:w="55" w:type="dxa"/>
              <w:bottom w:w="45" w:type="dxa"/>
              <w:right w:w="55" w:type="dxa"/>
            </w:tcMar>
            <w:vAlign w:val="center"/>
          </w:tcPr>
          <w:p w14:paraId="4B830A4A" w14:textId="77777777" w:rsidR="00630FB4" w:rsidRPr="00630FB4" w:rsidRDefault="00630FB4" w:rsidP="00630FB4">
            <w:pPr>
              <w:jc w:val="center"/>
              <w:rPr>
                <w:rFonts w:ascii="Arial" w:eastAsiaTheme="minorEastAsia" w:hAnsi="Arial"/>
                <w:sz w:val="18"/>
              </w:rPr>
            </w:pPr>
            <w:r w:rsidRPr="00630FB4">
              <w:rPr>
                <w:rFonts w:ascii="Arial" w:eastAsiaTheme="minorEastAsia" w:hAnsi="Arial"/>
                <w:sz w:val="16"/>
              </w:rPr>
              <w:t>9</w:t>
            </w:r>
          </w:p>
        </w:tc>
        <w:tc>
          <w:tcPr>
            <w:tcW w:w="1191" w:type="dxa"/>
            <w:tcMar>
              <w:top w:w="45" w:type="dxa"/>
              <w:left w:w="55" w:type="dxa"/>
              <w:bottom w:w="45" w:type="dxa"/>
              <w:right w:w="55" w:type="dxa"/>
            </w:tcMar>
            <w:vAlign w:val="center"/>
          </w:tcPr>
          <w:p w14:paraId="7D2E926B" w14:textId="77777777" w:rsidR="00630FB4" w:rsidRPr="00630FB4" w:rsidRDefault="00630FB4" w:rsidP="00630FB4">
            <w:pPr>
              <w:jc w:val="center"/>
              <w:rPr>
                <w:rFonts w:ascii="Arial" w:eastAsiaTheme="minorEastAsia" w:hAnsi="Arial"/>
                <w:sz w:val="18"/>
              </w:rPr>
            </w:pPr>
          </w:p>
        </w:tc>
        <w:tc>
          <w:tcPr>
            <w:tcW w:w="1304" w:type="dxa"/>
            <w:tcMar>
              <w:top w:w="45" w:type="dxa"/>
              <w:left w:w="55" w:type="dxa"/>
              <w:bottom w:w="45" w:type="dxa"/>
              <w:right w:w="55" w:type="dxa"/>
            </w:tcMar>
            <w:vAlign w:val="center"/>
          </w:tcPr>
          <w:p w14:paraId="7EB41565" w14:textId="77777777" w:rsidR="00630FB4" w:rsidRPr="00630FB4" w:rsidRDefault="00630FB4" w:rsidP="00630FB4">
            <w:pPr>
              <w:jc w:val="center"/>
              <w:rPr>
                <w:rFonts w:ascii="Arial" w:eastAsiaTheme="minorEastAsia" w:hAnsi="Arial"/>
                <w:sz w:val="18"/>
              </w:rPr>
            </w:pPr>
          </w:p>
        </w:tc>
        <w:tc>
          <w:tcPr>
            <w:tcW w:w="2438" w:type="dxa"/>
            <w:tcMar>
              <w:top w:w="45" w:type="dxa"/>
              <w:left w:w="55" w:type="dxa"/>
              <w:bottom w:w="45" w:type="dxa"/>
              <w:right w:w="55" w:type="dxa"/>
            </w:tcMar>
            <w:vAlign w:val="center"/>
          </w:tcPr>
          <w:p w14:paraId="5DA5ADB7" w14:textId="77777777" w:rsidR="00630FB4" w:rsidRPr="00630FB4" w:rsidRDefault="00630FB4" w:rsidP="00630FB4">
            <w:pPr>
              <w:rPr>
                <w:rFonts w:ascii="Arial" w:eastAsiaTheme="minorEastAsia" w:hAnsi="Arial"/>
                <w:sz w:val="18"/>
              </w:rPr>
            </w:pPr>
          </w:p>
        </w:tc>
        <w:tc>
          <w:tcPr>
            <w:tcW w:w="2948" w:type="dxa"/>
            <w:tcMar>
              <w:top w:w="45" w:type="dxa"/>
              <w:left w:w="55" w:type="dxa"/>
              <w:bottom w:w="45" w:type="dxa"/>
              <w:right w:w="55" w:type="dxa"/>
            </w:tcMar>
            <w:vAlign w:val="center"/>
          </w:tcPr>
          <w:p w14:paraId="38062038" w14:textId="77777777" w:rsidR="00630FB4" w:rsidRPr="00630FB4" w:rsidRDefault="00630FB4" w:rsidP="00630FB4">
            <w:pPr>
              <w:rPr>
                <w:rFonts w:ascii="Arial" w:eastAsiaTheme="minorEastAsia" w:hAnsi="Arial"/>
                <w:sz w:val="18"/>
              </w:rPr>
            </w:pPr>
          </w:p>
        </w:tc>
        <w:tc>
          <w:tcPr>
            <w:tcW w:w="1247" w:type="dxa"/>
            <w:tcMar>
              <w:top w:w="45" w:type="dxa"/>
              <w:left w:w="55" w:type="dxa"/>
              <w:bottom w:w="45" w:type="dxa"/>
              <w:right w:w="55" w:type="dxa"/>
            </w:tcMar>
            <w:vAlign w:val="center"/>
          </w:tcPr>
          <w:p w14:paraId="5E0EDCE8" w14:textId="77777777" w:rsidR="00630FB4" w:rsidRPr="00630FB4" w:rsidRDefault="00630FB4" w:rsidP="00630FB4">
            <w:pPr>
              <w:jc w:val="center"/>
              <w:rPr>
                <w:rFonts w:ascii="Arial" w:eastAsiaTheme="minorEastAsia" w:hAnsi="Arial"/>
                <w:sz w:val="18"/>
              </w:rPr>
            </w:pPr>
          </w:p>
        </w:tc>
        <w:tc>
          <w:tcPr>
            <w:tcW w:w="1077" w:type="dxa"/>
            <w:tcMar>
              <w:top w:w="45" w:type="dxa"/>
              <w:left w:w="55" w:type="dxa"/>
              <w:bottom w:w="45" w:type="dxa"/>
              <w:right w:w="55" w:type="dxa"/>
            </w:tcMar>
            <w:vAlign w:val="center"/>
          </w:tcPr>
          <w:p w14:paraId="7B3DA4F1" w14:textId="77777777" w:rsidR="00630FB4" w:rsidRPr="00630FB4" w:rsidRDefault="00630FB4" w:rsidP="00630FB4">
            <w:pPr>
              <w:jc w:val="center"/>
              <w:rPr>
                <w:rFonts w:ascii="Arial" w:eastAsiaTheme="minorEastAsia" w:hAnsi="Arial"/>
                <w:sz w:val="18"/>
              </w:rPr>
            </w:pPr>
          </w:p>
        </w:tc>
      </w:tr>
      <w:tr w:rsidR="00630FB4" w:rsidRPr="00630FB4" w14:paraId="17592E4B" w14:textId="77777777" w:rsidTr="00626D17">
        <w:trPr>
          <w:cantSplit/>
          <w:trHeight w:val="397"/>
          <w:jc w:val="center"/>
        </w:trPr>
        <w:tc>
          <w:tcPr>
            <w:tcW w:w="454" w:type="dxa"/>
            <w:tcMar>
              <w:top w:w="45" w:type="dxa"/>
              <w:left w:w="55" w:type="dxa"/>
              <w:bottom w:w="45" w:type="dxa"/>
              <w:right w:w="55" w:type="dxa"/>
            </w:tcMar>
            <w:vAlign w:val="center"/>
          </w:tcPr>
          <w:p w14:paraId="66B7F712" w14:textId="77777777" w:rsidR="00630FB4" w:rsidRPr="00630FB4" w:rsidRDefault="00630FB4" w:rsidP="00630FB4">
            <w:pPr>
              <w:jc w:val="center"/>
              <w:rPr>
                <w:rFonts w:ascii="Arial" w:eastAsiaTheme="minorEastAsia" w:hAnsi="Arial"/>
                <w:sz w:val="18"/>
              </w:rPr>
            </w:pPr>
            <w:r w:rsidRPr="00630FB4">
              <w:rPr>
                <w:rFonts w:ascii="Arial" w:eastAsiaTheme="minorEastAsia" w:hAnsi="Arial"/>
                <w:sz w:val="16"/>
              </w:rPr>
              <w:t>10</w:t>
            </w:r>
          </w:p>
        </w:tc>
        <w:tc>
          <w:tcPr>
            <w:tcW w:w="1191" w:type="dxa"/>
            <w:tcMar>
              <w:top w:w="45" w:type="dxa"/>
              <w:left w:w="55" w:type="dxa"/>
              <w:bottom w:w="45" w:type="dxa"/>
              <w:right w:w="55" w:type="dxa"/>
            </w:tcMar>
            <w:vAlign w:val="center"/>
          </w:tcPr>
          <w:p w14:paraId="3A8E4ECC" w14:textId="77777777" w:rsidR="00630FB4" w:rsidRPr="00630FB4" w:rsidRDefault="00630FB4" w:rsidP="00630FB4">
            <w:pPr>
              <w:jc w:val="center"/>
              <w:rPr>
                <w:rFonts w:ascii="Arial" w:eastAsiaTheme="minorEastAsia" w:hAnsi="Arial"/>
                <w:sz w:val="18"/>
              </w:rPr>
            </w:pPr>
          </w:p>
        </w:tc>
        <w:tc>
          <w:tcPr>
            <w:tcW w:w="1304" w:type="dxa"/>
            <w:tcMar>
              <w:top w:w="45" w:type="dxa"/>
              <w:left w:w="55" w:type="dxa"/>
              <w:bottom w:w="45" w:type="dxa"/>
              <w:right w:w="55" w:type="dxa"/>
            </w:tcMar>
            <w:vAlign w:val="center"/>
          </w:tcPr>
          <w:p w14:paraId="0071B91C" w14:textId="77777777" w:rsidR="00630FB4" w:rsidRPr="00630FB4" w:rsidRDefault="00630FB4" w:rsidP="00630FB4">
            <w:pPr>
              <w:jc w:val="center"/>
              <w:rPr>
                <w:rFonts w:ascii="Arial" w:eastAsiaTheme="minorEastAsia" w:hAnsi="Arial"/>
                <w:sz w:val="18"/>
              </w:rPr>
            </w:pPr>
          </w:p>
        </w:tc>
        <w:tc>
          <w:tcPr>
            <w:tcW w:w="2438" w:type="dxa"/>
            <w:tcMar>
              <w:top w:w="45" w:type="dxa"/>
              <w:left w:w="55" w:type="dxa"/>
              <w:bottom w:w="45" w:type="dxa"/>
              <w:right w:w="55" w:type="dxa"/>
            </w:tcMar>
            <w:vAlign w:val="center"/>
          </w:tcPr>
          <w:p w14:paraId="25D72836" w14:textId="77777777" w:rsidR="00630FB4" w:rsidRPr="00630FB4" w:rsidRDefault="00630FB4" w:rsidP="00630FB4">
            <w:pPr>
              <w:rPr>
                <w:rFonts w:ascii="Arial" w:eastAsiaTheme="minorEastAsia" w:hAnsi="Arial"/>
                <w:sz w:val="18"/>
              </w:rPr>
            </w:pPr>
          </w:p>
        </w:tc>
        <w:tc>
          <w:tcPr>
            <w:tcW w:w="2948" w:type="dxa"/>
            <w:tcMar>
              <w:top w:w="45" w:type="dxa"/>
              <w:left w:w="55" w:type="dxa"/>
              <w:bottom w:w="45" w:type="dxa"/>
              <w:right w:w="55" w:type="dxa"/>
            </w:tcMar>
            <w:vAlign w:val="center"/>
          </w:tcPr>
          <w:p w14:paraId="4A2E6C92" w14:textId="77777777" w:rsidR="00630FB4" w:rsidRPr="00630FB4" w:rsidRDefault="00630FB4" w:rsidP="00630FB4">
            <w:pPr>
              <w:rPr>
                <w:rFonts w:ascii="Arial" w:eastAsiaTheme="minorEastAsia" w:hAnsi="Arial"/>
                <w:sz w:val="18"/>
              </w:rPr>
            </w:pPr>
          </w:p>
        </w:tc>
        <w:tc>
          <w:tcPr>
            <w:tcW w:w="1247" w:type="dxa"/>
            <w:tcMar>
              <w:top w:w="45" w:type="dxa"/>
              <w:left w:w="55" w:type="dxa"/>
              <w:bottom w:w="45" w:type="dxa"/>
              <w:right w:w="55" w:type="dxa"/>
            </w:tcMar>
            <w:vAlign w:val="center"/>
          </w:tcPr>
          <w:p w14:paraId="7207F0EB" w14:textId="77777777" w:rsidR="00630FB4" w:rsidRPr="00630FB4" w:rsidRDefault="00630FB4" w:rsidP="00630FB4">
            <w:pPr>
              <w:jc w:val="center"/>
              <w:rPr>
                <w:rFonts w:ascii="Arial" w:eastAsiaTheme="minorEastAsia" w:hAnsi="Arial"/>
                <w:sz w:val="18"/>
              </w:rPr>
            </w:pPr>
          </w:p>
        </w:tc>
        <w:tc>
          <w:tcPr>
            <w:tcW w:w="1077" w:type="dxa"/>
            <w:tcMar>
              <w:top w:w="45" w:type="dxa"/>
              <w:left w:w="55" w:type="dxa"/>
              <w:bottom w:w="45" w:type="dxa"/>
              <w:right w:w="55" w:type="dxa"/>
            </w:tcMar>
            <w:vAlign w:val="center"/>
          </w:tcPr>
          <w:p w14:paraId="35B261A8" w14:textId="77777777" w:rsidR="00630FB4" w:rsidRPr="00630FB4" w:rsidRDefault="00630FB4" w:rsidP="00630FB4">
            <w:pPr>
              <w:jc w:val="center"/>
              <w:rPr>
                <w:rFonts w:ascii="Arial" w:eastAsiaTheme="minorEastAsia" w:hAnsi="Arial"/>
                <w:sz w:val="18"/>
              </w:rPr>
            </w:pPr>
          </w:p>
        </w:tc>
      </w:tr>
      <w:tr w:rsidR="00630FB4" w:rsidRPr="00630FB4" w14:paraId="06596EF7" w14:textId="77777777" w:rsidTr="00626D17">
        <w:trPr>
          <w:cantSplit/>
          <w:trHeight w:val="397"/>
          <w:jc w:val="center"/>
        </w:trPr>
        <w:tc>
          <w:tcPr>
            <w:tcW w:w="454" w:type="dxa"/>
            <w:tcMar>
              <w:top w:w="45" w:type="dxa"/>
              <w:left w:w="55" w:type="dxa"/>
              <w:bottom w:w="45" w:type="dxa"/>
              <w:right w:w="55" w:type="dxa"/>
            </w:tcMar>
            <w:vAlign w:val="center"/>
          </w:tcPr>
          <w:p w14:paraId="5351B8EE" w14:textId="77777777" w:rsidR="00630FB4" w:rsidRPr="00630FB4" w:rsidRDefault="00630FB4" w:rsidP="00630FB4">
            <w:pPr>
              <w:jc w:val="center"/>
              <w:rPr>
                <w:rFonts w:ascii="Arial" w:eastAsiaTheme="minorEastAsia" w:hAnsi="Arial"/>
                <w:sz w:val="18"/>
              </w:rPr>
            </w:pPr>
            <w:r w:rsidRPr="00630FB4">
              <w:rPr>
                <w:rFonts w:ascii="Arial" w:eastAsiaTheme="minorEastAsia" w:hAnsi="Arial"/>
                <w:sz w:val="16"/>
              </w:rPr>
              <w:t>11</w:t>
            </w:r>
          </w:p>
        </w:tc>
        <w:tc>
          <w:tcPr>
            <w:tcW w:w="1191" w:type="dxa"/>
            <w:tcMar>
              <w:top w:w="45" w:type="dxa"/>
              <w:left w:w="55" w:type="dxa"/>
              <w:bottom w:w="45" w:type="dxa"/>
              <w:right w:w="55" w:type="dxa"/>
            </w:tcMar>
            <w:vAlign w:val="center"/>
          </w:tcPr>
          <w:p w14:paraId="01305975" w14:textId="77777777" w:rsidR="00630FB4" w:rsidRPr="00630FB4" w:rsidRDefault="00630FB4" w:rsidP="00630FB4">
            <w:pPr>
              <w:jc w:val="center"/>
              <w:rPr>
                <w:rFonts w:ascii="Arial" w:eastAsiaTheme="minorEastAsia" w:hAnsi="Arial"/>
                <w:sz w:val="18"/>
              </w:rPr>
            </w:pPr>
          </w:p>
        </w:tc>
        <w:tc>
          <w:tcPr>
            <w:tcW w:w="1304" w:type="dxa"/>
            <w:tcMar>
              <w:top w:w="45" w:type="dxa"/>
              <w:left w:w="55" w:type="dxa"/>
              <w:bottom w:w="45" w:type="dxa"/>
              <w:right w:w="55" w:type="dxa"/>
            </w:tcMar>
            <w:vAlign w:val="center"/>
          </w:tcPr>
          <w:p w14:paraId="36E48C8F" w14:textId="77777777" w:rsidR="00630FB4" w:rsidRPr="00630FB4" w:rsidRDefault="00630FB4" w:rsidP="00630FB4">
            <w:pPr>
              <w:jc w:val="center"/>
              <w:rPr>
                <w:rFonts w:ascii="Arial" w:eastAsiaTheme="minorEastAsia" w:hAnsi="Arial"/>
                <w:sz w:val="18"/>
              </w:rPr>
            </w:pPr>
          </w:p>
        </w:tc>
        <w:tc>
          <w:tcPr>
            <w:tcW w:w="2438" w:type="dxa"/>
            <w:tcMar>
              <w:top w:w="45" w:type="dxa"/>
              <w:left w:w="55" w:type="dxa"/>
              <w:bottom w:w="45" w:type="dxa"/>
              <w:right w:w="55" w:type="dxa"/>
            </w:tcMar>
            <w:vAlign w:val="center"/>
          </w:tcPr>
          <w:p w14:paraId="78F1267C" w14:textId="77777777" w:rsidR="00630FB4" w:rsidRPr="00630FB4" w:rsidRDefault="00630FB4" w:rsidP="00630FB4">
            <w:pPr>
              <w:rPr>
                <w:rFonts w:ascii="Arial" w:eastAsiaTheme="minorEastAsia" w:hAnsi="Arial"/>
                <w:sz w:val="18"/>
              </w:rPr>
            </w:pPr>
          </w:p>
        </w:tc>
        <w:tc>
          <w:tcPr>
            <w:tcW w:w="2948" w:type="dxa"/>
            <w:tcMar>
              <w:top w:w="45" w:type="dxa"/>
              <w:left w:w="55" w:type="dxa"/>
              <w:bottom w:w="45" w:type="dxa"/>
              <w:right w:w="55" w:type="dxa"/>
            </w:tcMar>
            <w:vAlign w:val="center"/>
          </w:tcPr>
          <w:p w14:paraId="565E54DD" w14:textId="77777777" w:rsidR="00630FB4" w:rsidRPr="00630FB4" w:rsidRDefault="00630FB4" w:rsidP="00630FB4">
            <w:pPr>
              <w:rPr>
                <w:rFonts w:ascii="Arial" w:eastAsiaTheme="minorEastAsia" w:hAnsi="Arial"/>
                <w:sz w:val="18"/>
              </w:rPr>
            </w:pPr>
          </w:p>
        </w:tc>
        <w:tc>
          <w:tcPr>
            <w:tcW w:w="1247" w:type="dxa"/>
            <w:tcMar>
              <w:top w:w="45" w:type="dxa"/>
              <w:left w:w="55" w:type="dxa"/>
              <w:bottom w:w="45" w:type="dxa"/>
              <w:right w:w="55" w:type="dxa"/>
            </w:tcMar>
            <w:vAlign w:val="center"/>
          </w:tcPr>
          <w:p w14:paraId="7BEA78D3" w14:textId="77777777" w:rsidR="00630FB4" w:rsidRPr="00630FB4" w:rsidRDefault="00630FB4" w:rsidP="00630FB4">
            <w:pPr>
              <w:jc w:val="center"/>
              <w:rPr>
                <w:rFonts w:ascii="Arial" w:eastAsiaTheme="minorEastAsia" w:hAnsi="Arial"/>
                <w:sz w:val="18"/>
              </w:rPr>
            </w:pPr>
          </w:p>
        </w:tc>
        <w:tc>
          <w:tcPr>
            <w:tcW w:w="1077" w:type="dxa"/>
            <w:tcMar>
              <w:top w:w="45" w:type="dxa"/>
              <w:left w:w="55" w:type="dxa"/>
              <w:bottom w:w="45" w:type="dxa"/>
              <w:right w:w="55" w:type="dxa"/>
            </w:tcMar>
            <w:vAlign w:val="center"/>
          </w:tcPr>
          <w:p w14:paraId="6D2A2EFC" w14:textId="77777777" w:rsidR="00630FB4" w:rsidRPr="00630FB4" w:rsidRDefault="00630FB4" w:rsidP="00630FB4">
            <w:pPr>
              <w:jc w:val="center"/>
              <w:rPr>
                <w:rFonts w:ascii="Arial" w:eastAsiaTheme="minorEastAsia" w:hAnsi="Arial"/>
                <w:sz w:val="18"/>
              </w:rPr>
            </w:pPr>
          </w:p>
        </w:tc>
      </w:tr>
      <w:tr w:rsidR="00630FB4" w:rsidRPr="00630FB4" w14:paraId="1C399795" w14:textId="77777777" w:rsidTr="00626D17">
        <w:trPr>
          <w:cantSplit/>
          <w:trHeight w:val="397"/>
          <w:jc w:val="center"/>
        </w:trPr>
        <w:tc>
          <w:tcPr>
            <w:tcW w:w="454" w:type="dxa"/>
            <w:tcMar>
              <w:top w:w="45" w:type="dxa"/>
              <w:left w:w="55" w:type="dxa"/>
              <w:bottom w:w="45" w:type="dxa"/>
              <w:right w:w="55" w:type="dxa"/>
            </w:tcMar>
            <w:vAlign w:val="center"/>
          </w:tcPr>
          <w:p w14:paraId="30029F1F" w14:textId="77777777" w:rsidR="00630FB4" w:rsidRPr="00630FB4" w:rsidRDefault="00630FB4" w:rsidP="00630FB4">
            <w:pPr>
              <w:jc w:val="center"/>
              <w:rPr>
                <w:rFonts w:ascii="Arial" w:eastAsiaTheme="minorEastAsia" w:hAnsi="Arial"/>
                <w:sz w:val="18"/>
              </w:rPr>
            </w:pPr>
            <w:r w:rsidRPr="00630FB4">
              <w:rPr>
                <w:rFonts w:ascii="Arial" w:eastAsiaTheme="minorEastAsia" w:hAnsi="Arial"/>
                <w:sz w:val="16"/>
              </w:rPr>
              <w:t>12</w:t>
            </w:r>
          </w:p>
        </w:tc>
        <w:tc>
          <w:tcPr>
            <w:tcW w:w="1191" w:type="dxa"/>
            <w:tcMar>
              <w:top w:w="45" w:type="dxa"/>
              <w:left w:w="55" w:type="dxa"/>
              <w:bottom w:w="45" w:type="dxa"/>
              <w:right w:w="55" w:type="dxa"/>
            </w:tcMar>
            <w:vAlign w:val="center"/>
          </w:tcPr>
          <w:p w14:paraId="6F9F343D" w14:textId="77777777" w:rsidR="00630FB4" w:rsidRPr="00630FB4" w:rsidRDefault="00630FB4" w:rsidP="00630FB4">
            <w:pPr>
              <w:jc w:val="center"/>
              <w:rPr>
                <w:rFonts w:ascii="Arial" w:eastAsiaTheme="minorEastAsia" w:hAnsi="Arial"/>
                <w:sz w:val="18"/>
              </w:rPr>
            </w:pPr>
          </w:p>
        </w:tc>
        <w:tc>
          <w:tcPr>
            <w:tcW w:w="1304" w:type="dxa"/>
            <w:tcMar>
              <w:top w:w="45" w:type="dxa"/>
              <w:left w:w="55" w:type="dxa"/>
              <w:bottom w:w="45" w:type="dxa"/>
              <w:right w:w="55" w:type="dxa"/>
            </w:tcMar>
            <w:vAlign w:val="center"/>
          </w:tcPr>
          <w:p w14:paraId="49A3E90B" w14:textId="77777777" w:rsidR="00630FB4" w:rsidRPr="00630FB4" w:rsidRDefault="00630FB4" w:rsidP="00630FB4">
            <w:pPr>
              <w:jc w:val="center"/>
              <w:rPr>
                <w:rFonts w:ascii="Arial" w:eastAsiaTheme="minorEastAsia" w:hAnsi="Arial"/>
                <w:sz w:val="18"/>
              </w:rPr>
            </w:pPr>
          </w:p>
        </w:tc>
        <w:tc>
          <w:tcPr>
            <w:tcW w:w="2438" w:type="dxa"/>
            <w:tcMar>
              <w:top w:w="45" w:type="dxa"/>
              <w:left w:w="55" w:type="dxa"/>
              <w:bottom w:w="45" w:type="dxa"/>
              <w:right w:w="55" w:type="dxa"/>
            </w:tcMar>
            <w:vAlign w:val="center"/>
          </w:tcPr>
          <w:p w14:paraId="30301F97" w14:textId="77777777" w:rsidR="00630FB4" w:rsidRPr="00630FB4" w:rsidRDefault="00630FB4" w:rsidP="00630FB4">
            <w:pPr>
              <w:rPr>
                <w:rFonts w:ascii="Arial" w:eastAsiaTheme="minorEastAsia" w:hAnsi="Arial"/>
                <w:sz w:val="18"/>
              </w:rPr>
            </w:pPr>
          </w:p>
        </w:tc>
        <w:tc>
          <w:tcPr>
            <w:tcW w:w="2948" w:type="dxa"/>
            <w:tcMar>
              <w:top w:w="45" w:type="dxa"/>
              <w:left w:w="55" w:type="dxa"/>
              <w:bottom w:w="45" w:type="dxa"/>
              <w:right w:w="55" w:type="dxa"/>
            </w:tcMar>
            <w:vAlign w:val="center"/>
          </w:tcPr>
          <w:p w14:paraId="4138C078" w14:textId="77777777" w:rsidR="00630FB4" w:rsidRPr="00630FB4" w:rsidRDefault="00630FB4" w:rsidP="00630FB4">
            <w:pPr>
              <w:rPr>
                <w:rFonts w:ascii="Arial" w:eastAsiaTheme="minorEastAsia" w:hAnsi="Arial"/>
                <w:sz w:val="18"/>
              </w:rPr>
            </w:pPr>
          </w:p>
        </w:tc>
        <w:tc>
          <w:tcPr>
            <w:tcW w:w="1247" w:type="dxa"/>
            <w:tcMar>
              <w:top w:w="45" w:type="dxa"/>
              <w:left w:w="55" w:type="dxa"/>
              <w:bottom w:w="45" w:type="dxa"/>
              <w:right w:w="55" w:type="dxa"/>
            </w:tcMar>
            <w:vAlign w:val="center"/>
          </w:tcPr>
          <w:p w14:paraId="393C828D" w14:textId="77777777" w:rsidR="00630FB4" w:rsidRPr="00630FB4" w:rsidRDefault="00630FB4" w:rsidP="00630FB4">
            <w:pPr>
              <w:jc w:val="center"/>
              <w:rPr>
                <w:rFonts w:ascii="Arial" w:eastAsiaTheme="minorEastAsia" w:hAnsi="Arial"/>
                <w:sz w:val="18"/>
              </w:rPr>
            </w:pPr>
          </w:p>
        </w:tc>
        <w:tc>
          <w:tcPr>
            <w:tcW w:w="1077" w:type="dxa"/>
            <w:tcMar>
              <w:top w:w="45" w:type="dxa"/>
              <w:left w:w="55" w:type="dxa"/>
              <w:bottom w:w="45" w:type="dxa"/>
              <w:right w:w="55" w:type="dxa"/>
            </w:tcMar>
            <w:vAlign w:val="center"/>
          </w:tcPr>
          <w:p w14:paraId="61693596" w14:textId="77777777" w:rsidR="00630FB4" w:rsidRPr="00630FB4" w:rsidRDefault="00630FB4" w:rsidP="00630FB4">
            <w:pPr>
              <w:jc w:val="center"/>
              <w:rPr>
                <w:rFonts w:ascii="Arial" w:eastAsiaTheme="minorEastAsia" w:hAnsi="Arial"/>
                <w:sz w:val="18"/>
              </w:rPr>
            </w:pPr>
          </w:p>
        </w:tc>
      </w:tr>
      <w:tr w:rsidR="00630FB4" w:rsidRPr="00630FB4" w14:paraId="49358324" w14:textId="77777777" w:rsidTr="00626D17">
        <w:trPr>
          <w:cantSplit/>
          <w:trHeight w:val="397"/>
          <w:jc w:val="center"/>
        </w:trPr>
        <w:tc>
          <w:tcPr>
            <w:tcW w:w="454" w:type="dxa"/>
            <w:tcMar>
              <w:top w:w="45" w:type="dxa"/>
              <w:left w:w="55" w:type="dxa"/>
              <w:bottom w:w="45" w:type="dxa"/>
              <w:right w:w="55" w:type="dxa"/>
            </w:tcMar>
            <w:vAlign w:val="center"/>
          </w:tcPr>
          <w:p w14:paraId="6878EBAB" w14:textId="77777777" w:rsidR="00630FB4" w:rsidRPr="00630FB4" w:rsidRDefault="00630FB4" w:rsidP="00630FB4">
            <w:pPr>
              <w:jc w:val="center"/>
              <w:rPr>
                <w:rFonts w:ascii="Arial" w:eastAsiaTheme="minorEastAsia" w:hAnsi="Arial"/>
                <w:sz w:val="18"/>
              </w:rPr>
            </w:pPr>
            <w:r w:rsidRPr="00630FB4">
              <w:rPr>
                <w:rFonts w:ascii="Arial" w:eastAsiaTheme="minorEastAsia" w:hAnsi="Arial"/>
                <w:sz w:val="16"/>
              </w:rPr>
              <w:t>13</w:t>
            </w:r>
          </w:p>
        </w:tc>
        <w:tc>
          <w:tcPr>
            <w:tcW w:w="1191" w:type="dxa"/>
            <w:tcMar>
              <w:top w:w="45" w:type="dxa"/>
              <w:left w:w="55" w:type="dxa"/>
              <w:bottom w:w="45" w:type="dxa"/>
              <w:right w:w="55" w:type="dxa"/>
            </w:tcMar>
            <w:vAlign w:val="center"/>
          </w:tcPr>
          <w:p w14:paraId="01F5F656" w14:textId="77777777" w:rsidR="00630FB4" w:rsidRPr="00630FB4" w:rsidRDefault="00630FB4" w:rsidP="00630FB4">
            <w:pPr>
              <w:jc w:val="center"/>
              <w:rPr>
                <w:rFonts w:ascii="Arial" w:eastAsiaTheme="minorEastAsia" w:hAnsi="Arial"/>
                <w:sz w:val="18"/>
              </w:rPr>
            </w:pPr>
          </w:p>
        </w:tc>
        <w:tc>
          <w:tcPr>
            <w:tcW w:w="1304" w:type="dxa"/>
            <w:tcMar>
              <w:top w:w="45" w:type="dxa"/>
              <w:left w:w="55" w:type="dxa"/>
              <w:bottom w:w="45" w:type="dxa"/>
              <w:right w:w="55" w:type="dxa"/>
            </w:tcMar>
            <w:vAlign w:val="center"/>
          </w:tcPr>
          <w:p w14:paraId="53F7F458" w14:textId="77777777" w:rsidR="00630FB4" w:rsidRPr="00630FB4" w:rsidRDefault="00630FB4" w:rsidP="00630FB4">
            <w:pPr>
              <w:jc w:val="center"/>
              <w:rPr>
                <w:rFonts w:ascii="Arial" w:eastAsiaTheme="minorEastAsia" w:hAnsi="Arial"/>
                <w:sz w:val="18"/>
              </w:rPr>
            </w:pPr>
          </w:p>
        </w:tc>
        <w:tc>
          <w:tcPr>
            <w:tcW w:w="2438" w:type="dxa"/>
            <w:tcMar>
              <w:top w:w="45" w:type="dxa"/>
              <w:left w:w="55" w:type="dxa"/>
              <w:bottom w:w="45" w:type="dxa"/>
              <w:right w:w="55" w:type="dxa"/>
            </w:tcMar>
            <w:vAlign w:val="center"/>
          </w:tcPr>
          <w:p w14:paraId="6A65A92A" w14:textId="77777777" w:rsidR="00630FB4" w:rsidRPr="00630FB4" w:rsidRDefault="00630FB4" w:rsidP="00630FB4">
            <w:pPr>
              <w:rPr>
                <w:rFonts w:ascii="Arial" w:eastAsiaTheme="minorEastAsia" w:hAnsi="Arial"/>
                <w:sz w:val="18"/>
              </w:rPr>
            </w:pPr>
          </w:p>
        </w:tc>
        <w:tc>
          <w:tcPr>
            <w:tcW w:w="2948" w:type="dxa"/>
            <w:tcMar>
              <w:top w:w="45" w:type="dxa"/>
              <w:left w:w="55" w:type="dxa"/>
              <w:bottom w:w="45" w:type="dxa"/>
              <w:right w:w="55" w:type="dxa"/>
            </w:tcMar>
            <w:vAlign w:val="center"/>
          </w:tcPr>
          <w:p w14:paraId="59178EE4" w14:textId="77777777" w:rsidR="00630FB4" w:rsidRPr="00630FB4" w:rsidRDefault="00630FB4" w:rsidP="00630FB4">
            <w:pPr>
              <w:rPr>
                <w:rFonts w:ascii="Arial" w:eastAsiaTheme="minorEastAsia" w:hAnsi="Arial"/>
                <w:sz w:val="18"/>
              </w:rPr>
            </w:pPr>
          </w:p>
        </w:tc>
        <w:tc>
          <w:tcPr>
            <w:tcW w:w="1247" w:type="dxa"/>
            <w:tcMar>
              <w:top w:w="45" w:type="dxa"/>
              <w:left w:w="55" w:type="dxa"/>
              <w:bottom w:w="45" w:type="dxa"/>
              <w:right w:w="55" w:type="dxa"/>
            </w:tcMar>
            <w:vAlign w:val="center"/>
          </w:tcPr>
          <w:p w14:paraId="77D1AA79" w14:textId="77777777" w:rsidR="00630FB4" w:rsidRPr="00630FB4" w:rsidRDefault="00630FB4" w:rsidP="00630FB4">
            <w:pPr>
              <w:jc w:val="center"/>
              <w:rPr>
                <w:rFonts w:ascii="Arial" w:eastAsiaTheme="minorEastAsia" w:hAnsi="Arial"/>
                <w:sz w:val="18"/>
              </w:rPr>
            </w:pPr>
          </w:p>
        </w:tc>
        <w:tc>
          <w:tcPr>
            <w:tcW w:w="1077" w:type="dxa"/>
            <w:tcMar>
              <w:top w:w="45" w:type="dxa"/>
              <w:left w:w="55" w:type="dxa"/>
              <w:bottom w:w="45" w:type="dxa"/>
              <w:right w:w="55" w:type="dxa"/>
            </w:tcMar>
            <w:vAlign w:val="center"/>
          </w:tcPr>
          <w:p w14:paraId="4185E881" w14:textId="77777777" w:rsidR="00630FB4" w:rsidRPr="00630FB4" w:rsidRDefault="00630FB4" w:rsidP="00630FB4">
            <w:pPr>
              <w:jc w:val="center"/>
              <w:rPr>
                <w:rFonts w:ascii="Arial" w:eastAsiaTheme="minorEastAsia" w:hAnsi="Arial"/>
                <w:sz w:val="18"/>
              </w:rPr>
            </w:pPr>
          </w:p>
        </w:tc>
      </w:tr>
      <w:tr w:rsidR="00630FB4" w:rsidRPr="00630FB4" w14:paraId="74EF9E44" w14:textId="77777777" w:rsidTr="00626D17">
        <w:trPr>
          <w:cantSplit/>
          <w:trHeight w:val="397"/>
          <w:jc w:val="center"/>
        </w:trPr>
        <w:tc>
          <w:tcPr>
            <w:tcW w:w="454" w:type="dxa"/>
            <w:tcMar>
              <w:top w:w="45" w:type="dxa"/>
              <w:left w:w="55" w:type="dxa"/>
              <w:bottom w:w="45" w:type="dxa"/>
              <w:right w:w="55" w:type="dxa"/>
            </w:tcMar>
            <w:vAlign w:val="center"/>
          </w:tcPr>
          <w:p w14:paraId="24F4D399" w14:textId="77777777" w:rsidR="00630FB4" w:rsidRPr="00630FB4" w:rsidRDefault="00630FB4" w:rsidP="00630FB4">
            <w:pPr>
              <w:jc w:val="center"/>
              <w:rPr>
                <w:rFonts w:ascii="Arial" w:eastAsiaTheme="minorEastAsia" w:hAnsi="Arial"/>
                <w:sz w:val="18"/>
              </w:rPr>
            </w:pPr>
            <w:r w:rsidRPr="00630FB4">
              <w:rPr>
                <w:rFonts w:ascii="Arial" w:eastAsiaTheme="minorEastAsia" w:hAnsi="Arial"/>
                <w:sz w:val="16"/>
              </w:rPr>
              <w:t>14</w:t>
            </w:r>
          </w:p>
        </w:tc>
        <w:tc>
          <w:tcPr>
            <w:tcW w:w="1191" w:type="dxa"/>
            <w:tcMar>
              <w:top w:w="45" w:type="dxa"/>
              <w:left w:w="55" w:type="dxa"/>
              <w:bottom w:w="45" w:type="dxa"/>
              <w:right w:w="55" w:type="dxa"/>
            </w:tcMar>
            <w:vAlign w:val="center"/>
          </w:tcPr>
          <w:p w14:paraId="5F664E0D" w14:textId="77777777" w:rsidR="00630FB4" w:rsidRPr="00630FB4" w:rsidRDefault="00630FB4" w:rsidP="00630FB4">
            <w:pPr>
              <w:jc w:val="center"/>
              <w:rPr>
                <w:rFonts w:ascii="Arial" w:eastAsiaTheme="minorEastAsia" w:hAnsi="Arial"/>
                <w:sz w:val="18"/>
              </w:rPr>
            </w:pPr>
          </w:p>
        </w:tc>
        <w:tc>
          <w:tcPr>
            <w:tcW w:w="1304" w:type="dxa"/>
            <w:tcMar>
              <w:top w:w="45" w:type="dxa"/>
              <w:left w:w="55" w:type="dxa"/>
              <w:bottom w:w="45" w:type="dxa"/>
              <w:right w:w="55" w:type="dxa"/>
            </w:tcMar>
            <w:vAlign w:val="center"/>
          </w:tcPr>
          <w:p w14:paraId="72CD2EC6" w14:textId="77777777" w:rsidR="00630FB4" w:rsidRPr="00630FB4" w:rsidRDefault="00630FB4" w:rsidP="00630FB4">
            <w:pPr>
              <w:jc w:val="center"/>
              <w:rPr>
                <w:rFonts w:ascii="Arial" w:eastAsiaTheme="minorEastAsia" w:hAnsi="Arial"/>
                <w:sz w:val="18"/>
              </w:rPr>
            </w:pPr>
          </w:p>
        </w:tc>
        <w:tc>
          <w:tcPr>
            <w:tcW w:w="2438" w:type="dxa"/>
            <w:tcMar>
              <w:top w:w="45" w:type="dxa"/>
              <w:left w:w="55" w:type="dxa"/>
              <w:bottom w:w="45" w:type="dxa"/>
              <w:right w:w="55" w:type="dxa"/>
            </w:tcMar>
            <w:vAlign w:val="center"/>
          </w:tcPr>
          <w:p w14:paraId="44884AE7" w14:textId="77777777" w:rsidR="00630FB4" w:rsidRPr="00630FB4" w:rsidRDefault="00630FB4" w:rsidP="00630FB4">
            <w:pPr>
              <w:rPr>
                <w:rFonts w:ascii="Arial" w:eastAsiaTheme="minorEastAsia" w:hAnsi="Arial"/>
                <w:sz w:val="18"/>
              </w:rPr>
            </w:pPr>
          </w:p>
        </w:tc>
        <w:tc>
          <w:tcPr>
            <w:tcW w:w="2948" w:type="dxa"/>
            <w:tcMar>
              <w:top w:w="45" w:type="dxa"/>
              <w:left w:w="55" w:type="dxa"/>
              <w:bottom w:w="45" w:type="dxa"/>
              <w:right w:w="55" w:type="dxa"/>
            </w:tcMar>
            <w:vAlign w:val="center"/>
          </w:tcPr>
          <w:p w14:paraId="3BAE6C31" w14:textId="77777777" w:rsidR="00630FB4" w:rsidRPr="00630FB4" w:rsidRDefault="00630FB4" w:rsidP="00630FB4">
            <w:pPr>
              <w:rPr>
                <w:rFonts w:ascii="Arial" w:eastAsiaTheme="minorEastAsia" w:hAnsi="Arial"/>
                <w:sz w:val="18"/>
              </w:rPr>
            </w:pPr>
          </w:p>
        </w:tc>
        <w:tc>
          <w:tcPr>
            <w:tcW w:w="1247" w:type="dxa"/>
            <w:tcMar>
              <w:top w:w="45" w:type="dxa"/>
              <w:left w:w="55" w:type="dxa"/>
              <w:bottom w:w="45" w:type="dxa"/>
              <w:right w:w="55" w:type="dxa"/>
            </w:tcMar>
            <w:vAlign w:val="center"/>
          </w:tcPr>
          <w:p w14:paraId="2D795956" w14:textId="77777777" w:rsidR="00630FB4" w:rsidRPr="00630FB4" w:rsidRDefault="00630FB4" w:rsidP="00630FB4">
            <w:pPr>
              <w:jc w:val="center"/>
              <w:rPr>
                <w:rFonts w:ascii="Arial" w:eastAsiaTheme="minorEastAsia" w:hAnsi="Arial"/>
                <w:sz w:val="18"/>
              </w:rPr>
            </w:pPr>
          </w:p>
        </w:tc>
        <w:tc>
          <w:tcPr>
            <w:tcW w:w="1077" w:type="dxa"/>
            <w:tcMar>
              <w:top w:w="45" w:type="dxa"/>
              <w:left w:w="55" w:type="dxa"/>
              <w:bottom w:w="45" w:type="dxa"/>
              <w:right w:w="55" w:type="dxa"/>
            </w:tcMar>
            <w:vAlign w:val="center"/>
          </w:tcPr>
          <w:p w14:paraId="2365014D" w14:textId="77777777" w:rsidR="00630FB4" w:rsidRPr="00630FB4" w:rsidRDefault="00630FB4" w:rsidP="00630FB4">
            <w:pPr>
              <w:jc w:val="center"/>
              <w:rPr>
                <w:rFonts w:ascii="Arial" w:eastAsiaTheme="minorEastAsia" w:hAnsi="Arial"/>
                <w:sz w:val="18"/>
              </w:rPr>
            </w:pPr>
          </w:p>
        </w:tc>
      </w:tr>
      <w:tr w:rsidR="00630FB4" w:rsidRPr="00630FB4" w14:paraId="179D7698" w14:textId="77777777" w:rsidTr="00626D17">
        <w:trPr>
          <w:cantSplit/>
          <w:trHeight w:val="397"/>
          <w:jc w:val="center"/>
        </w:trPr>
        <w:tc>
          <w:tcPr>
            <w:tcW w:w="454" w:type="dxa"/>
            <w:tcMar>
              <w:top w:w="45" w:type="dxa"/>
              <w:left w:w="55" w:type="dxa"/>
              <w:bottom w:w="45" w:type="dxa"/>
              <w:right w:w="55" w:type="dxa"/>
            </w:tcMar>
            <w:vAlign w:val="center"/>
          </w:tcPr>
          <w:p w14:paraId="279798DB" w14:textId="77777777" w:rsidR="00630FB4" w:rsidRPr="00630FB4" w:rsidRDefault="00630FB4" w:rsidP="00630FB4">
            <w:pPr>
              <w:jc w:val="center"/>
              <w:rPr>
                <w:rFonts w:ascii="Arial" w:eastAsiaTheme="minorEastAsia" w:hAnsi="Arial"/>
                <w:sz w:val="18"/>
              </w:rPr>
            </w:pPr>
            <w:r w:rsidRPr="00630FB4">
              <w:rPr>
                <w:rFonts w:ascii="Arial" w:eastAsiaTheme="minorEastAsia" w:hAnsi="Arial"/>
                <w:sz w:val="16"/>
              </w:rPr>
              <w:t>15</w:t>
            </w:r>
          </w:p>
        </w:tc>
        <w:tc>
          <w:tcPr>
            <w:tcW w:w="1191" w:type="dxa"/>
            <w:tcMar>
              <w:top w:w="45" w:type="dxa"/>
              <w:left w:w="55" w:type="dxa"/>
              <w:bottom w:w="45" w:type="dxa"/>
              <w:right w:w="55" w:type="dxa"/>
            </w:tcMar>
            <w:vAlign w:val="center"/>
          </w:tcPr>
          <w:p w14:paraId="7DCFD0A9" w14:textId="77777777" w:rsidR="00630FB4" w:rsidRPr="00630FB4" w:rsidRDefault="00630FB4" w:rsidP="00630FB4">
            <w:pPr>
              <w:jc w:val="center"/>
              <w:rPr>
                <w:rFonts w:ascii="Arial" w:eastAsiaTheme="minorEastAsia" w:hAnsi="Arial"/>
                <w:sz w:val="18"/>
              </w:rPr>
            </w:pPr>
          </w:p>
        </w:tc>
        <w:tc>
          <w:tcPr>
            <w:tcW w:w="1304" w:type="dxa"/>
            <w:tcMar>
              <w:top w:w="45" w:type="dxa"/>
              <w:left w:w="55" w:type="dxa"/>
              <w:bottom w:w="45" w:type="dxa"/>
              <w:right w:w="55" w:type="dxa"/>
            </w:tcMar>
            <w:vAlign w:val="center"/>
          </w:tcPr>
          <w:p w14:paraId="2884F20F" w14:textId="77777777" w:rsidR="00630FB4" w:rsidRPr="00630FB4" w:rsidRDefault="00630FB4" w:rsidP="00630FB4">
            <w:pPr>
              <w:jc w:val="center"/>
              <w:rPr>
                <w:rFonts w:ascii="Arial" w:eastAsiaTheme="minorEastAsia" w:hAnsi="Arial"/>
                <w:sz w:val="18"/>
              </w:rPr>
            </w:pPr>
          </w:p>
        </w:tc>
        <w:tc>
          <w:tcPr>
            <w:tcW w:w="2438" w:type="dxa"/>
            <w:tcMar>
              <w:top w:w="45" w:type="dxa"/>
              <w:left w:w="55" w:type="dxa"/>
              <w:bottom w:w="45" w:type="dxa"/>
              <w:right w:w="55" w:type="dxa"/>
            </w:tcMar>
            <w:vAlign w:val="center"/>
          </w:tcPr>
          <w:p w14:paraId="0F46FD4C" w14:textId="77777777" w:rsidR="00630FB4" w:rsidRPr="00630FB4" w:rsidRDefault="00630FB4" w:rsidP="00630FB4">
            <w:pPr>
              <w:rPr>
                <w:rFonts w:ascii="Arial" w:eastAsiaTheme="minorEastAsia" w:hAnsi="Arial"/>
                <w:sz w:val="18"/>
              </w:rPr>
            </w:pPr>
          </w:p>
        </w:tc>
        <w:tc>
          <w:tcPr>
            <w:tcW w:w="2948" w:type="dxa"/>
            <w:tcMar>
              <w:top w:w="45" w:type="dxa"/>
              <w:left w:w="55" w:type="dxa"/>
              <w:bottom w:w="45" w:type="dxa"/>
              <w:right w:w="55" w:type="dxa"/>
            </w:tcMar>
            <w:vAlign w:val="center"/>
          </w:tcPr>
          <w:p w14:paraId="317009E7" w14:textId="77777777" w:rsidR="00630FB4" w:rsidRPr="00630FB4" w:rsidRDefault="00630FB4" w:rsidP="00630FB4">
            <w:pPr>
              <w:rPr>
                <w:rFonts w:ascii="Arial" w:eastAsiaTheme="minorEastAsia" w:hAnsi="Arial"/>
                <w:sz w:val="18"/>
              </w:rPr>
            </w:pPr>
          </w:p>
        </w:tc>
        <w:tc>
          <w:tcPr>
            <w:tcW w:w="1247" w:type="dxa"/>
            <w:tcMar>
              <w:top w:w="45" w:type="dxa"/>
              <w:left w:w="55" w:type="dxa"/>
              <w:bottom w:w="45" w:type="dxa"/>
              <w:right w:w="55" w:type="dxa"/>
            </w:tcMar>
            <w:vAlign w:val="center"/>
          </w:tcPr>
          <w:p w14:paraId="3238ACB9" w14:textId="77777777" w:rsidR="00630FB4" w:rsidRPr="00630FB4" w:rsidRDefault="00630FB4" w:rsidP="00630FB4">
            <w:pPr>
              <w:jc w:val="center"/>
              <w:rPr>
                <w:rFonts w:ascii="Arial" w:eastAsiaTheme="minorEastAsia" w:hAnsi="Arial"/>
                <w:sz w:val="18"/>
              </w:rPr>
            </w:pPr>
          </w:p>
        </w:tc>
        <w:tc>
          <w:tcPr>
            <w:tcW w:w="1077" w:type="dxa"/>
            <w:tcMar>
              <w:top w:w="45" w:type="dxa"/>
              <w:left w:w="55" w:type="dxa"/>
              <w:bottom w:w="45" w:type="dxa"/>
              <w:right w:w="55" w:type="dxa"/>
            </w:tcMar>
            <w:vAlign w:val="center"/>
          </w:tcPr>
          <w:p w14:paraId="43470BD3" w14:textId="77777777" w:rsidR="00630FB4" w:rsidRPr="00630FB4" w:rsidRDefault="00630FB4" w:rsidP="00630FB4">
            <w:pPr>
              <w:jc w:val="center"/>
              <w:rPr>
                <w:rFonts w:ascii="Arial" w:eastAsiaTheme="minorEastAsia" w:hAnsi="Arial"/>
                <w:sz w:val="18"/>
              </w:rPr>
            </w:pPr>
          </w:p>
        </w:tc>
      </w:tr>
    </w:tbl>
    <w:p w14:paraId="0EDB7000" w14:textId="77777777" w:rsidR="00630FB4" w:rsidRPr="00630FB4" w:rsidRDefault="00630FB4" w:rsidP="00630FB4">
      <w:pPr>
        <w:spacing w:before="80" w:line="276" w:lineRule="auto"/>
        <w:rPr>
          <w:rFonts w:ascii="Arial" w:eastAsiaTheme="minorEastAsia" w:hAnsi="Arial"/>
          <w:sz w:val="18"/>
        </w:rPr>
      </w:pPr>
      <w:proofErr w:type="spellStart"/>
      <w:r w:rsidRPr="00630FB4">
        <w:rPr>
          <w:rFonts w:ascii="Arial" w:eastAsiaTheme="minorEastAsia" w:hAnsi="Arial"/>
          <w:i/>
          <w:sz w:val="15"/>
        </w:rPr>
        <w:t>Uwaga</w:t>
      </w:r>
      <w:proofErr w:type="spellEnd"/>
      <w:r w:rsidRPr="00630FB4">
        <w:rPr>
          <w:rFonts w:ascii="Arial" w:eastAsiaTheme="minorEastAsia" w:hAnsi="Arial"/>
          <w:i/>
          <w:sz w:val="15"/>
        </w:rPr>
        <w:t xml:space="preserve">: w </w:t>
      </w:r>
      <w:proofErr w:type="spellStart"/>
      <w:r w:rsidRPr="00630FB4">
        <w:rPr>
          <w:rFonts w:ascii="Arial" w:eastAsiaTheme="minorEastAsia" w:hAnsi="Arial"/>
          <w:i/>
          <w:sz w:val="15"/>
        </w:rPr>
        <w:t>rejestrze</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należy</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wpisywać</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wyłącznie</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informacje</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niezbędne</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Nie</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należy</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zamieszczać</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pełnych</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opisów</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zdarzeń</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danych</w:t>
      </w:r>
      <w:proofErr w:type="spellEnd"/>
      <w:r w:rsidRPr="00630FB4">
        <w:rPr>
          <w:rFonts w:ascii="Arial" w:eastAsiaTheme="minorEastAsia" w:hAnsi="Arial"/>
          <w:i/>
          <w:sz w:val="15"/>
        </w:rPr>
        <w:t xml:space="preserve"> o </w:t>
      </w:r>
      <w:proofErr w:type="spellStart"/>
      <w:r w:rsidRPr="00630FB4">
        <w:rPr>
          <w:rFonts w:ascii="Arial" w:eastAsiaTheme="minorEastAsia" w:hAnsi="Arial"/>
          <w:i/>
          <w:sz w:val="15"/>
        </w:rPr>
        <w:t>zdrowiu</w:t>
      </w:r>
      <w:proofErr w:type="spellEnd"/>
      <w:r w:rsidRPr="00630FB4">
        <w:rPr>
          <w:rFonts w:ascii="Arial" w:eastAsiaTheme="minorEastAsia" w:hAnsi="Arial"/>
          <w:i/>
          <w:sz w:val="15"/>
        </w:rPr>
        <w:t xml:space="preserve"> ani </w:t>
      </w:r>
      <w:proofErr w:type="spellStart"/>
      <w:r w:rsidRPr="00630FB4">
        <w:rPr>
          <w:rFonts w:ascii="Arial" w:eastAsiaTheme="minorEastAsia" w:hAnsi="Arial"/>
          <w:i/>
          <w:sz w:val="15"/>
        </w:rPr>
        <w:t>innych</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danych</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szczególnie</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chronionych</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Szczegółowa</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dokumentacja</w:t>
      </w:r>
      <w:proofErr w:type="spellEnd"/>
      <w:r w:rsidRPr="00630FB4">
        <w:rPr>
          <w:rFonts w:ascii="Arial" w:eastAsiaTheme="minorEastAsia" w:hAnsi="Arial"/>
          <w:i/>
          <w:sz w:val="15"/>
        </w:rPr>
        <w:t xml:space="preserve"> – </w:t>
      </w:r>
      <w:proofErr w:type="spellStart"/>
      <w:r w:rsidRPr="00630FB4">
        <w:rPr>
          <w:rFonts w:ascii="Arial" w:eastAsiaTheme="minorEastAsia" w:hAnsi="Arial"/>
          <w:i/>
          <w:sz w:val="15"/>
        </w:rPr>
        <w:t>jeżeli</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powstanie</w:t>
      </w:r>
      <w:proofErr w:type="spellEnd"/>
      <w:r w:rsidRPr="00630FB4">
        <w:rPr>
          <w:rFonts w:ascii="Arial" w:eastAsiaTheme="minorEastAsia" w:hAnsi="Arial"/>
          <w:i/>
          <w:sz w:val="15"/>
        </w:rPr>
        <w:t xml:space="preserve"> – </w:t>
      </w:r>
      <w:proofErr w:type="spellStart"/>
      <w:r w:rsidRPr="00630FB4">
        <w:rPr>
          <w:rFonts w:ascii="Arial" w:eastAsiaTheme="minorEastAsia" w:hAnsi="Arial"/>
          <w:i/>
          <w:sz w:val="15"/>
        </w:rPr>
        <w:t>powinna</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być</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przechowywana</w:t>
      </w:r>
      <w:proofErr w:type="spellEnd"/>
      <w:r w:rsidRPr="00630FB4">
        <w:rPr>
          <w:rFonts w:ascii="Arial" w:eastAsiaTheme="minorEastAsia" w:hAnsi="Arial"/>
          <w:i/>
          <w:sz w:val="15"/>
        </w:rPr>
        <w:t xml:space="preserve"> </w:t>
      </w:r>
      <w:proofErr w:type="spellStart"/>
      <w:r w:rsidRPr="00630FB4">
        <w:rPr>
          <w:rFonts w:ascii="Arial" w:eastAsiaTheme="minorEastAsia" w:hAnsi="Arial"/>
          <w:i/>
          <w:sz w:val="15"/>
        </w:rPr>
        <w:t>oddzielnie</w:t>
      </w:r>
      <w:proofErr w:type="spellEnd"/>
      <w:r w:rsidRPr="00630FB4">
        <w:rPr>
          <w:rFonts w:ascii="Arial" w:eastAsiaTheme="minorEastAsia" w:hAnsi="Arial"/>
          <w:i/>
          <w:sz w:val="15"/>
        </w:rPr>
        <w:t>.</w:t>
      </w:r>
    </w:p>
    <w:p w14:paraId="0727E300" w14:textId="77777777" w:rsidR="00C127F7" w:rsidRDefault="00C127F7">
      <w:pPr>
        <w:sectPr w:rsidR="00C127F7" w:rsidSect="00630FB4">
          <w:headerReference w:type="default" r:id="rId19"/>
          <w:footerReference w:type="default" r:id="rId20"/>
          <w:pgSz w:w="11906" w:h="16838"/>
          <w:pgMar w:top="680" w:right="680" w:bottom="680" w:left="680" w:header="312" w:footer="312" w:gutter="0"/>
          <w:cols w:space="720"/>
          <w:docGrid w:linePitch="360"/>
        </w:sectPr>
      </w:pPr>
    </w:p>
    <w:p w14:paraId="203C2BAD" w14:textId="77777777" w:rsidR="00C127F7" w:rsidRDefault="00000000">
      <w:pPr>
        <w:keepNext/>
        <w:spacing w:after="40"/>
        <w:jc w:val="right"/>
      </w:pPr>
      <w:r>
        <w:rPr>
          <w:b/>
          <w:color w:val="1F4E79"/>
          <w:sz w:val="18"/>
        </w:rPr>
        <w:lastRenderedPageBreak/>
        <w:t>Załącznik nr 5</w:t>
      </w:r>
    </w:p>
    <w:p w14:paraId="3F6459EC" w14:textId="77777777" w:rsidR="00C127F7" w:rsidRDefault="00000000">
      <w:pPr>
        <w:keepNext/>
        <w:spacing w:before="20"/>
        <w:jc w:val="center"/>
      </w:pPr>
      <w:r>
        <w:rPr>
          <w:b/>
          <w:color w:val="000000"/>
          <w:sz w:val="27"/>
        </w:rPr>
        <w:t>FORMULARZ ZGŁOSZENIA SPRAWY</w:t>
      </w:r>
    </w:p>
    <w:p w14:paraId="07DA96EB" w14:textId="77777777" w:rsidR="00C127F7" w:rsidRDefault="00000000">
      <w:pPr>
        <w:keepNext/>
        <w:spacing w:after="60"/>
        <w:jc w:val="center"/>
      </w:pPr>
      <w:r>
        <w:rPr>
          <w:i/>
          <w:color w:val="1F4E79"/>
        </w:rPr>
        <w:t>do Szkolnego Rzecznika Praw Ucznia</w:t>
      </w:r>
    </w:p>
    <w:tbl>
      <w:tblPr>
        <w:tblW w:w="0" w:type="auto"/>
        <w:jc w:val="center"/>
        <w:tblLayout w:type="fixed"/>
        <w:tblLook w:val="04A0" w:firstRow="1" w:lastRow="0" w:firstColumn="1" w:lastColumn="0" w:noHBand="0" w:noVBand="1"/>
      </w:tblPr>
      <w:tblGrid>
        <w:gridCol w:w="4309"/>
        <w:gridCol w:w="5783"/>
        <w:gridCol w:w="132"/>
      </w:tblGrid>
      <w:tr w:rsidR="00C127F7" w14:paraId="0CD78835" w14:textId="77777777">
        <w:trPr>
          <w:gridAfter w:val="1"/>
          <w:wAfter w:w="132" w:type="dxa"/>
          <w:jc w:val="center"/>
        </w:trPr>
        <w:tc>
          <w:tcPr>
            <w:tcW w:w="10092" w:type="dxa"/>
            <w:gridSpan w:val="2"/>
            <w:tcBorders>
              <w:top w:val="single" w:sz="5" w:space="0" w:color="9AA9B5"/>
              <w:left w:val="single" w:sz="5" w:space="0" w:color="9AA9B5"/>
              <w:bottom w:val="single" w:sz="5" w:space="0" w:color="9AA9B5"/>
              <w:right w:val="single" w:sz="5" w:space="0" w:color="9AA9B5"/>
            </w:tcBorders>
            <w:shd w:val="clear" w:color="auto" w:fill="EEF5FB"/>
          </w:tcPr>
          <w:p w14:paraId="67DC633A" w14:textId="77777777" w:rsidR="00C127F7" w:rsidRDefault="00000000">
            <w:pPr>
              <w:jc w:val="both"/>
            </w:pPr>
            <w:r>
              <w:rPr>
                <w:i/>
                <w:color w:val="666666"/>
                <w:sz w:val="16"/>
              </w:rPr>
              <w:t>Zgłoszenie może być imienne albo anonimowe. Podanie danych kontaktowych ułatwia wyjaśnienie sprawy i przekazanie informacji o wyniku działań.</w:t>
            </w:r>
          </w:p>
        </w:tc>
      </w:tr>
      <w:tr w:rsidR="00C127F7" w14:paraId="07F61E30" w14:textId="77777777">
        <w:trPr>
          <w:cantSplit/>
          <w:trHeight w:val="329"/>
          <w:jc w:val="center"/>
        </w:trPr>
        <w:tc>
          <w:tcPr>
            <w:tcW w:w="430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43910E74" w14:textId="77777777" w:rsidR="00C127F7" w:rsidRDefault="00000000">
            <w:r>
              <w:rPr>
                <w:b/>
                <w:color w:val="000000"/>
                <w:sz w:val="17"/>
              </w:rPr>
              <w:t>Data zgłoszenia</w:t>
            </w:r>
          </w:p>
        </w:tc>
        <w:tc>
          <w:tcPr>
            <w:tcW w:w="5783"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2EE450A2" w14:textId="77777777" w:rsidR="00C127F7" w:rsidRDefault="00C127F7"/>
        </w:tc>
      </w:tr>
      <w:tr w:rsidR="00C127F7" w14:paraId="134814FA" w14:textId="77777777">
        <w:trPr>
          <w:cantSplit/>
          <w:trHeight w:val="329"/>
          <w:jc w:val="center"/>
        </w:trPr>
        <w:tc>
          <w:tcPr>
            <w:tcW w:w="430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07F0C7EB" w14:textId="77777777" w:rsidR="00C127F7" w:rsidRDefault="00000000">
            <w:r>
              <w:rPr>
                <w:b/>
                <w:color w:val="000000"/>
                <w:sz w:val="17"/>
              </w:rPr>
              <w:t>Numer sprawy (wypełnia Rzecznik)</w:t>
            </w:r>
          </w:p>
        </w:tc>
        <w:tc>
          <w:tcPr>
            <w:tcW w:w="5783"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3B3249DA" w14:textId="77777777" w:rsidR="00C127F7" w:rsidRDefault="00C127F7"/>
        </w:tc>
      </w:tr>
      <w:tr w:rsidR="00C127F7" w14:paraId="115D3362" w14:textId="77777777">
        <w:trPr>
          <w:cantSplit/>
          <w:trHeight w:val="397"/>
          <w:jc w:val="center"/>
        </w:trPr>
        <w:tc>
          <w:tcPr>
            <w:tcW w:w="430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4F597A0F" w14:textId="77777777" w:rsidR="00C127F7" w:rsidRDefault="00000000">
            <w:r>
              <w:rPr>
                <w:b/>
                <w:color w:val="000000"/>
                <w:sz w:val="17"/>
              </w:rPr>
              <w:t>Osoba zgłaszająca / klasa (opcjonalnie)</w:t>
            </w:r>
          </w:p>
        </w:tc>
        <w:tc>
          <w:tcPr>
            <w:tcW w:w="5783"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36AC76FA" w14:textId="77777777" w:rsidR="00C127F7" w:rsidRDefault="00C127F7"/>
        </w:tc>
      </w:tr>
      <w:tr w:rsidR="00C127F7" w14:paraId="2A85E9AD" w14:textId="77777777">
        <w:trPr>
          <w:cantSplit/>
          <w:trHeight w:val="397"/>
          <w:jc w:val="center"/>
        </w:trPr>
        <w:tc>
          <w:tcPr>
            <w:tcW w:w="430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3F88F2EB" w14:textId="77777777" w:rsidR="00C127F7" w:rsidRDefault="00000000">
            <w:r>
              <w:rPr>
                <w:b/>
                <w:color w:val="000000"/>
                <w:sz w:val="17"/>
              </w:rPr>
              <w:t>Sposób kontaktu (opcjonalnie)</w:t>
            </w:r>
          </w:p>
        </w:tc>
        <w:tc>
          <w:tcPr>
            <w:tcW w:w="5783"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03DC03AE" w14:textId="77777777" w:rsidR="00C127F7" w:rsidRDefault="00C127F7"/>
        </w:tc>
      </w:tr>
      <w:tr w:rsidR="00C127F7" w14:paraId="47BE308E" w14:textId="77777777">
        <w:trPr>
          <w:cantSplit/>
          <w:trHeight w:val="510"/>
          <w:jc w:val="center"/>
        </w:trPr>
        <w:tc>
          <w:tcPr>
            <w:tcW w:w="430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6E6265EA" w14:textId="77777777" w:rsidR="00C127F7" w:rsidRDefault="00000000">
            <w:r>
              <w:rPr>
                <w:b/>
                <w:color w:val="000000"/>
                <w:sz w:val="17"/>
              </w:rPr>
              <w:t>Osoba lub osoby, których dotyczy sprawa (jeżeli niezbędne)</w:t>
            </w:r>
          </w:p>
        </w:tc>
        <w:tc>
          <w:tcPr>
            <w:tcW w:w="5783"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4FECBA91" w14:textId="77777777" w:rsidR="00C127F7" w:rsidRDefault="00C127F7"/>
        </w:tc>
      </w:tr>
      <w:tr w:rsidR="00C127F7" w14:paraId="73B91759" w14:textId="77777777">
        <w:trPr>
          <w:jc w:val="center"/>
        </w:trPr>
        <w:tc>
          <w:tcPr>
            <w:tcW w:w="430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6659964B" w14:textId="77777777" w:rsidR="00C127F7" w:rsidRDefault="00000000">
            <w:r>
              <w:rPr>
                <w:b/>
                <w:color w:val="000000"/>
                <w:sz w:val="17"/>
              </w:rPr>
              <w:t>Rodzaj sprawy:</w:t>
            </w:r>
          </w:p>
        </w:tc>
        <w:tc>
          <w:tcPr>
            <w:tcW w:w="5783" w:type="dxa"/>
            <w:gridSpan w:val="2"/>
            <w:tcBorders>
              <w:top w:val="single" w:sz="6" w:space="0" w:color="6B6B6B"/>
              <w:left w:val="single" w:sz="6" w:space="0" w:color="6B6B6B"/>
              <w:bottom w:val="single" w:sz="6" w:space="0" w:color="6B6B6B"/>
              <w:right w:val="single" w:sz="6" w:space="0" w:color="6B6B6B"/>
            </w:tcBorders>
          </w:tcPr>
          <w:p w14:paraId="15E7ABDE" w14:textId="77777777" w:rsidR="00C127F7" w:rsidRDefault="00000000">
            <w:r>
              <w:rPr>
                <w:color w:val="000000"/>
                <w:sz w:val="16"/>
              </w:rPr>
              <w:t>☐ możliwe naruszenie prawa ucznia    ☐ konflikt    ☐ prośba o informację    ☐ inna sprawa</w:t>
            </w:r>
          </w:p>
        </w:tc>
      </w:tr>
      <w:tr w:rsidR="00C127F7" w14:paraId="4C237FB4" w14:textId="77777777">
        <w:trPr>
          <w:cantSplit/>
          <w:trHeight w:val="2324"/>
          <w:jc w:val="center"/>
        </w:trPr>
        <w:tc>
          <w:tcPr>
            <w:tcW w:w="430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1EC197E9" w14:textId="77777777" w:rsidR="00C127F7" w:rsidRDefault="00000000">
            <w:r>
              <w:rPr>
                <w:b/>
                <w:color w:val="000000"/>
                <w:sz w:val="17"/>
              </w:rPr>
              <w:t>Opis sprawy</w:t>
            </w:r>
          </w:p>
        </w:tc>
        <w:tc>
          <w:tcPr>
            <w:tcW w:w="5783"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03ED92C0" w14:textId="77777777" w:rsidR="00C127F7" w:rsidRDefault="00C127F7"/>
        </w:tc>
      </w:tr>
      <w:tr w:rsidR="00C127F7" w14:paraId="572F6234" w14:textId="77777777">
        <w:trPr>
          <w:cantSplit/>
          <w:trHeight w:val="907"/>
          <w:jc w:val="center"/>
        </w:trPr>
        <w:tc>
          <w:tcPr>
            <w:tcW w:w="430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08E6FFD3" w14:textId="77777777" w:rsidR="00C127F7" w:rsidRDefault="00000000">
            <w:r>
              <w:rPr>
                <w:b/>
                <w:color w:val="000000"/>
                <w:sz w:val="17"/>
              </w:rPr>
              <w:t>Oczekiwana forma pomocy</w:t>
            </w:r>
          </w:p>
        </w:tc>
        <w:tc>
          <w:tcPr>
            <w:tcW w:w="5783"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20F0F68E" w14:textId="77777777" w:rsidR="00C127F7" w:rsidRDefault="00C127F7"/>
        </w:tc>
      </w:tr>
      <w:tr w:rsidR="00C127F7" w14:paraId="423CB1A6" w14:textId="77777777">
        <w:trPr>
          <w:cantSplit/>
          <w:trHeight w:val="624"/>
          <w:jc w:val="center"/>
        </w:trPr>
        <w:tc>
          <w:tcPr>
            <w:tcW w:w="430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4FD73CB5" w14:textId="77777777" w:rsidR="00C127F7" w:rsidRDefault="00000000">
            <w:r>
              <w:rPr>
                <w:b/>
                <w:color w:val="000000"/>
                <w:sz w:val="17"/>
              </w:rPr>
              <w:t>Załączone dokumenty lub materiały (jeżeli są)</w:t>
            </w:r>
          </w:p>
        </w:tc>
        <w:tc>
          <w:tcPr>
            <w:tcW w:w="5783"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0F40C11A" w14:textId="77777777" w:rsidR="00C127F7" w:rsidRDefault="00C127F7"/>
        </w:tc>
      </w:tr>
      <w:tr w:rsidR="00C127F7" w14:paraId="73350B66" w14:textId="77777777">
        <w:trPr>
          <w:gridAfter w:val="1"/>
          <w:wAfter w:w="132" w:type="dxa"/>
          <w:jc w:val="center"/>
        </w:trPr>
        <w:tc>
          <w:tcPr>
            <w:tcW w:w="10092" w:type="dxa"/>
            <w:gridSpan w:val="2"/>
            <w:tcBorders>
              <w:top w:val="single" w:sz="5" w:space="0" w:color="9AA9B5"/>
              <w:left w:val="single" w:sz="5" w:space="0" w:color="9AA9B5"/>
              <w:bottom w:val="single" w:sz="5" w:space="0" w:color="9AA9B5"/>
              <w:right w:val="single" w:sz="5" w:space="0" w:color="9AA9B5"/>
            </w:tcBorders>
            <w:shd w:val="clear" w:color="auto" w:fill="EEF5FB"/>
          </w:tcPr>
          <w:p w14:paraId="2D7817C7" w14:textId="77777777" w:rsidR="00C127F7" w:rsidRDefault="00000000">
            <w:pPr>
              <w:jc w:val="both"/>
            </w:pPr>
            <w:r>
              <w:rPr>
                <w:i/>
                <w:color w:val="666666"/>
                <w:sz w:val="15"/>
              </w:rPr>
              <w:t>Oświadczenie zgłaszającego: Podane informacje są zgodne z moją wiedzą. Zostałem/am poinformowany/a, że Rzecznik może przekazać informację Dyrektorowi lub innej uprawnionej osobie, gdy jest to konieczne dla ochrony zdrowia, życia, bezpieczeństwa lub praw ucznia albo uruchomienia właściwej procedury.</w:t>
            </w:r>
          </w:p>
        </w:tc>
      </w:tr>
    </w:tbl>
    <w:p w14:paraId="55034DA7" w14:textId="77777777" w:rsidR="00C127F7" w:rsidRDefault="00C127F7">
      <w:pPr>
        <w:spacing w:before="80"/>
      </w:pPr>
    </w:p>
    <w:tbl>
      <w:tblPr>
        <w:tblW w:w="0" w:type="auto"/>
        <w:jc w:val="center"/>
        <w:tblLayout w:type="fixed"/>
        <w:tblLook w:val="04A0" w:firstRow="1" w:lastRow="0" w:firstColumn="1" w:lastColumn="0" w:noHBand="0" w:noVBand="1"/>
      </w:tblPr>
      <w:tblGrid>
        <w:gridCol w:w="5017"/>
        <w:gridCol w:w="5017"/>
      </w:tblGrid>
      <w:tr w:rsidR="00C127F7" w14:paraId="11D42D88" w14:textId="77777777">
        <w:trPr>
          <w:jc w:val="center"/>
        </w:trPr>
        <w:tc>
          <w:tcPr>
            <w:tcW w:w="5017" w:type="dxa"/>
            <w:tcBorders>
              <w:top w:val="nil"/>
              <w:left w:val="nil"/>
              <w:bottom w:val="nil"/>
              <w:right w:val="nil"/>
            </w:tcBorders>
            <w:tcMar>
              <w:top w:w="70" w:type="dxa"/>
              <w:left w:w="90" w:type="dxa"/>
              <w:bottom w:w="70" w:type="dxa"/>
              <w:right w:w="90" w:type="dxa"/>
            </w:tcMar>
            <w:vAlign w:val="center"/>
          </w:tcPr>
          <w:p w14:paraId="7AC6D469" w14:textId="77777777" w:rsidR="00C127F7" w:rsidRDefault="00000000">
            <w:pPr>
              <w:jc w:val="center"/>
            </w:pPr>
            <w:r>
              <w:rPr>
                <w:color w:val="666666"/>
                <w:sz w:val="18"/>
              </w:rPr>
              <w:t>........................................................</w:t>
            </w:r>
          </w:p>
        </w:tc>
        <w:tc>
          <w:tcPr>
            <w:tcW w:w="5017" w:type="dxa"/>
            <w:tcBorders>
              <w:top w:val="nil"/>
              <w:left w:val="nil"/>
              <w:bottom w:val="nil"/>
              <w:right w:val="nil"/>
            </w:tcBorders>
            <w:tcMar>
              <w:top w:w="70" w:type="dxa"/>
              <w:left w:w="90" w:type="dxa"/>
              <w:bottom w:w="70" w:type="dxa"/>
              <w:right w:w="90" w:type="dxa"/>
            </w:tcMar>
            <w:vAlign w:val="center"/>
          </w:tcPr>
          <w:p w14:paraId="38CFAAB1" w14:textId="77777777" w:rsidR="00C127F7" w:rsidRDefault="00000000">
            <w:pPr>
              <w:jc w:val="center"/>
            </w:pPr>
            <w:r>
              <w:rPr>
                <w:color w:val="666666"/>
                <w:sz w:val="18"/>
              </w:rPr>
              <w:t>........................................................</w:t>
            </w:r>
          </w:p>
        </w:tc>
      </w:tr>
      <w:tr w:rsidR="00C127F7" w14:paraId="32F9A520" w14:textId="77777777">
        <w:trPr>
          <w:jc w:val="center"/>
        </w:trPr>
        <w:tc>
          <w:tcPr>
            <w:tcW w:w="5017" w:type="dxa"/>
            <w:tcBorders>
              <w:top w:val="nil"/>
              <w:left w:val="nil"/>
              <w:bottom w:val="nil"/>
              <w:right w:val="nil"/>
            </w:tcBorders>
            <w:tcMar>
              <w:top w:w="70" w:type="dxa"/>
              <w:left w:w="90" w:type="dxa"/>
              <w:bottom w:w="70" w:type="dxa"/>
              <w:right w:w="90" w:type="dxa"/>
            </w:tcMar>
            <w:vAlign w:val="center"/>
          </w:tcPr>
          <w:p w14:paraId="13E37D18" w14:textId="77777777" w:rsidR="00C127F7" w:rsidRDefault="00000000">
            <w:pPr>
              <w:jc w:val="center"/>
            </w:pPr>
            <w:r>
              <w:rPr>
                <w:color w:val="666666"/>
                <w:sz w:val="17"/>
              </w:rPr>
              <w:t>podpis zgłaszającego – jeżeli zgłoszenie nie jest anonimowe</w:t>
            </w:r>
          </w:p>
        </w:tc>
        <w:tc>
          <w:tcPr>
            <w:tcW w:w="5017" w:type="dxa"/>
            <w:tcBorders>
              <w:top w:val="nil"/>
              <w:left w:val="nil"/>
              <w:bottom w:val="nil"/>
              <w:right w:val="nil"/>
            </w:tcBorders>
            <w:tcMar>
              <w:top w:w="70" w:type="dxa"/>
              <w:left w:w="90" w:type="dxa"/>
              <w:bottom w:w="70" w:type="dxa"/>
              <w:right w:w="90" w:type="dxa"/>
            </w:tcMar>
            <w:vAlign w:val="center"/>
          </w:tcPr>
          <w:p w14:paraId="1942CE86" w14:textId="77777777" w:rsidR="00C127F7" w:rsidRDefault="00000000">
            <w:pPr>
              <w:jc w:val="center"/>
            </w:pPr>
            <w:r>
              <w:rPr>
                <w:color w:val="666666"/>
                <w:sz w:val="17"/>
              </w:rPr>
              <w:t>podpis Rzecznika przyjmującego zgłoszenie</w:t>
            </w:r>
          </w:p>
        </w:tc>
      </w:tr>
    </w:tbl>
    <w:p w14:paraId="2E408A2D" w14:textId="77777777" w:rsidR="00C127F7" w:rsidRDefault="00C127F7">
      <w:pPr>
        <w:sectPr w:rsidR="00C127F7">
          <w:headerReference w:type="default" r:id="rId21"/>
          <w:footerReference w:type="default" r:id="rId22"/>
          <w:pgSz w:w="11906" w:h="16838"/>
          <w:pgMar w:top="765" w:right="907" w:bottom="709" w:left="907" w:header="312" w:footer="312" w:gutter="0"/>
          <w:cols w:space="720"/>
          <w:docGrid w:linePitch="360"/>
        </w:sectPr>
      </w:pPr>
    </w:p>
    <w:p w14:paraId="7D01BA1C" w14:textId="77777777" w:rsidR="00C127F7" w:rsidRDefault="00000000">
      <w:pPr>
        <w:keepNext/>
        <w:spacing w:after="40"/>
        <w:jc w:val="right"/>
      </w:pPr>
      <w:r>
        <w:rPr>
          <w:b/>
          <w:color w:val="1F4E79"/>
          <w:sz w:val="18"/>
        </w:rPr>
        <w:lastRenderedPageBreak/>
        <w:t>Załącznik nr 6</w:t>
      </w:r>
    </w:p>
    <w:p w14:paraId="464DB53D" w14:textId="77777777" w:rsidR="00C127F7" w:rsidRDefault="00000000">
      <w:pPr>
        <w:keepNext/>
        <w:spacing w:before="20" w:after="60"/>
        <w:jc w:val="center"/>
      </w:pPr>
      <w:r>
        <w:rPr>
          <w:b/>
          <w:color w:val="000000"/>
          <w:sz w:val="27"/>
        </w:rPr>
        <w:t>KARTA PRZEBIEGU SPRAWY</w:t>
      </w:r>
    </w:p>
    <w:tbl>
      <w:tblPr>
        <w:tblW w:w="0" w:type="auto"/>
        <w:jc w:val="center"/>
        <w:tblLayout w:type="fixed"/>
        <w:tblLook w:val="04A0" w:firstRow="1" w:lastRow="0" w:firstColumn="1" w:lastColumn="0" w:noHBand="0" w:noVBand="1"/>
      </w:tblPr>
      <w:tblGrid>
        <w:gridCol w:w="4195"/>
        <w:gridCol w:w="5896"/>
      </w:tblGrid>
      <w:tr w:rsidR="00C127F7" w14:paraId="264C3269" w14:textId="77777777">
        <w:trPr>
          <w:cantSplit/>
          <w:trHeight w:val="312"/>
          <w:jc w:val="center"/>
        </w:trPr>
        <w:tc>
          <w:tcPr>
            <w:tcW w:w="419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2E2EC2BF" w14:textId="77777777" w:rsidR="00C127F7" w:rsidRDefault="00000000">
            <w:r>
              <w:rPr>
                <w:b/>
                <w:color w:val="000000"/>
                <w:sz w:val="17"/>
              </w:rPr>
              <w:t>Numer sprawy</w:t>
            </w:r>
          </w:p>
        </w:tc>
        <w:tc>
          <w:tcPr>
            <w:tcW w:w="589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52F1EE34" w14:textId="77777777" w:rsidR="00C127F7" w:rsidRDefault="00C127F7"/>
        </w:tc>
      </w:tr>
      <w:tr w:rsidR="00C127F7" w14:paraId="68DFD953" w14:textId="77777777">
        <w:trPr>
          <w:cantSplit/>
          <w:trHeight w:val="312"/>
          <w:jc w:val="center"/>
        </w:trPr>
        <w:tc>
          <w:tcPr>
            <w:tcW w:w="419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5436A0BD" w14:textId="77777777" w:rsidR="00C127F7" w:rsidRDefault="00000000">
            <w:r>
              <w:rPr>
                <w:b/>
                <w:color w:val="000000"/>
                <w:sz w:val="17"/>
              </w:rPr>
              <w:t>Data przyjęcia zgłoszenia</w:t>
            </w:r>
          </w:p>
        </w:tc>
        <w:tc>
          <w:tcPr>
            <w:tcW w:w="589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4EC14E26" w14:textId="77777777" w:rsidR="00C127F7" w:rsidRDefault="00C127F7"/>
        </w:tc>
      </w:tr>
      <w:tr w:rsidR="00C127F7" w14:paraId="13BDC578" w14:textId="77777777">
        <w:trPr>
          <w:cantSplit/>
          <w:trHeight w:val="454"/>
          <w:jc w:val="center"/>
        </w:trPr>
        <w:tc>
          <w:tcPr>
            <w:tcW w:w="419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6EA136F7" w14:textId="77777777" w:rsidR="00C127F7" w:rsidRDefault="00000000">
            <w:r>
              <w:rPr>
                <w:b/>
                <w:color w:val="000000"/>
                <w:sz w:val="17"/>
              </w:rPr>
              <w:t>Ogólny przedmiot sprawy</w:t>
            </w:r>
          </w:p>
        </w:tc>
        <w:tc>
          <w:tcPr>
            <w:tcW w:w="589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39C69E90" w14:textId="77777777" w:rsidR="00C127F7" w:rsidRDefault="00C127F7"/>
        </w:tc>
      </w:tr>
      <w:tr w:rsidR="00C127F7" w14:paraId="305870B2" w14:textId="77777777">
        <w:trPr>
          <w:cantSplit/>
          <w:trHeight w:val="425"/>
          <w:jc w:val="center"/>
        </w:trPr>
        <w:tc>
          <w:tcPr>
            <w:tcW w:w="419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724D472F" w14:textId="77777777" w:rsidR="00C127F7" w:rsidRDefault="00000000">
            <w:r>
              <w:rPr>
                <w:b/>
                <w:color w:val="000000"/>
                <w:sz w:val="17"/>
              </w:rPr>
              <w:t>Osoba zgłaszająca / sposób zgłoszenia</w:t>
            </w:r>
          </w:p>
        </w:tc>
        <w:tc>
          <w:tcPr>
            <w:tcW w:w="589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19B0D7ED" w14:textId="77777777" w:rsidR="00C127F7" w:rsidRDefault="00C127F7"/>
        </w:tc>
      </w:tr>
      <w:tr w:rsidR="00C127F7" w14:paraId="6968A1FB" w14:textId="77777777">
        <w:trPr>
          <w:cantSplit/>
          <w:trHeight w:val="425"/>
          <w:jc w:val="center"/>
        </w:trPr>
        <w:tc>
          <w:tcPr>
            <w:tcW w:w="419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4BE82F16" w14:textId="77777777" w:rsidR="00C127F7" w:rsidRDefault="00000000">
            <w:r>
              <w:rPr>
                <w:b/>
                <w:color w:val="000000"/>
                <w:sz w:val="17"/>
              </w:rPr>
              <w:t>Ocena właściwości Rzecznika</w:t>
            </w:r>
          </w:p>
        </w:tc>
        <w:tc>
          <w:tcPr>
            <w:tcW w:w="589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25633157" w14:textId="77777777" w:rsidR="00C127F7" w:rsidRDefault="00C127F7"/>
        </w:tc>
      </w:tr>
    </w:tbl>
    <w:p w14:paraId="6E1B100B" w14:textId="77777777" w:rsidR="00C127F7" w:rsidRDefault="00000000">
      <w:pPr>
        <w:keepNext/>
        <w:spacing w:before="100" w:after="40"/>
      </w:pPr>
      <w:r>
        <w:rPr>
          <w:b/>
          <w:color w:val="1F4E79"/>
          <w:sz w:val="20"/>
        </w:rPr>
        <w:t>Przebieg czynności:</w:t>
      </w:r>
    </w:p>
    <w:tbl>
      <w:tblPr>
        <w:tblW w:w="0" w:type="auto"/>
        <w:jc w:val="center"/>
        <w:tblLayout w:type="fixed"/>
        <w:tblLook w:val="04A0" w:firstRow="1" w:lastRow="0" w:firstColumn="1" w:lastColumn="0" w:noHBand="0" w:noVBand="1"/>
      </w:tblPr>
      <w:tblGrid>
        <w:gridCol w:w="1701"/>
        <w:gridCol w:w="2948"/>
        <w:gridCol w:w="2665"/>
        <w:gridCol w:w="3118"/>
      </w:tblGrid>
      <w:tr w:rsidR="00C127F7" w14:paraId="3F03C54F" w14:textId="77777777">
        <w:trPr>
          <w:trHeight w:val="482"/>
          <w:tblHeader/>
          <w:jc w:val="center"/>
        </w:trPr>
        <w:tc>
          <w:tcPr>
            <w:tcW w:w="1701"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1F436B7C" w14:textId="77777777" w:rsidR="00C127F7" w:rsidRDefault="00000000">
            <w:pPr>
              <w:jc w:val="center"/>
            </w:pPr>
            <w:r>
              <w:rPr>
                <w:b/>
                <w:color w:val="000000"/>
                <w:sz w:val="16"/>
              </w:rPr>
              <w:t>Data</w:t>
            </w:r>
          </w:p>
        </w:tc>
        <w:tc>
          <w:tcPr>
            <w:tcW w:w="2608"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787F46B1" w14:textId="77777777" w:rsidR="00C127F7" w:rsidRDefault="00000000">
            <w:pPr>
              <w:jc w:val="center"/>
            </w:pPr>
            <w:r>
              <w:rPr>
                <w:b/>
                <w:color w:val="000000"/>
                <w:sz w:val="16"/>
              </w:rPr>
              <w:t>Rodzaj czynności</w:t>
            </w:r>
          </w:p>
        </w:tc>
        <w:tc>
          <w:tcPr>
            <w:tcW w:w="2665"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45C7DB8D" w14:textId="77777777" w:rsidR="00C127F7" w:rsidRDefault="00000000">
            <w:pPr>
              <w:jc w:val="center"/>
            </w:pPr>
            <w:r>
              <w:rPr>
                <w:b/>
                <w:color w:val="000000"/>
                <w:sz w:val="16"/>
              </w:rPr>
              <w:t>Osoby uczestniczące / odbiorca</w:t>
            </w:r>
          </w:p>
        </w:tc>
        <w:tc>
          <w:tcPr>
            <w:tcW w:w="3118"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1F3E95C1" w14:textId="77777777" w:rsidR="00C127F7" w:rsidRDefault="00000000">
            <w:pPr>
              <w:jc w:val="center"/>
            </w:pPr>
            <w:r>
              <w:rPr>
                <w:b/>
                <w:color w:val="000000"/>
                <w:sz w:val="16"/>
              </w:rPr>
              <w:t>Ustalenia i dalsze działania</w:t>
            </w:r>
          </w:p>
        </w:tc>
      </w:tr>
      <w:tr w:rsidR="00C127F7" w14:paraId="04109BE8" w14:textId="77777777">
        <w:trPr>
          <w:cantSplit/>
          <w:trHeight w:val="408"/>
          <w:jc w:val="center"/>
        </w:trPr>
        <w:tc>
          <w:tcPr>
            <w:tcW w:w="170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EB54A62" w14:textId="77777777" w:rsidR="00C127F7" w:rsidRDefault="00C127F7"/>
        </w:tc>
        <w:tc>
          <w:tcPr>
            <w:tcW w:w="260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BF34D8B" w14:textId="77777777" w:rsidR="00C127F7" w:rsidRDefault="00C127F7"/>
        </w:tc>
        <w:tc>
          <w:tcPr>
            <w:tcW w:w="266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FF2B353" w14:textId="77777777" w:rsidR="00C127F7" w:rsidRDefault="00C127F7"/>
        </w:tc>
        <w:tc>
          <w:tcPr>
            <w:tcW w:w="311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CD64B39" w14:textId="77777777" w:rsidR="00C127F7" w:rsidRDefault="00C127F7"/>
        </w:tc>
      </w:tr>
      <w:tr w:rsidR="00C127F7" w14:paraId="3547853C" w14:textId="77777777">
        <w:trPr>
          <w:cantSplit/>
          <w:trHeight w:val="408"/>
          <w:jc w:val="center"/>
        </w:trPr>
        <w:tc>
          <w:tcPr>
            <w:tcW w:w="170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C39D0BA" w14:textId="77777777" w:rsidR="00C127F7" w:rsidRDefault="00C127F7"/>
        </w:tc>
        <w:tc>
          <w:tcPr>
            <w:tcW w:w="260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10920F3" w14:textId="77777777" w:rsidR="00C127F7" w:rsidRDefault="00C127F7"/>
        </w:tc>
        <w:tc>
          <w:tcPr>
            <w:tcW w:w="266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641D8A6" w14:textId="77777777" w:rsidR="00C127F7" w:rsidRDefault="00C127F7"/>
        </w:tc>
        <w:tc>
          <w:tcPr>
            <w:tcW w:w="311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721585B" w14:textId="77777777" w:rsidR="00C127F7" w:rsidRDefault="00C127F7"/>
        </w:tc>
      </w:tr>
      <w:tr w:rsidR="00C127F7" w14:paraId="2BC50F8A" w14:textId="77777777">
        <w:trPr>
          <w:cantSplit/>
          <w:trHeight w:val="408"/>
          <w:jc w:val="center"/>
        </w:trPr>
        <w:tc>
          <w:tcPr>
            <w:tcW w:w="170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3CF1109" w14:textId="77777777" w:rsidR="00C127F7" w:rsidRDefault="00C127F7"/>
        </w:tc>
        <w:tc>
          <w:tcPr>
            <w:tcW w:w="260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9CD4FA1" w14:textId="77777777" w:rsidR="00C127F7" w:rsidRDefault="00C127F7"/>
        </w:tc>
        <w:tc>
          <w:tcPr>
            <w:tcW w:w="266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474804C" w14:textId="77777777" w:rsidR="00C127F7" w:rsidRDefault="00C127F7"/>
        </w:tc>
        <w:tc>
          <w:tcPr>
            <w:tcW w:w="311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46AAEEA" w14:textId="77777777" w:rsidR="00C127F7" w:rsidRDefault="00C127F7"/>
        </w:tc>
      </w:tr>
      <w:tr w:rsidR="00C127F7" w14:paraId="3F353A75" w14:textId="77777777">
        <w:trPr>
          <w:cantSplit/>
          <w:trHeight w:val="408"/>
          <w:jc w:val="center"/>
        </w:trPr>
        <w:tc>
          <w:tcPr>
            <w:tcW w:w="170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1F1F461" w14:textId="77777777" w:rsidR="00C127F7" w:rsidRDefault="00C127F7"/>
        </w:tc>
        <w:tc>
          <w:tcPr>
            <w:tcW w:w="260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A38FF82" w14:textId="77777777" w:rsidR="00C127F7" w:rsidRDefault="00C127F7"/>
        </w:tc>
        <w:tc>
          <w:tcPr>
            <w:tcW w:w="266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7AF08FF" w14:textId="77777777" w:rsidR="00C127F7" w:rsidRDefault="00C127F7"/>
        </w:tc>
        <w:tc>
          <w:tcPr>
            <w:tcW w:w="311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0F918B3" w14:textId="77777777" w:rsidR="00C127F7" w:rsidRDefault="00C127F7"/>
        </w:tc>
      </w:tr>
      <w:tr w:rsidR="00C127F7" w14:paraId="60EFDB5F" w14:textId="77777777">
        <w:trPr>
          <w:cantSplit/>
          <w:trHeight w:val="408"/>
          <w:jc w:val="center"/>
        </w:trPr>
        <w:tc>
          <w:tcPr>
            <w:tcW w:w="170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8107384" w14:textId="77777777" w:rsidR="00C127F7" w:rsidRDefault="00C127F7"/>
        </w:tc>
        <w:tc>
          <w:tcPr>
            <w:tcW w:w="260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A2C8711" w14:textId="77777777" w:rsidR="00C127F7" w:rsidRDefault="00C127F7"/>
        </w:tc>
        <w:tc>
          <w:tcPr>
            <w:tcW w:w="266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9465140" w14:textId="77777777" w:rsidR="00C127F7" w:rsidRDefault="00C127F7"/>
        </w:tc>
        <w:tc>
          <w:tcPr>
            <w:tcW w:w="311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9A7AEF5" w14:textId="77777777" w:rsidR="00C127F7" w:rsidRDefault="00C127F7"/>
        </w:tc>
      </w:tr>
      <w:tr w:rsidR="00C127F7" w14:paraId="1BE7B13B" w14:textId="77777777">
        <w:trPr>
          <w:cantSplit/>
          <w:trHeight w:val="408"/>
          <w:jc w:val="center"/>
        </w:trPr>
        <w:tc>
          <w:tcPr>
            <w:tcW w:w="170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CBFBAB4" w14:textId="77777777" w:rsidR="00C127F7" w:rsidRDefault="00C127F7"/>
        </w:tc>
        <w:tc>
          <w:tcPr>
            <w:tcW w:w="260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26A7A83" w14:textId="77777777" w:rsidR="00C127F7" w:rsidRDefault="00C127F7"/>
        </w:tc>
        <w:tc>
          <w:tcPr>
            <w:tcW w:w="266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9EAB574" w14:textId="77777777" w:rsidR="00C127F7" w:rsidRDefault="00C127F7"/>
        </w:tc>
        <w:tc>
          <w:tcPr>
            <w:tcW w:w="311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C3FF004" w14:textId="77777777" w:rsidR="00C127F7" w:rsidRDefault="00C127F7"/>
        </w:tc>
      </w:tr>
      <w:tr w:rsidR="00C127F7" w14:paraId="598949C7" w14:textId="77777777">
        <w:trPr>
          <w:cantSplit/>
          <w:trHeight w:val="482"/>
          <w:jc w:val="center"/>
        </w:trPr>
        <w:tc>
          <w:tcPr>
            <w:tcW w:w="4649" w:type="dxa"/>
            <w:gridSpan w:val="2"/>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2286EDDE" w14:textId="77777777" w:rsidR="00C127F7" w:rsidRDefault="00000000">
            <w:r>
              <w:rPr>
                <w:b/>
                <w:color w:val="000000"/>
                <w:sz w:val="17"/>
              </w:rPr>
              <w:t>Sposób zakończenia sprawy</w:t>
            </w:r>
          </w:p>
        </w:tc>
        <w:tc>
          <w:tcPr>
            <w:tcW w:w="5443"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2D60116D" w14:textId="77777777" w:rsidR="00C127F7" w:rsidRDefault="00C127F7"/>
        </w:tc>
      </w:tr>
      <w:tr w:rsidR="00C127F7" w14:paraId="2129874E" w14:textId="77777777">
        <w:trPr>
          <w:cantSplit/>
          <w:trHeight w:val="312"/>
          <w:jc w:val="center"/>
        </w:trPr>
        <w:tc>
          <w:tcPr>
            <w:tcW w:w="4649" w:type="dxa"/>
            <w:gridSpan w:val="2"/>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02E04691" w14:textId="77777777" w:rsidR="00C127F7" w:rsidRDefault="00000000">
            <w:r>
              <w:rPr>
                <w:b/>
                <w:color w:val="000000"/>
                <w:sz w:val="17"/>
              </w:rPr>
              <w:t>Data zakończenia</w:t>
            </w:r>
          </w:p>
        </w:tc>
        <w:tc>
          <w:tcPr>
            <w:tcW w:w="5443"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70FFD209" w14:textId="77777777" w:rsidR="00C127F7" w:rsidRDefault="00C127F7"/>
        </w:tc>
      </w:tr>
      <w:tr w:rsidR="00C127F7" w14:paraId="52CA2528" w14:textId="77777777">
        <w:trPr>
          <w:cantSplit/>
          <w:trHeight w:val="312"/>
          <w:jc w:val="center"/>
        </w:trPr>
        <w:tc>
          <w:tcPr>
            <w:tcW w:w="4649" w:type="dxa"/>
            <w:gridSpan w:val="2"/>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51387242" w14:textId="77777777" w:rsidR="00C127F7" w:rsidRDefault="00000000">
            <w:r>
              <w:rPr>
                <w:b/>
                <w:color w:val="000000"/>
                <w:sz w:val="17"/>
              </w:rPr>
              <w:t>Status sprawy</w:t>
            </w:r>
          </w:p>
        </w:tc>
        <w:tc>
          <w:tcPr>
            <w:tcW w:w="5443"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7D842D48" w14:textId="77777777" w:rsidR="00C127F7" w:rsidRDefault="00C127F7"/>
        </w:tc>
      </w:tr>
      <w:tr w:rsidR="00C127F7" w14:paraId="1201BB28" w14:textId="77777777">
        <w:trPr>
          <w:cantSplit/>
          <w:trHeight w:val="454"/>
          <w:jc w:val="center"/>
        </w:trPr>
        <w:tc>
          <w:tcPr>
            <w:tcW w:w="4649" w:type="dxa"/>
            <w:gridSpan w:val="2"/>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30004F11" w14:textId="77777777" w:rsidR="00C127F7" w:rsidRDefault="00000000">
            <w:r>
              <w:rPr>
                <w:b/>
                <w:color w:val="000000"/>
                <w:sz w:val="17"/>
              </w:rPr>
              <w:t>Informacja przekazana zgłaszającemu – data i sposób</w:t>
            </w:r>
          </w:p>
        </w:tc>
        <w:tc>
          <w:tcPr>
            <w:tcW w:w="5443"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16E6095C" w14:textId="77777777" w:rsidR="00C127F7" w:rsidRDefault="00C127F7"/>
        </w:tc>
      </w:tr>
    </w:tbl>
    <w:p w14:paraId="6775B1DD" w14:textId="77777777" w:rsidR="00C127F7" w:rsidRDefault="00C127F7">
      <w:pPr>
        <w:spacing w:before="60"/>
      </w:pPr>
    </w:p>
    <w:tbl>
      <w:tblPr>
        <w:tblW w:w="0" w:type="auto"/>
        <w:jc w:val="center"/>
        <w:tblLayout w:type="fixed"/>
        <w:tblLook w:val="04A0" w:firstRow="1" w:lastRow="0" w:firstColumn="1" w:lastColumn="0" w:noHBand="0" w:noVBand="1"/>
      </w:tblPr>
      <w:tblGrid>
        <w:gridCol w:w="10035"/>
      </w:tblGrid>
      <w:tr w:rsidR="00C127F7" w14:paraId="7F6F82D7" w14:textId="77777777">
        <w:trPr>
          <w:jc w:val="center"/>
        </w:trPr>
        <w:tc>
          <w:tcPr>
            <w:tcW w:w="10035" w:type="dxa"/>
            <w:tcBorders>
              <w:top w:val="nil"/>
              <w:left w:val="nil"/>
              <w:bottom w:val="nil"/>
              <w:right w:val="nil"/>
            </w:tcBorders>
            <w:tcMar>
              <w:top w:w="70" w:type="dxa"/>
              <w:left w:w="90" w:type="dxa"/>
              <w:bottom w:w="70" w:type="dxa"/>
              <w:right w:w="90" w:type="dxa"/>
            </w:tcMar>
            <w:vAlign w:val="center"/>
          </w:tcPr>
          <w:p w14:paraId="29355E4D" w14:textId="77777777" w:rsidR="00C127F7" w:rsidRDefault="00000000">
            <w:pPr>
              <w:jc w:val="center"/>
            </w:pPr>
            <w:r>
              <w:rPr>
                <w:color w:val="666666"/>
                <w:sz w:val="18"/>
              </w:rPr>
              <w:t>........................................................</w:t>
            </w:r>
          </w:p>
        </w:tc>
      </w:tr>
      <w:tr w:rsidR="00C127F7" w14:paraId="0FC1D96F" w14:textId="77777777">
        <w:trPr>
          <w:jc w:val="center"/>
        </w:trPr>
        <w:tc>
          <w:tcPr>
            <w:tcW w:w="10035" w:type="dxa"/>
            <w:tcBorders>
              <w:top w:val="nil"/>
              <w:left w:val="nil"/>
              <w:bottom w:val="nil"/>
              <w:right w:val="nil"/>
            </w:tcBorders>
            <w:tcMar>
              <w:top w:w="70" w:type="dxa"/>
              <w:left w:w="90" w:type="dxa"/>
              <w:bottom w:w="70" w:type="dxa"/>
              <w:right w:w="90" w:type="dxa"/>
            </w:tcMar>
            <w:vAlign w:val="center"/>
          </w:tcPr>
          <w:p w14:paraId="73FB6E42" w14:textId="77777777" w:rsidR="00C127F7" w:rsidRDefault="00000000">
            <w:pPr>
              <w:jc w:val="center"/>
            </w:pPr>
            <w:r>
              <w:rPr>
                <w:color w:val="666666"/>
                <w:sz w:val="17"/>
              </w:rPr>
              <w:t>podpis Rzecznika</w:t>
            </w:r>
          </w:p>
        </w:tc>
      </w:tr>
    </w:tbl>
    <w:p w14:paraId="1ABF29C1" w14:textId="77777777" w:rsidR="00C127F7" w:rsidRDefault="00C127F7">
      <w:pPr>
        <w:sectPr w:rsidR="00C127F7">
          <w:headerReference w:type="default" r:id="rId23"/>
          <w:footerReference w:type="default" r:id="rId24"/>
          <w:pgSz w:w="11906" w:h="16838"/>
          <w:pgMar w:top="765" w:right="907" w:bottom="709" w:left="907" w:header="312" w:footer="312" w:gutter="0"/>
          <w:cols w:space="720"/>
          <w:docGrid w:linePitch="360"/>
        </w:sectPr>
      </w:pPr>
    </w:p>
    <w:p w14:paraId="32B18DF5" w14:textId="77777777" w:rsidR="00C127F7" w:rsidRDefault="00000000">
      <w:pPr>
        <w:keepNext/>
        <w:spacing w:after="40"/>
        <w:jc w:val="right"/>
      </w:pPr>
      <w:r>
        <w:rPr>
          <w:b/>
          <w:color w:val="1F4E79"/>
          <w:sz w:val="18"/>
        </w:rPr>
        <w:lastRenderedPageBreak/>
        <w:t>Załącznik nr 7</w:t>
      </w:r>
    </w:p>
    <w:p w14:paraId="609FB65C" w14:textId="77777777" w:rsidR="00C127F7" w:rsidRDefault="00000000">
      <w:pPr>
        <w:keepNext/>
        <w:spacing w:before="20" w:after="60"/>
        <w:jc w:val="center"/>
      </w:pPr>
      <w:r>
        <w:rPr>
          <w:b/>
          <w:color w:val="000000"/>
          <w:sz w:val="27"/>
        </w:rPr>
        <w:t>NOTATKA Z ROZMOWY LUB PODJĘTEJ CZYNNOŚCI</w:t>
      </w:r>
    </w:p>
    <w:tbl>
      <w:tblPr>
        <w:tblW w:w="0" w:type="auto"/>
        <w:jc w:val="center"/>
        <w:tblLayout w:type="fixed"/>
        <w:tblLook w:val="04A0" w:firstRow="1" w:lastRow="0" w:firstColumn="1" w:lastColumn="0" w:noHBand="0" w:noVBand="1"/>
      </w:tblPr>
      <w:tblGrid>
        <w:gridCol w:w="4082"/>
        <w:gridCol w:w="6010"/>
        <w:gridCol w:w="132"/>
      </w:tblGrid>
      <w:tr w:rsidR="00C127F7" w14:paraId="3283781A" w14:textId="77777777">
        <w:trPr>
          <w:cantSplit/>
          <w:trHeight w:val="312"/>
          <w:jc w:val="center"/>
        </w:trPr>
        <w:tc>
          <w:tcPr>
            <w:tcW w:w="408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6A23D6C3" w14:textId="77777777" w:rsidR="00C127F7" w:rsidRDefault="00000000">
            <w:r>
              <w:rPr>
                <w:b/>
                <w:color w:val="000000"/>
                <w:sz w:val="17"/>
              </w:rPr>
              <w:t>Numer sprawy</w:t>
            </w:r>
          </w:p>
        </w:tc>
        <w:tc>
          <w:tcPr>
            <w:tcW w:w="6009"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7BF2F3E4" w14:textId="77777777" w:rsidR="00C127F7" w:rsidRDefault="00C127F7"/>
        </w:tc>
      </w:tr>
      <w:tr w:rsidR="00C127F7" w14:paraId="6B921654" w14:textId="77777777">
        <w:trPr>
          <w:cantSplit/>
          <w:trHeight w:val="312"/>
          <w:jc w:val="center"/>
        </w:trPr>
        <w:tc>
          <w:tcPr>
            <w:tcW w:w="408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78A34419" w14:textId="77777777" w:rsidR="00C127F7" w:rsidRDefault="00000000">
            <w:r>
              <w:rPr>
                <w:b/>
                <w:color w:val="000000"/>
                <w:sz w:val="17"/>
              </w:rPr>
              <w:t>Data i godzina</w:t>
            </w:r>
          </w:p>
        </w:tc>
        <w:tc>
          <w:tcPr>
            <w:tcW w:w="6009"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2A787E4D" w14:textId="77777777" w:rsidR="00C127F7" w:rsidRDefault="00C127F7"/>
        </w:tc>
      </w:tr>
      <w:tr w:rsidR="00C127F7" w14:paraId="7DA6D7AE" w14:textId="77777777">
        <w:trPr>
          <w:cantSplit/>
          <w:trHeight w:val="340"/>
          <w:jc w:val="center"/>
        </w:trPr>
        <w:tc>
          <w:tcPr>
            <w:tcW w:w="408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5E6F83DC" w14:textId="77777777" w:rsidR="00C127F7" w:rsidRDefault="00000000">
            <w:r>
              <w:rPr>
                <w:b/>
                <w:color w:val="000000"/>
                <w:sz w:val="17"/>
              </w:rPr>
              <w:t>Miejsce / forma kontaktu</w:t>
            </w:r>
          </w:p>
        </w:tc>
        <w:tc>
          <w:tcPr>
            <w:tcW w:w="6009"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772265C3" w14:textId="77777777" w:rsidR="00C127F7" w:rsidRDefault="00C127F7"/>
        </w:tc>
      </w:tr>
      <w:tr w:rsidR="00C127F7" w14:paraId="50E057CA" w14:textId="77777777">
        <w:trPr>
          <w:cantSplit/>
          <w:trHeight w:val="340"/>
          <w:jc w:val="center"/>
        </w:trPr>
        <w:tc>
          <w:tcPr>
            <w:tcW w:w="408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04AD3982" w14:textId="77777777" w:rsidR="00C127F7" w:rsidRDefault="00000000">
            <w:r>
              <w:rPr>
                <w:b/>
                <w:color w:val="000000"/>
                <w:sz w:val="17"/>
              </w:rPr>
              <w:t>Osoba sporządzająca notatkę</w:t>
            </w:r>
          </w:p>
        </w:tc>
        <w:tc>
          <w:tcPr>
            <w:tcW w:w="6009"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0483D71E" w14:textId="77777777" w:rsidR="00C127F7" w:rsidRDefault="00C127F7"/>
        </w:tc>
      </w:tr>
      <w:tr w:rsidR="00C127F7" w14:paraId="37914AA9" w14:textId="77777777">
        <w:trPr>
          <w:cantSplit/>
          <w:trHeight w:val="425"/>
          <w:jc w:val="center"/>
        </w:trPr>
        <w:tc>
          <w:tcPr>
            <w:tcW w:w="408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4994BB92" w14:textId="77777777" w:rsidR="00C127F7" w:rsidRDefault="00000000">
            <w:r>
              <w:rPr>
                <w:b/>
                <w:color w:val="000000"/>
                <w:sz w:val="17"/>
              </w:rPr>
              <w:t>Osoby uczestniczące</w:t>
            </w:r>
          </w:p>
        </w:tc>
        <w:tc>
          <w:tcPr>
            <w:tcW w:w="6009"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69ECAC0C" w14:textId="77777777" w:rsidR="00C127F7" w:rsidRDefault="00C127F7"/>
        </w:tc>
      </w:tr>
      <w:tr w:rsidR="00C127F7" w14:paraId="57BCEC17" w14:textId="77777777">
        <w:trPr>
          <w:cantSplit/>
          <w:trHeight w:val="510"/>
          <w:jc w:val="center"/>
        </w:trPr>
        <w:tc>
          <w:tcPr>
            <w:tcW w:w="408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5BEA0A5D" w14:textId="77777777" w:rsidR="00C127F7" w:rsidRDefault="00000000">
            <w:r>
              <w:rPr>
                <w:b/>
                <w:color w:val="000000"/>
                <w:sz w:val="17"/>
              </w:rPr>
              <w:t>Cel rozmowy lub czynności</w:t>
            </w:r>
          </w:p>
        </w:tc>
        <w:tc>
          <w:tcPr>
            <w:tcW w:w="6009"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3C9C6AE0" w14:textId="77777777" w:rsidR="00C127F7" w:rsidRDefault="00C127F7"/>
        </w:tc>
      </w:tr>
      <w:tr w:rsidR="00C127F7" w14:paraId="0D0D22A3" w14:textId="77777777">
        <w:trPr>
          <w:cantSplit/>
          <w:trHeight w:val="2324"/>
          <w:jc w:val="center"/>
        </w:trPr>
        <w:tc>
          <w:tcPr>
            <w:tcW w:w="408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05BA0A99" w14:textId="77777777" w:rsidR="00C127F7" w:rsidRDefault="00000000">
            <w:r>
              <w:rPr>
                <w:b/>
                <w:color w:val="000000"/>
                <w:sz w:val="17"/>
              </w:rPr>
              <w:t>Najważniejsze informacje i stanowiska</w:t>
            </w:r>
          </w:p>
        </w:tc>
        <w:tc>
          <w:tcPr>
            <w:tcW w:w="6009"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4D3533B2" w14:textId="77777777" w:rsidR="00C127F7" w:rsidRDefault="00C127F7"/>
        </w:tc>
      </w:tr>
      <w:tr w:rsidR="00C127F7" w14:paraId="195EA04D" w14:textId="77777777">
        <w:trPr>
          <w:cantSplit/>
          <w:trHeight w:val="794"/>
          <w:jc w:val="center"/>
        </w:trPr>
        <w:tc>
          <w:tcPr>
            <w:tcW w:w="408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4BF67B11" w14:textId="77777777" w:rsidR="00C127F7" w:rsidRDefault="00000000">
            <w:r>
              <w:rPr>
                <w:b/>
                <w:color w:val="000000"/>
                <w:sz w:val="17"/>
              </w:rPr>
              <w:t>Ustalenia</w:t>
            </w:r>
          </w:p>
        </w:tc>
        <w:tc>
          <w:tcPr>
            <w:tcW w:w="6009"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49DC0953" w14:textId="77777777" w:rsidR="00C127F7" w:rsidRDefault="00C127F7"/>
        </w:tc>
      </w:tr>
      <w:tr w:rsidR="00C127F7" w14:paraId="71F2D566" w14:textId="77777777">
        <w:trPr>
          <w:cantSplit/>
          <w:trHeight w:val="709"/>
          <w:jc w:val="center"/>
        </w:trPr>
        <w:tc>
          <w:tcPr>
            <w:tcW w:w="408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5E387A12" w14:textId="77777777" w:rsidR="00C127F7" w:rsidRDefault="00000000">
            <w:r>
              <w:rPr>
                <w:b/>
                <w:color w:val="000000"/>
                <w:sz w:val="17"/>
              </w:rPr>
              <w:t>Dalsze działania i termin</w:t>
            </w:r>
          </w:p>
        </w:tc>
        <w:tc>
          <w:tcPr>
            <w:tcW w:w="6009"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37AFE50C" w14:textId="77777777" w:rsidR="00C127F7" w:rsidRDefault="00C127F7"/>
        </w:tc>
      </w:tr>
      <w:tr w:rsidR="00C127F7" w14:paraId="4DD33DB1" w14:textId="77777777">
        <w:trPr>
          <w:gridAfter w:val="1"/>
          <w:wAfter w:w="132" w:type="dxa"/>
          <w:jc w:val="center"/>
        </w:trPr>
        <w:tc>
          <w:tcPr>
            <w:tcW w:w="10092" w:type="dxa"/>
            <w:gridSpan w:val="2"/>
            <w:tcBorders>
              <w:top w:val="single" w:sz="5" w:space="0" w:color="9AA9B5"/>
              <w:left w:val="single" w:sz="5" w:space="0" w:color="9AA9B5"/>
              <w:bottom w:val="single" w:sz="5" w:space="0" w:color="9AA9B5"/>
              <w:right w:val="single" w:sz="5" w:space="0" w:color="9AA9B5"/>
            </w:tcBorders>
            <w:shd w:val="clear" w:color="auto" w:fill="EEF5FB"/>
          </w:tcPr>
          <w:p w14:paraId="0BF1944E" w14:textId="77777777" w:rsidR="00C127F7" w:rsidRDefault="00000000">
            <w:pPr>
              <w:jc w:val="both"/>
            </w:pPr>
            <w:r>
              <w:rPr>
                <w:i/>
                <w:color w:val="666666"/>
                <w:sz w:val="15"/>
              </w:rPr>
              <w:t>Notatka powinna zawierać wyłącznie informacje niezbędne do udokumentowania czynności. Nie należy przepisywać całej wypowiedzi ucznia ani gromadzić informacji niezwiązanych ze sprawą.</w:t>
            </w:r>
          </w:p>
        </w:tc>
      </w:tr>
    </w:tbl>
    <w:p w14:paraId="3BF28279" w14:textId="77777777" w:rsidR="00C127F7" w:rsidRDefault="00C127F7">
      <w:pPr>
        <w:spacing w:before="60"/>
      </w:pPr>
    </w:p>
    <w:tbl>
      <w:tblPr>
        <w:tblW w:w="0" w:type="auto"/>
        <w:jc w:val="center"/>
        <w:tblLayout w:type="fixed"/>
        <w:tblLook w:val="04A0" w:firstRow="1" w:lastRow="0" w:firstColumn="1" w:lastColumn="0" w:noHBand="0" w:noVBand="1"/>
      </w:tblPr>
      <w:tblGrid>
        <w:gridCol w:w="5017"/>
        <w:gridCol w:w="5017"/>
      </w:tblGrid>
      <w:tr w:rsidR="00C127F7" w14:paraId="10322743" w14:textId="77777777">
        <w:trPr>
          <w:jc w:val="center"/>
        </w:trPr>
        <w:tc>
          <w:tcPr>
            <w:tcW w:w="5017" w:type="dxa"/>
            <w:tcBorders>
              <w:top w:val="nil"/>
              <w:left w:val="nil"/>
              <w:bottom w:val="nil"/>
              <w:right w:val="nil"/>
            </w:tcBorders>
            <w:tcMar>
              <w:top w:w="70" w:type="dxa"/>
              <w:left w:w="90" w:type="dxa"/>
              <w:bottom w:w="70" w:type="dxa"/>
              <w:right w:w="90" w:type="dxa"/>
            </w:tcMar>
            <w:vAlign w:val="center"/>
          </w:tcPr>
          <w:p w14:paraId="61842742" w14:textId="77777777" w:rsidR="00C127F7" w:rsidRDefault="00000000">
            <w:pPr>
              <w:jc w:val="center"/>
            </w:pPr>
            <w:r>
              <w:rPr>
                <w:color w:val="666666"/>
                <w:sz w:val="18"/>
              </w:rPr>
              <w:t>........................................................</w:t>
            </w:r>
          </w:p>
        </w:tc>
        <w:tc>
          <w:tcPr>
            <w:tcW w:w="5017" w:type="dxa"/>
            <w:tcBorders>
              <w:top w:val="nil"/>
              <w:left w:val="nil"/>
              <w:bottom w:val="nil"/>
              <w:right w:val="nil"/>
            </w:tcBorders>
            <w:tcMar>
              <w:top w:w="70" w:type="dxa"/>
              <w:left w:w="90" w:type="dxa"/>
              <w:bottom w:w="70" w:type="dxa"/>
              <w:right w:w="90" w:type="dxa"/>
            </w:tcMar>
            <w:vAlign w:val="center"/>
          </w:tcPr>
          <w:p w14:paraId="25E2FDDF" w14:textId="77777777" w:rsidR="00C127F7" w:rsidRDefault="00000000">
            <w:pPr>
              <w:jc w:val="center"/>
            </w:pPr>
            <w:r>
              <w:rPr>
                <w:color w:val="666666"/>
                <w:sz w:val="18"/>
              </w:rPr>
              <w:t>........................................................</w:t>
            </w:r>
          </w:p>
        </w:tc>
      </w:tr>
      <w:tr w:rsidR="00C127F7" w14:paraId="3B6CDF17" w14:textId="77777777">
        <w:trPr>
          <w:jc w:val="center"/>
        </w:trPr>
        <w:tc>
          <w:tcPr>
            <w:tcW w:w="5017" w:type="dxa"/>
            <w:tcBorders>
              <w:top w:val="nil"/>
              <w:left w:val="nil"/>
              <w:bottom w:val="nil"/>
              <w:right w:val="nil"/>
            </w:tcBorders>
            <w:tcMar>
              <w:top w:w="70" w:type="dxa"/>
              <w:left w:w="90" w:type="dxa"/>
              <w:bottom w:w="70" w:type="dxa"/>
              <w:right w:w="90" w:type="dxa"/>
            </w:tcMar>
            <w:vAlign w:val="center"/>
          </w:tcPr>
          <w:p w14:paraId="6F18E13F" w14:textId="77777777" w:rsidR="00C127F7" w:rsidRDefault="00000000">
            <w:pPr>
              <w:jc w:val="center"/>
            </w:pPr>
            <w:r>
              <w:rPr>
                <w:color w:val="666666"/>
                <w:sz w:val="17"/>
              </w:rPr>
              <w:t>podpis Rzecznika</w:t>
            </w:r>
          </w:p>
        </w:tc>
        <w:tc>
          <w:tcPr>
            <w:tcW w:w="5017" w:type="dxa"/>
            <w:tcBorders>
              <w:top w:val="nil"/>
              <w:left w:val="nil"/>
              <w:bottom w:val="nil"/>
              <w:right w:val="nil"/>
            </w:tcBorders>
            <w:tcMar>
              <w:top w:w="70" w:type="dxa"/>
              <w:left w:w="90" w:type="dxa"/>
              <w:bottom w:w="70" w:type="dxa"/>
              <w:right w:w="90" w:type="dxa"/>
            </w:tcMar>
            <w:vAlign w:val="center"/>
          </w:tcPr>
          <w:p w14:paraId="288618A9" w14:textId="77777777" w:rsidR="00C127F7" w:rsidRDefault="00000000">
            <w:pPr>
              <w:jc w:val="center"/>
            </w:pPr>
            <w:r>
              <w:rPr>
                <w:color w:val="666666"/>
                <w:sz w:val="17"/>
              </w:rPr>
              <w:t>podpis drugiej osoby – jeżeli jest potrzebny</w:t>
            </w:r>
          </w:p>
        </w:tc>
      </w:tr>
    </w:tbl>
    <w:p w14:paraId="5AB74B12" w14:textId="77777777" w:rsidR="00C127F7" w:rsidRDefault="00C127F7">
      <w:pPr>
        <w:sectPr w:rsidR="00C127F7">
          <w:headerReference w:type="default" r:id="rId25"/>
          <w:footerReference w:type="default" r:id="rId26"/>
          <w:pgSz w:w="11906" w:h="16838"/>
          <w:pgMar w:top="765" w:right="907" w:bottom="709" w:left="907" w:header="312" w:footer="312" w:gutter="0"/>
          <w:cols w:space="720"/>
          <w:docGrid w:linePitch="360"/>
        </w:sectPr>
      </w:pPr>
    </w:p>
    <w:p w14:paraId="44C7E9F3" w14:textId="77777777" w:rsidR="00C127F7" w:rsidRDefault="00000000">
      <w:pPr>
        <w:keepNext/>
        <w:spacing w:after="40"/>
        <w:jc w:val="right"/>
      </w:pPr>
      <w:r>
        <w:rPr>
          <w:b/>
          <w:color w:val="1F4E79"/>
          <w:sz w:val="18"/>
        </w:rPr>
        <w:lastRenderedPageBreak/>
        <w:t>Załącznik nr 8</w:t>
      </w:r>
    </w:p>
    <w:p w14:paraId="4466E525" w14:textId="77777777" w:rsidR="00C127F7" w:rsidRDefault="00000000">
      <w:pPr>
        <w:keepNext/>
        <w:spacing w:before="20" w:after="60"/>
        <w:jc w:val="center"/>
      </w:pPr>
      <w:r>
        <w:rPr>
          <w:b/>
          <w:color w:val="000000"/>
          <w:sz w:val="27"/>
        </w:rPr>
        <w:t>ZGODA STRONY NA UDZIAŁ W MEDIACJI</w:t>
      </w:r>
    </w:p>
    <w:tbl>
      <w:tblPr>
        <w:tblW w:w="0" w:type="auto"/>
        <w:jc w:val="center"/>
        <w:tblLayout w:type="fixed"/>
        <w:tblLook w:val="04A0" w:firstRow="1" w:lastRow="0" w:firstColumn="1" w:lastColumn="0" w:noHBand="0" w:noVBand="1"/>
      </w:tblPr>
      <w:tblGrid>
        <w:gridCol w:w="4535"/>
        <w:gridCol w:w="5556"/>
      </w:tblGrid>
      <w:tr w:rsidR="00C127F7" w14:paraId="6F3C9E70" w14:textId="77777777">
        <w:trPr>
          <w:cantSplit/>
          <w:trHeight w:val="369"/>
          <w:jc w:val="center"/>
        </w:trPr>
        <w:tc>
          <w:tcPr>
            <w:tcW w:w="453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3A719C6D" w14:textId="77777777" w:rsidR="00C127F7" w:rsidRDefault="00000000">
            <w:r>
              <w:rPr>
                <w:b/>
                <w:color w:val="000000"/>
                <w:sz w:val="18"/>
              </w:rPr>
              <w:t>Numer sprawy</w:t>
            </w:r>
          </w:p>
        </w:tc>
        <w:tc>
          <w:tcPr>
            <w:tcW w:w="555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338ACF39" w14:textId="77777777" w:rsidR="00C127F7" w:rsidRDefault="00C127F7"/>
        </w:tc>
      </w:tr>
      <w:tr w:rsidR="00C127F7" w14:paraId="009823BC" w14:textId="77777777">
        <w:trPr>
          <w:cantSplit/>
          <w:trHeight w:val="369"/>
          <w:jc w:val="center"/>
        </w:trPr>
        <w:tc>
          <w:tcPr>
            <w:tcW w:w="453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03971BA3" w14:textId="77777777" w:rsidR="00C127F7" w:rsidRDefault="00000000">
            <w:r>
              <w:rPr>
                <w:b/>
                <w:color w:val="000000"/>
                <w:sz w:val="18"/>
              </w:rPr>
              <w:t>Imię i nazwisko strony</w:t>
            </w:r>
          </w:p>
        </w:tc>
        <w:tc>
          <w:tcPr>
            <w:tcW w:w="555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570BF3E3" w14:textId="77777777" w:rsidR="00C127F7" w:rsidRDefault="00C127F7"/>
        </w:tc>
      </w:tr>
      <w:tr w:rsidR="00C127F7" w14:paraId="58525D54" w14:textId="77777777">
        <w:trPr>
          <w:cantSplit/>
          <w:trHeight w:val="369"/>
          <w:jc w:val="center"/>
        </w:trPr>
        <w:tc>
          <w:tcPr>
            <w:tcW w:w="453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679F95B9" w14:textId="77777777" w:rsidR="00C127F7" w:rsidRDefault="00000000">
            <w:r>
              <w:rPr>
                <w:b/>
                <w:color w:val="000000"/>
                <w:sz w:val="18"/>
              </w:rPr>
              <w:t>Status strony (uczeń / rodzic / pracownik / inny)</w:t>
            </w:r>
          </w:p>
        </w:tc>
        <w:tc>
          <w:tcPr>
            <w:tcW w:w="555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703FBD69" w14:textId="77777777" w:rsidR="00C127F7" w:rsidRDefault="00C127F7"/>
        </w:tc>
      </w:tr>
      <w:tr w:rsidR="00C127F7" w14:paraId="426C38CB" w14:textId="77777777">
        <w:trPr>
          <w:cantSplit/>
          <w:trHeight w:val="369"/>
          <w:jc w:val="center"/>
        </w:trPr>
        <w:tc>
          <w:tcPr>
            <w:tcW w:w="453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6AD346D7" w14:textId="77777777" w:rsidR="00C127F7" w:rsidRDefault="00000000">
            <w:r>
              <w:rPr>
                <w:b/>
                <w:color w:val="000000"/>
                <w:sz w:val="18"/>
              </w:rPr>
              <w:t>Data udzielenia informacji o zasadach mediacji</w:t>
            </w:r>
          </w:p>
        </w:tc>
        <w:tc>
          <w:tcPr>
            <w:tcW w:w="555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46519274" w14:textId="77777777" w:rsidR="00C127F7" w:rsidRDefault="00C127F7"/>
        </w:tc>
      </w:tr>
    </w:tbl>
    <w:p w14:paraId="4CCB969E" w14:textId="77777777" w:rsidR="00C127F7" w:rsidRDefault="00000000">
      <w:pPr>
        <w:spacing w:before="160" w:after="80"/>
        <w:jc w:val="both"/>
      </w:pPr>
      <w:r>
        <w:rPr>
          <w:color w:val="000000"/>
          <w:sz w:val="20"/>
        </w:rPr>
        <w:t>Wyrażam dobrowolną zgodę na udział w mediacji prowadzonej przez Szkolnego Rzecznika Praw Ucznia w sprawie oznaczonej powyższym numerem. Zostałem/am poinformowany/a, że:</w:t>
      </w:r>
    </w:p>
    <w:p w14:paraId="395E0131" w14:textId="77777777" w:rsidR="00C127F7" w:rsidRDefault="00000000">
      <w:pPr>
        <w:spacing w:after="60"/>
        <w:ind w:left="369" w:hanging="227"/>
      </w:pPr>
      <w:r>
        <w:rPr>
          <w:color w:val="000000"/>
          <w:sz w:val="19"/>
        </w:rPr>
        <w:t>• udział w mediacji jest dobrowolny i mogę zrezygnować na każdym jej etapie;</w:t>
      </w:r>
    </w:p>
    <w:p w14:paraId="66608DD0" w14:textId="77777777" w:rsidR="00C127F7" w:rsidRDefault="00000000">
      <w:pPr>
        <w:spacing w:after="60"/>
        <w:ind w:left="369" w:hanging="227"/>
      </w:pPr>
      <w:r>
        <w:rPr>
          <w:color w:val="000000"/>
          <w:sz w:val="19"/>
        </w:rPr>
        <w:t>• Rzecznik zachowuje bezstronność i umożliwia każdej stronie przedstawienie stanowiska;</w:t>
      </w:r>
    </w:p>
    <w:p w14:paraId="212D5CAD" w14:textId="77777777" w:rsidR="00C127F7" w:rsidRDefault="00000000">
      <w:pPr>
        <w:spacing w:after="60"/>
        <w:ind w:left="369" w:hanging="227"/>
      </w:pPr>
      <w:r>
        <w:rPr>
          <w:color w:val="000000"/>
          <w:sz w:val="19"/>
        </w:rPr>
        <w:t>• poufność nie obowiązuje w zakresie, w którym przekazanie informacji jest konieczne dla ochrony zdrowia, życia, bezpieczeństwa lub praw ucznia albo uruchomienia właściwej procedury;</w:t>
      </w:r>
    </w:p>
    <w:p w14:paraId="644912D7" w14:textId="77777777" w:rsidR="00C127F7" w:rsidRDefault="00000000">
      <w:pPr>
        <w:spacing w:after="60"/>
        <w:ind w:left="369" w:hanging="227"/>
      </w:pPr>
      <w:r>
        <w:rPr>
          <w:color w:val="000000"/>
          <w:sz w:val="19"/>
        </w:rPr>
        <w:t>• mediacja nie zastępuje interwencji, postępowania wyjaśniającego ani działań wynikających ze Standardów Ochrony Małoletnich;</w:t>
      </w:r>
    </w:p>
    <w:p w14:paraId="6264B292" w14:textId="77777777" w:rsidR="00C127F7" w:rsidRDefault="00000000">
      <w:pPr>
        <w:spacing w:after="60"/>
        <w:ind w:left="369" w:hanging="227"/>
      </w:pPr>
      <w:r>
        <w:rPr>
          <w:color w:val="000000"/>
          <w:sz w:val="19"/>
        </w:rPr>
        <w:t>• ustalenia mogą zostać zapisane w porozumieniu mediacyjnym, jeżeli strony uznają to za potrzebne.</w:t>
      </w:r>
    </w:p>
    <w:p w14:paraId="4C237D87" w14:textId="77777777" w:rsidR="00C127F7" w:rsidRDefault="00C127F7">
      <w:pPr>
        <w:spacing w:before="520"/>
      </w:pPr>
    </w:p>
    <w:tbl>
      <w:tblPr>
        <w:tblW w:w="0" w:type="auto"/>
        <w:jc w:val="center"/>
        <w:tblLayout w:type="fixed"/>
        <w:tblLook w:val="04A0" w:firstRow="1" w:lastRow="0" w:firstColumn="1" w:lastColumn="0" w:noHBand="0" w:noVBand="1"/>
      </w:tblPr>
      <w:tblGrid>
        <w:gridCol w:w="3345"/>
        <w:gridCol w:w="3345"/>
        <w:gridCol w:w="3345"/>
      </w:tblGrid>
      <w:tr w:rsidR="00C127F7" w14:paraId="3024F9CA" w14:textId="77777777">
        <w:trPr>
          <w:jc w:val="center"/>
        </w:trPr>
        <w:tc>
          <w:tcPr>
            <w:tcW w:w="3345" w:type="dxa"/>
            <w:tcBorders>
              <w:top w:val="nil"/>
              <w:left w:val="nil"/>
              <w:bottom w:val="nil"/>
              <w:right w:val="nil"/>
            </w:tcBorders>
            <w:tcMar>
              <w:top w:w="70" w:type="dxa"/>
              <w:left w:w="90" w:type="dxa"/>
              <w:bottom w:w="70" w:type="dxa"/>
              <w:right w:w="90" w:type="dxa"/>
            </w:tcMar>
            <w:vAlign w:val="center"/>
          </w:tcPr>
          <w:p w14:paraId="089392DE" w14:textId="77777777" w:rsidR="00C127F7" w:rsidRDefault="00000000">
            <w:pPr>
              <w:jc w:val="center"/>
            </w:pPr>
            <w:r>
              <w:rPr>
                <w:color w:val="666666"/>
                <w:sz w:val="18"/>
              </w:rPr>
              <w:t>........................................................</w:t>
            </w:r>
          </w:p>
        </w:tc>
        <w:tc>
          <w:tcPr>
            <w:tcW w:w="3345" w:type="dxa"/>
            <w:tcBorders>
              <w:top w:val="nil"/>
              <w:left w:val="nil"/>
              <w:bottom w:val="nil"/>
              <w:right w:val="nil"/>
            </w:tcBorders>
            <w:tcMar>
              <w:top w:w="70" w:type="dxa"/>
              <w:left w:w="90" w:type="dxa"/>
              <w:bottom w:w="70" w:type="dxa"/>
              <w:right w:w="90" w:type="dxa"/>
            </w:tcMar>
            <w:vAlign w:val="center"/>
          </w:tcPr>
          <w:p w14:paraId="2075F490" w14:textId="77777777" w:rsidR="00C127F7" w:rsidRDefault="00000000">
            <w:pPr>
              <w:jc w:val="center"/>
            </w:pPr>
            <w:r>
              <w:rPr>
                <w:color w:val="666666"/>
                <w:sz w:val="18"/>
              </w:rPr>
              <w:t>........................................................</w:t>
            </w:r>
          </w:p>
        </w:tc>
        <w:tc>
          <w:tcPr>
            <w:tcW w:w="3345" w:type="dxa"/>
            <w:tcBorders>
              <w:top w:val="nil"/>
              <w:left w:val="nil"/>
              <w:bottom w:val="nil"/>
              <w:right w:val="nil"/>
            </w:tcBorders>
            <w:tcMar>
              <w:top w:w="70" w:type="dxa"/>
              <w:left w:w="90" w:type="dxa"/>
              <w:bottom w:w="70" w:type="dxa"/>
              <w:right w:w="90" w:type="dxa"/>
            </w:tcMar>
            <w:vAlign w:val="center"/>
          </w:tcPr>
          <w:p w14:paraId="68340EB4" w14:textId="77777777" w:rsidR="00C127F7" w:rsidRDefault="00000000">
            <w:pPr>
              <w:jc w:val="center"/>
            </w:pPr>
            <w:r>
              <w:rPr>
                <w:color w:val="666666"/>
                <w:sz w:val="18"/>
              </w:rPr>
              <w:t>........................................................</w:t>
            </w:r>
          </w:p>
        </w:tc>
      </w:tr>
      <w:tr w:rsidR="00C127F7" w14:paraId="4E07616A" w14:textId="77777777">
        <w:trPr>
          <w:jc w:val="center"/>
        </w:trPr>
        <w:tc>
          <w:tcPr>
            <w:tcW w:w="3345" w:type="dxa"/>
            <w:tcBorders>
              <w:top w:val="nil"/>
              <w:left w:val="nil"/>
              <w:bottom w:val="nil"/>
              <w:right w:val="nil"/>
            </w:tcBorders>
            <w:tcMar>
              <w:top w:w="70" w:type="dxa"/>
              <w:left w:w="90" w:type="dxa"/>
              <w:bottom w:w="70" w:type="dxa"/>
              <w:right w:w="90" w:type="dxa"/>
            </w:tcMar>
            <w:vAlign w:val="center"/>
          </w:tcPr>
          <w:p w14:paraId="158F9187" w14:textId="77777777" w:rsidR="00C127F7" w:rsidRDefault="00000000">
            <w:pPr>
              <w:jc w:val="center"/>
            </w:pPr>
            <w:r>
              <w:rPr>
                <w:color w:val="666666"/>
                <w:sz w:val="17"/>
              </w:rPr>
              <w:t>podpis strony</w:t>
            </w:r>
          </w:p>
        </w:tc>
        <w:tc>
          <w:tcPr>
            <w:tcW w:w="3345" w:type="dxa"/>
            <w:tcBorders>
              <w:top w:val="nil"/>
              <w:left w:val="nil"/>
              <w:bottom w:val="nil"/>
              <w:right w:val="nil"/>
            </w:tcBorders>
            <w:tcMar>
              <w:top w:w="70" w:type="dxa"/>
              <w:left w:w="90" w:type="dxa"/>
              <w:bottom w:w="70" w:type="dxa"/>
              <w:right w:w="90" w:type="dxa"/>
            </w:tcMar>
            <w:vAlign w:val="center"/>
          </w:tcPr>
          <w:p w14:paraId="3FCEA509" w14:textId="77777777" w:rsidR="00C127F7" w:rsidRDefault="00000000">
            <w:pPr>
              <w:jc w:val="center"/>
            </w:pPr>
            <w:r>
              <w:rPr>
                <w:color w:val="666666"/>
                <w:sz w:val="17"/>
              </w:rPr>
              <w:t>podpis rodzica/opiekuna – jeżeli wymagany</w:t>
            </w:r>
            <w:r>
              <w:rPr>
                <w:color w:val="666666"/>
                <w:sz w:val="17"/>
              </w:rPr>
              <w:br/>
              <w:t>z uwagi na charakter sprawy</w:t>
            </w:r>
          </w:p>
        </w:tc>
        <w:tc>
          <w:tcPr>
            <w:tcW w:w="3345" w:type="dxa"/>
            <w:tcBorders>
              <w:top w:val="nil"/>
              <w:left w:val="nil"/>
              <w:bottom w:val="nil"/>
              <w:right w:val="nil"/>
            </w:tcBorders>
            <w:tcMar>
              <w:top w:w="70" w:type="dxa"/>
              <w:left w:w="90" w:type="dxa"/>
              <w:bottom w:w="70" w:type="dxa"/>
              <w:right w:w="90" w:type="dxa"/>
            </w:tcMar>
            <w:vAlign w:val="center"/>
          </w:tcPr>
          <w:p w14:paraId="759E1E90" w14:textId="77777777" w:rsidR="00C127F7" w:rsidRDefault="00000000">
            <w:pPr>
              <w:jc w:val="center"/>
            </w:pPr>
            <w:r>
              <w:rPr>
                <w:color w:val="666666"/>
                <w:sz w:val="17"/>
              </w:rPr>
              <w:t>podpis Rzecznika</w:t>
            </w:r>
          </w:p>
        </w:tc>
      </w:tr>
    </w:tbl>
    <w:p w14:paraId="0C30F6F4" w14:textId="77777777" w:rsidR="00C127F7" w:rsidRDefault="00C127F7">
      <w:pPr>
        <w:sectPr w:rsidR="00C127F7">
          <w:headerReference w:type="default" r:id="rId27"/>
          <w:footerReference w:type="default" r:id="rId28"/>
          <w:pgSz w:w="11906" w:h="16838"/>
          <w:pgMar w:top="765" w:right="907" w:bottom="709" w:left="907" w:header="312" w:footer="312" w:gutter="0"/>
          <w:cols w:space="720"/>
          <w:docGrid w:linePitch="360"/>
        </w:sectPr>
      </w:pPr>
    </w:p>
    <w:p w14:paraId="4D7EA124" w14:textId="77777777" w:rsidR="00C127F7" w:rsidRDefault="00000000">
      <w:pPr>
        <w:keepNext/>
        <w:spacing w:after="40"/>
        <w:jc w:val="right"/>
      </w:pPr>
      <w:r>
        <w:rPr>
          <w:b/>
          <w:color w:val="1F4E79"/>
          <w:sz w:val="18"/>
        </w:rPr>
        <w:lastRenderedPageBreak/>
        <w:t>Załącznik nr 9</w:t>
      </w:r>
    </w:p>
    <w:p w14:paraId="2931304A" w14:textId="77777777" w:rsidR="00C127F7" w:rsidRDefault="00C127F7"/>
    <w:p w14:paraId="29CDA980" w14:textId="77777777" w:rsidR="00837586" w:rsidRPr="00837586" w:rsidRDefault="00837586" w:rsidP="00837586">
      <w:pPr>
        <w:shd w:val="clear" w:color="auto" w:fill="FFFFFF"/>
        <w:jc w:val="center"/>
        <w:rPr>
          <w:rFonts w:eastAsia="Times New Roman" w:cs="Times New Roman"/>
          <w:color w:val="000000"/>
          <w:szCs w:val="21"/>
          <w:lang w:val="pl-PL" w:eastAsia="pl-PL"/>
        </w:rPr>
      </w:pPr>
      <w:r w:rsidRPr="00837586">
        <w:rPr>
          <w:rFonts w:eastAsia="Times New Roman" w:cs="Times New Roman"/>
          <w:b/>
          <w:bCs/>
          <w:color w:val="000000"/>
          <w:sz w:val="27"/>
          <w:szCs w:val="27"/>
          <w:lang w:val="pl-PL" w:eastAsia="pl-PL"/>
        </w:rPr>
        <w:t>REJESTR MEDIACJI</w:t>
      </w:r>
    </w:p>
    <w:tbl>
      <w:tblPr>
        <w:tblW w:w="9506"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2948"/>
        <w:gridCol w:w="6558"/>
      </w:tblGrid>
      <w:tr w:rsidR="00837586" w:rsidRPr="00837586" w14:paraId="669142F1" w14:textId="77777777" w:rsidTr="00837586">
        <w:trPr>
          <w:trHeight w:val="465"/>
        </w:trPr>
        <w:tc>
          <w:tcPr>
            <w:tcW w:w="2948" w:type="dxa"/>
            <w:tcBorders>
              <w:top w:val="single" w:sz="6" w:space="0" w:color="6B6B6B"/>
              <w:left w:val="single" w:sz="6" w:space="0" w:color="6B6B6B"/>
              <w:bottom w:val="single" w:sz="6" w:space="0" w:color="6B6B6B"/>
              <w:right w:val="single" w:sz="6" w:space="0" w:color="6B6B6B"/>
            </w:tcBorders>
            <w:shd w:val="clear" w:color="auto" w:fill="DDEBF7"/>
            <w:tcMar>
              <w:top w:w="60" w:type="dxa"/>
              <w:left w:w="0" w:type="dxa"/>
              <w:bottom w:w="60" w:type="dxa"/>
              <w:right w:w="0" w:type="dxa"/>
            </w:tcMar>
            <w:vAlign w:val="center"/>
            <w:hideMark/>
          </w:tcPr>
          <w:p w14:paraId="51EC6805" w14:textId="77777777" w:rsidR="00837586" w:rsidRPr="00837586" w:rsidRDefault="00837586" w:rsidP="00837586">
            <w:pPr>
              <w:rPr>
                <w:rFonts w:eastAsia="Times New Roman" w:cs="Segoe UI"/>
                <w:color w:val="000000"/>
                <w:szCs w:val="21"/>
                <w:lang w:val="pl-PL" w:eastAsia="pl-PL"/>
              </w:rPr>
            </w:pPr>
            <w:r w:rsidRPr="00837586">
              <w:rPr>
                <w:rFonts w:eastAsia="Times New Roman" w:cs="Segoe UI"/>
                <w:b/>
                <w:bCs/>
                <w:color w:val="000000"/>
                <w:sz w:val="18"/>
                <w:szCs w:val="18"/>
                <w:lang w:val="pl-PL" w:eastAsia="pl-PL"/>
              </w:rPr>
              <w:t>Rok szkolny</w:t>
            </w:r>
          </w:p>
        </w:tc>
        <w:tc>
          <w:tcPr>
            <w:tcW w:w="6558" w:type="dxa"/>
            <w:tcBorders>
              <w:top w:val="single" w:sz="6" w:space="0" w:color="6B6B6B"/>
              <w:left w:val="single" w:sz="6" w:space="0" w:color="6B6B6B"/>
              <w:bottom w:val="single" w:sz="6" w:space="0" w:color="6B6B6B"/>
              <w:right w:val="single" w:sz="6" w:space="0" w:color="6B6B6B"/>
            </w:tcBorders>
            <w:shd w:val="clear" w:color="auto" w:fill="FFFFFF"/>
            <w:tcMar>
              <w:top w:w="60" w:type="dxa"/>
              <w:left w:w="0" w:type="dxa"/>
              <w:bottom w:w="60" w:type="dxa"/>
              <w:right w:w="0" w:type="dxa"/>
            </w:tcMar>
            <w:vAlign w:val="center"/>
            <w:hideMark/>
          </w:tcPr>
          <w:p w14:paraId="755F5D75" w14:textId="77777777" w:rsidR="00837586" w:rsidRPr="00837586" w:rsidRDefault="00837586" w:rsidP="00837586">
            <w:pPr>
              <w:rPr>
                <w:rFonts w:eastAsia="Times New Roman" w:cs="Segoe UI"/>
                <w:color w:val="000000"/>
                <w:szCs w:val="21"/>
                <w:lang w:val="pl-PL" w:eastAsia="pl-PL"/>
              </w:rPr>
            </w:pPr>
          </w:p>
        </w:tc>
      </w:tr>
      <w:tr w:rsidR="00837586" w:rsidRPr="00837586" w14:paraId="05DB5820" w14:textId="77777777" w:rsidTr="00837586">
        <w:trPr>
          <w:trHeight w:val="465"/>
        </w:trPr>
        <w:tc>
          <w:tcPr>
            <w:tcW w:w="2948" w:type="dxa"/>
            <w:tcBorders>
              <w:top w:val="single" w:sz="6" w:space="0" w:color="6B6B6B"/>
              <w:left w:val="single" w:sz="6" w:space="0" w:color="6B6B6B"/>
              <w:bottom w:val="single" w:sz="6" w:space="0" w:color="6B6B6B"/>
              <w:right w:val="single" w:sz="6" w:space="0" w:color="6B6B6B"/>
            </w:tcBorders>
            <w:shd w:val="clear" w:color="auto" w:fill="DDEBF7"/>
            <w:tcMar>
              <w:top w:w="60" w:type="dxa"/>
              <w:left w:w="0" w:type="dxa"/>
              <w:bottom w:w="60" w:type="dxa"/>
              <w:right w:w="0" w:type="dxa"/>
            </w:tcMar>
            <w:vAlign w:val="center"/>
            <w:hideMark/>
          </w:tcPr>
          <w:p w14:paraId="6DC2180D" w14:textId="77777777" w:rsidR="00837586" w:rsidRPr="00837586" w:rsidRDefault="00837586" w:rsidP="00837586">
            <w:pPr>
              <w:rPr>
                <w:rFonts w:eastAsia="Times New Roman" w:cs="Segoe UI"/>
                <w:color w:val="000000"/>
                <w:szCs w:val="21"/>
                <w:lang w:val="pl-PL" w:eastAsia="pl-PL"/>
              </w:rPr>
            </w:pPr>
            <w:r w:rsidRPr="00837586">
              <w:rPr>
                <w:rFonts w:eastAsia="Times New Roman" w:cs="Segoe UI"/>
                <w:b/>
                <w:bCs/>
                <w:color w:val="000000"/>
                <w:sz w:val="18"/>
                <w:szCs w:val="18"/>
                <w:lang w:val="pl-PL" w:eastAsia="pl-PL"/>
              </w:rPr>
              <w:t>Imię i nazwisko Rzecznika</w:t>
            </w:r>
          </w:p>
        </w:tc>
        <w:tc>
          <w:tcPr>
            <w:tcW w:w="6558" w:type="dxa"/>
            <w:tcBorders>
              <w:top w:val="single" w:sz="6" w:space="0" w:color="6B6B6B"/>
              <w:left w:val="single" w:sz="6" w:space="0" w:color="6B6B6B"/>
              <w:bottom w:val="single" w:sz="6" w:space="0" w:color="6B6B6B"/>
              <w:right w:val="single" w:sz="6" w:space="0" w:color="6B6B6B"/>
            </w:tcBorders>
            <w:shd w:val="clear" w:color="auto" w:fill="FFFFFF"/>
            <w:tcMar>
              <w:top w:w="60" w:type="dxa"/>
              <w:left w:w="0" w:type="dxa"/>
              <w:bottom w:w="60" w:type="dxa"/>
              <w:right w:w="0" w:type="dxa"/>
            </w:tcMar>
            <w:vAlign w:val="center"/>
            <w:hideMark/>
          </w:tcPr>
          <w:p w14:paraId="4A219844" w14:textId="77777777" w:rsidR="00837586" w:rsidRPr="00837586" w:rsidRDefault="00837586" w:rsidP="00837586">
            <w:pPr>
              <w:rPr>
                <w:rFonts w:eastAsia="Times New Roman" w:cs="Segoe UI"/>
                <w:color w:val="000000"/>
                <w:szCs w:val="21"/>
                <w:lang w:val="pl-PL" w:eastAsia="pl-PL"/>
              </w:rPr>
            </w:pPr>
          </w:p>
        </w:tc>
      </w:tr>
    </w:tbl>
    <w:p w14:paraId="4AD07AEC" w14:textId="77777777" w:rsidR="00837586" w:rsidRPr="00837586" w:rsidRDefault="00837586" w:rsidP="00837586">
      <w:pPr>
        <w:rPr>
          <w:rFonts w:ascii="Times New Roman" w:eastAsia="Times New Roman" w:hAnsi="Times New Roman" w:cs="Times New Roman"/>
          <w:vanish/>
          <w:sz w:val="24"/>
          <w:szCs w:val="24"/>
          <w:lang w:val="pl-PL" w:eastAsia="pl-PL"/>
        </w:rPr>
      </w:pPr>
    </w:p>
    <w:tbl>
      <w:tblPr>
        <w:tblW w:w="9503"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425"/>
        <w:gridCol w:w="879"/>
        <w:gridCol w:w="992"/>
        <w:gridCol w:w="1843"/>
        <w:gridCol w:w="709"/>
        <w:gridCol w:w="992"/>
        <w:gridCol w:w="2353"/>
        <w:gridCol w:w="1310"/>
      </w:tblGrid>
      <w:tr w:rsidR="00837586" w:rsidRPr="00837586" w14:paraId="5D0A8890" w14:textId="77777777" w:rsidTr="00837586">
        <w:trPr>
          <w:trHeight w:val="765"/>
        </w:trPr>
        <w:tc>
          <w:tcPr>
            <w:tcW w:w="425" w:type="dxa"/>
            <w:tcBorders>
              <w:top w:val="single" w:sz="4" w:space="0" w:color="6B6B6B"/>
              <w:left w:val="single" w:sz="4" w:space="0" w:color="6B6B6B"/>
              <w:bottom w:val="single" w:sz="4" w:space="0" w:color="6B6B6B"/>
              <w:right w:val="single" w:sz="4" w:space="0" w:color="6B6B6B"/>
            </w:tcBorders>
            <w:shd w:val="clear" w:color="auto" w:fill="9DC3E6"/>
            <w:tcMar>
              <w:top w:w="35" w:type="dxa"/>
              <w:left w:w="0" w:type="dxa"/>
              <w:bottom w:w="35" w:type="dxa"/>
              <w:right w:w="0" w:type="dxa"/>
            </w:tcMar>
            <w:vAlign w:val="center"/>
            <w:hideMark/>
          </w:tcPr>
          <w:p w14:paraId="3B088B86"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b/>
                <w:bCs/>
                <w:color w:val="000000"/>
                <w:sz w:val="14"/>
                <w:szCs w:val="14"/>
                <w:lang w:val="pl-PL" w:eastAsia="pl-PL"/>
              </w:rPr>
              <w:t>Lp.</w:t>
            </w:r>
          </w:p>
        </w:tc>
        <w:tc>
          <w:tcPr>
            <w:tcW w:w="879" w:type="dxa"/>
            <w:tcBorders>
              <w:top w:val="single" w:sz="4" w:space="0" w:color="6B6B6B"/>
              <w:left w:val="single" w:sz="4" w:space="0" w:color="6B6B6B"/>
              <w:bottom w:val="single" w:sz="4" w:space="0" w:color="6B6B6B"/>
              <w:right w:val="single" w:sz="4" w:space="0" w:color="6B6B6B"/>
            </w:tcBorders>
            <w:shd w:val="clear" w:color="auto" w:fill="9DC3E6"/>
            <w:tcMar>
              <w:top w:w="35" w:type="dxa"/>
              <w:left w:w="0" w:type="dxa"/>
              <w:bottom w:w="35" w:type="dxa"/>
              <w:right w:w="0" w:type="dxa"/>
            </w:tcMar>
            <w:vAlign w:val="center"/>
            <w:hideMark/>
          </w:tcPr>
          <w:p w14:paraId="51DD5AB6"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b/>
                <w:bCs/>
                <w:color w:val="000000"/>
                <w:sz w:val="14"/>
                <w:szCs w:val="14"/>
                <w:lang w:val="pl-PL" w:eastAsia="pl-PL"/>
              </w:rPr>
              <w:t>Numer</w:t>
            </w:r>
            <w:r w:rsidRPr="00837586">
              <w:rPr>
                <w:rFonts w:eastAsia="Times New Roman" w:cs="Segoe UI"/>
                <w:b/>
                <w:bCs/>
                <w:color w:val="000000"/>
                <w:sz w:val="14"/>
                <w:szCs w:val="14"/>
                <w:lang w:val="pl-PL" w:eastAsia="pl-PL"/>
              </w:rPr>
              <w:br/>
              <w:t>sprawy</w:t>
            </w:r>
          </w:p>
        </w:tc>
        <w:tc>
          <w:tcPr>
            <w:tcW w:w="992" w:type="dxa"/>
            <w:tcBorders>
              <w:top w:val="single" w:sz="4" w:space="0" w:color="6B6B6B"/>
              <w:left w:val="single" w:sz="4" w:space="0" w:color="6B6B6B"/>
              <w:bottom w:val="single" w:sz="4" w:space="0" w:color="6B6B6B"/>
              <w:right w:val="single" w:sz="4" w:space="0" w:color="6B6B6B"/>
            </w:tcBorders>
            <w:shd w:val="clear" w:color="auto" w:fill="9DC3E6"/>
            <w:tcMar>
              <w:top w:w="35" w:type="dxa"/>
              <w:left w:w="0" w:type="dxa"/>
              <w:bottom w:w="35" w:type="dxa"/>
              <w:right w:w="0" w:type="dxa"/>
            </w:tcMar>
            <w:vAlign w:val="center"/>
            <w:hideMark/>
          </w:tcPr>
          <w:p w14:paraId="33EDD973"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b/>
                <w:bCs/>
                <w:color w:val="000000"/>
                <w:sz w:val="14"/>
                <w:szCs w:val="14"/>
                <w:lang w:val="pl-PL" w:eastAsia="pl-PL"/>
              </w:rPr>
              <w:t>Data</w:t>
            </w:r>
            <w:r w:rsidRPr="00837586">
              <w:rPr>
                <w:rFonts w:eastAsia="Times New Roman" w:cs="Segoe UI"/>
                <w:b/>
                <w:bCs/>
                <w:color w:val="000000"/>
                <w:sz w:val="14"/>
                <w:szCs w:val="14"/>
                <w:lang w:val="pl-PL" w:eastAsia="pl-PL"/>
              </w:rPr>
              <w:br/>
              <w:t>rozpoczęcia</w:t>
            </w:r>
          </w:p>
        </w:tc>
        <w:tc>
          <w:tcPr>
            <w:tcW w:w="1843" w:type="dxa"/>
            <w:tcBorders>
              <w:top w:val="single" w:sz="4" w:space="0" w:color="6B6B6B"/>
              <w:left w:val="single" w:sz="4" w:space="0" w:color="6B6B6B"/>
              <w:bottom w:val="single" w:sz="4" w:space="0" w:color="6B6B6B"/>
              <w:right w:val="single" w:sz="4" w:space="0" w:color="6B6B6B"/>
            </w:tcBorders>
            <w:shd w:val="clear" w:color="auto" w:fill="9DC3E6"/>
            <w:tcMar>
              <w:top w:w="35" w:type="dxa"/>
              <w:left w:w="0" w:type="dxa"/>
              <w:bottom w:w="35" w:type="dxa"/>
              <w:right w:w="0" w:type="dxa"/>
            </w:tcMar>
            <w:vAlign w:val="center"/>
            <w:hideMark/>
          </w:tcPr>
          <w:p w14:paraId="46BBE8BE"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b/>
                <w:bCs/>
                <w:color w:val="000000"/>
                <w:sz w:val="14"/>
                <w:szCs w:val="14"/>
                <w:lang w:val="pl-PL" w:eastAsia="pl-PL"/>
              </w:rPr>
              <w:t>Strony mediacji</w:t>
            </w:r>
            <w:r w:rsidRPr="00837586">
              <w:rPr>
                <w:rFonts w:eastAsia="Times New Roman" w:cs="Segoe UI"/>
                <w:b/>
                <w:bCs/>
                <w:color w:val="000000"/>
                <w:sz w:val="14"/>
                <w:szCs w:val="14"/>
                <w:lang w:val="pl-PL" w:eastAsia="pl-PL"/>
              </w:rPr>
              <w:br/>
              <w:t>(oznaczenie roli)</w:t>
            </w:r>
          </w:p>
        </w:tc>
        <w:tc>
          <w:tcPr>
            <w:tcW w:w="709" w:type="dxa"/>
            <w:tcBorders>
              <w:top w:val="single" w:sz="4" w:space="0" w:color="6B6B6B"/>
              <w:left w:val="single" w:sz="4" w:space="0" w:color="6B6B6B"/>
              <w:bottom w:val="single" w:sz="4" w:space="0" w:color="6B6B6B"/>
              <w:right w:val="single" w:sz="4" w:space="0" w:color="6B6B6B"/>
            </w:tcBorders>
            <w:shd w:val="clear" w:color="auto" w:fill="9DC3E6"/>
            <w:tcMar>
              <w:top w:w="35" w:type="dxa"/>
              <w:left w:w="0" w:type="dxa"/>
              <w:bottom w:w="35" w:type="dxa"/>
              <w:right w:w="0" w:type="dxa"/>
            </w:tcMar>
            <w:vAlign w:val="center"/>
            <w:hideMark/>
          </w:tcPr>
          <w:p w14:paraId="31DCA44E"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b/>
                <w:bCs/>
                <w:color w:val="000000"/>
                <w:sz w:val="14"/>
                <w:szCs w:val="14"/>
                <w:lang w:val="pl-PL" w:eastAsia="pl-PL"/>
              </w:rPr>
              <w:t>Liczba</w:t>
            </w:r>
            <w:r w:rsidRPr="00837586">
              <w:rPr>
                <w:rFonts w:eastAsia="Times New Roman" w:cs="Segoe UI"/>
                <w:b/>
                <w:bCs/>
                <w:color w:val="000000"/>
                <w:sz w:val="14"/>
                <w:szCs w:val="14"/>
                <w:lang w:val="pl-PL" w:eastAsia="pl-PL"/>
              </w:rPr>
              <w:br/>
              <w:t>spotkań</w:t>
            </w:r>
          </w:p>
        </w:tc>
        <w:tc>
          <w:tcPr>
            <w:tcW w:w="992" w:type="dxa"/>
            <w:tcBorders>
              <w:top w:val="single" w:sz="4" w:space="0" w:color="6B6B6B"/>
              <w:left w:val="single" w:sz="4" w:space="0" w:color="6B6B6B"/>
              <w:bottom w:val="single" w:sz="4" w:space="0" w:color="6B6B6B"/>
              <w:right w:val="single" w:sz="4" w:space="0" w:color="6B6B6B"/>
            </w:tcBorders>
            <w:shd w:val="clear" w:color="auto" w:fill="9DC3E6"/>
            <w:tcMar>
              <w:top w:w="35" w:type="dxa"/>
              <w:left w:w="0" w:type="dxa"/>
              <w:bottom w:w="35" w:type="dxa"/>
              <w:right w:w="0" w:type="dxa"/>
            </w:tcMar>
            <w:vAlign w:val="center"/>
            <w:hideMark/>
          </w:tcPr>
          <w:p w14:paraId="789811A9"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b/>
                <w:bCs/>
                <w:color w:val="000000"/>
                <w:sz w:val="14"/>
                <w:szCs w:val="14"/>
                <w:lang w:val="pl-PL" w:eastAsia="pl-PL"/>
              </w:rPr>
              <w:t>Data</w:t>
            </w:r>
            <w:r w:rsidRPr="00837586">
              <w:rPr>
                <w:rFonts w:eastAsia="Times New Roman" w:cs="Segoe UI"/>
                <w:b/>
                <w:bCs/>
                <w:color w:val="000000"/>
                <w:sz w:val="14"/>
                <w:szCs w:val="14"/>
                <w:lang w:val="pl-PL" w:eastAsia="pl-PL"/>
              </w:rPr>
              <w:br/>
              <w:t>zakończenia</w:t>
            </w:r>
          </w:p>
        </w:tc>
        <w:tc>
          <w:tcPr>
            <w:tcW w:w="2353" w:type="dxa"/>
            <w:tcBorders>
              <w:top w:val="single" w:sz="4" w:space="0" w:color="6B6B6B"/>
              <w:left w:val="single" w:sz="4" w:space="0" w:color="6B6B6B"/>
              <w:bottom w:val="single" w:sz="4" w:space="0" w:color="6B6B6B"/>
              <w:right w:val="single" w:sz="4" w:space="0" w:color="6B6B6B"/>
            </w:tcBorders>
            <w:shd w:val="clear" w:color="auto" w:fill="9DC3E6"/>
            <w:tcMar>
              <w:top w:w="35" w:type="dxa"/>
              <w:left w:w="0" w:type="dxa"/>
              <w:bottom w:w="35" w:type="dxa"/>
              <w:right w:w="0" w:type="dxa"/>
            </w:tcMar>
            <w:vAlign w:val="center"/>
            <w:hideMark/>
          </w:tcPr>
          <w:p w14:paraId="7CEA6B9D"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b/>
                <w:bCs/>
                <w:color w:val="000000"/>
                <w:sz w:val="14"/>
                <w:szCs w:val="14"/>
                <w:lang w:val="pl-PL" w:eastAsia="pl-PL"/>
              </w:rPr>
              <w:t>Sposób</w:t>
            </w:r>
            <w:r w:rsidRPr="00837586">
              <w:rPr>
                <w:rFonts w:eastAsia="Times New Roman" w:cs="Segoe UI"/>
                <w:b/>
                <w:bCs/>
                <w:color w:val="000000"/>
                <w:sz w:val="14"/>
                <w:szCs w:val="14"/>
                <w:lang w:val="pl-PL" w:eastAsia="pl-PL"/>
              </w:rPr>
              <w:br/>
              <w:t>zakończenia</w:t>
            </w:r>
          </w:p>
        </w:tc>
        <w:tc>
          <w:tcPr>
            <w:tcW w:w="1310" w:type="dxa"/>
            <w:tcBorders>
              <w:top w:val="single" w:sz="4" w:space="0" w:color="6B6B6B"/>
              <w:left w:val="single" w:sz="4" w:space="0" w:color="6B6B6B"/>
              <w:bottom w:val="single" w:sz="4" w:space="0" w:color="6B6B6B"/>
              <w:right w:val="single" w:sz="4" w:space="0" w:color="6B6B6B"/>
            </w:tcBorders>
            <w:shd w:val="clear" w:color="auto" w:fill="9DC3E6"/>
            <w:tcMar>
              <w:top w:w="35" w:type="dxa"/>
              <w:left w:w="0" w:type="dxa"/>
              <w:bottom w:w="35" w:type="dxa"/>
              <w:right w:w="0" w:type="dxa"/>
            </w:tcMar>
            <w:vAlign w:val="center"/>
            <w:hideMark/>
          </w:tcPr>
          <w:p w14:paraId="482F638A"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b/>
                <w:bCs/>
                <w:color w:val="000000"/>
                <w:sz w:val="14"/>
                <w:szCs w:val="14"/>
                <w:lang w:val="pl-PL" w:eastAsia="pl-PL"/>
              </w:rPr>
              <w:t>Porozumienie</w:t>
            </w:r>
            <w:r w:rsidRPr="00837586">
              <w:rPr>
                <w:rFonts w:eastAsia="Times New Roman" w:cs="Segoe UI"/>
                <w:b/>
                <w:bCs/>
                <w:color w:val="000000"/>
                <w:sz w:val="14"/>
                <w:szCs w:val="14"/>
                <w:lang w:val="pl-PL" w:eastAsia="pl-PL"/>
              </w:rPr>
              <w:br/>
              <w:t>tak / nie</w:t>
            </w:r>
          </w:p>
        </w:tc>
      </w:tr>
      <w:tr w:rsidR="00837586" w:rsidRPr="00837586" w14:paraId="61102943" w14:textId="77777777" w:rsidTr="00837586">
        <w:trPr>
          <w:trHeight w:val="499"/>
        </w:trPr>
        <w:tc>
          <w:tcPr>
            <w:tcW w:w="425"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7825D792"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color w:val="000000"/>
                <w:sz w:val="16"/>
                <w:szCs w:val="16"/>
                <w:lang w:val="pl-PL" w:eastAsia="pl-PL"/>
              </w:rPr>
              <w:t>1</w:t>
            </w:r>
          </w:p>
        </w:tc>
        <w:tc>
          <w:tcPr>
            <w:tcW w:w="87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5ECC0562" w14:textId="77777777" w:rsidR="00837586" w:rsidRPr="00837586" w:rsidRDefault="00837586" w:rsidP="00837586">
            <w:pPr>
              <w:rPr>
                <w:rFonts w:eastAsia="Times New Roman" w:cs="Segoe UI"/>
                <w:color w:val="000000"/>
                <w:szCs w:val="21"/>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53F7587E"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84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530AB616"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70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5CF83B70"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3A0D2289"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235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24F2BC5C"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310"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F30E00E" w14:textId="77777777" w:rsidR="00837586" w:rsidRPr="00837586" w:rsidRDefault="00837586" w:rsidP="00837586">
            <w:pPr>
              <w:rPr>
                <w:rFonts w:ascii="Times New Roman" w:eastAsia="Times New Roman" w:hAnsi="Times New Roman" w:cs="Times New Roman"/>
                <w:sz w:val="20"/>
                <w:szCs w:val="20"/>
                <w:lang w:val="pl-PL" w:eastAsia="pl-PL"/>
              </w:rPr>
            </w:pPr>
          </w:p>
        </w:tc>
      </w:tr>
      <w:tr w:rsidR="00837586" w:rsidRPr="00837586" w14:paraId="6D548E5A" w14:textId="77777777" w:rsidTr="00837586">
        <w:trPr>
          <w:trHeight w:val="499"/>
        </w:trPr>
        <w:tc>
          <w:tcPr>
            <w:tcW w:w="425"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440BE7AD"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color w:val="000000"/>
                <w:sz w:val="16"/>
                <w:szCs w:val="16"/>
                <w:lang w:val="pl-PL" w:eastAsia="pl-PL"/>
              </w:rPr>
              <w:t>2</w:t>
            </w:r>
          </w:p>
        </w:tc>
        <w:tc>
          <w:tcPr>
            <w:tcW w:w="87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17C3A6C0" w14:textId="77777777" w:rsidR="00837586" w:rsidRPr="00837586" w:rsidRDefault="00837586" w:rsidP="00837586">
            <w:pPr>
              <w:rPr>
                <w:rFonts w:eastAsia="Times New Roman" w:cs="Segoe UI"/>
                <w:color w:val="000000"/>
                <w:szCs w:val="21"/>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47E0D17E"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84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16D19C07"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70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25B7670"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9DB5B84"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235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3F528C9B"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310"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5CE8E2E0" w14:textId="77777777" w:rsidR="00837586" w:rsidRPr="00837586" w:rsidRDefault="00837586" w:rsidP="00837586">
            <w:pPr>
              <w:rPr>
                <w:rFonts w:ascii="Times New Roman" w:eastAsia="Times New Roman" w:hAnsi="Times New Roman" w:cs="Times New Roman"/>
                <w:sz w:val="20"/>
                <w:szCs w:val="20"/>
                <w:lang w:val="pl-PL" w:eastAsia="pl-PL"/>
              </w:rPr>
            </w:pPr>
          </w:p>
        </w:tc>
      </w:tr>
      <w:tr w:rsidR="00837586" w:rsidRPr="00837586" w14:paraId="41C5A21A" w14:textId="77777777" w:rsidTr="00837586">
        <w:trPr>
          <w:trHeight w:val="499"/>
        </w:trPr>
        <w:tc>
          <w:tcPr>
            <w:tcW w:w="425"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5FE610DF"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color w:val="000000"/>
                <w:sz w:val="16"/>
                <w:szCs w:val="16"/>
                <w:lang w:val="pl-PL" w:eastAsia="pl-PL"/>
              </w:rPr>
              <w:t>3</w:t>
            </w:r>
          </w:p>
        </w:tc>
        <w:tc>
          <w:tcPr>
            <w:tcW w:w="87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182236B9" w14:textId="77777777" w:rsidR="00837586" w:rsidRPr="00837586" w:rsidRDefault="00837586" w:rsidP="00837586">
            <w:pPr>
              <w:rPr>
                <w:rFonts w:eastAsia="Times New Roman" w:cs="Segoe UI"/>
                <w:color w:val="000000"/>
                <w:szCs w:val="21"/>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739A0669"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84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76F4D49D"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70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298D8F96"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36CA2D68"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235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53CC64D"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310"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7903172" w14:textId="77777777" w:rsidR="00837586" w:rsidRPr="00837586" w:rsidRDefault="00837586" w:rsidP="00837586">
            <w:pPr>
              <w:rPr>
                <w:rFonts w:ascii="Times New Roman" w:eastAsia="Times New Roman" w:hAnsi="Times New Roman" w:cs="Times New Roman"/>
                <w:sz w:val="20"/>
                <w:szCs w:val="20"/>
                <w:lang w:val="pl-PL" w:eastAsia="pl-PL"/>
              </w:rPr>
            </w:pPr>
          </w:p>
        </w:tc>
      </w:tr>
      <w:tr w:rsidR="00837586" w:rsidRPr="00837586" w14:paraId="115716A6" w14:textId="77777777" w:rsidTr="00837586">
        <w:trPr>
          <w:trHeight w:val="499"/>
        </w:trPr>
        <w:tc>
          <w:tcPr>
            <w:tcW w:w="425"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55E8A86B"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color w:val="000000"/>
                <w:sz w:val="16"/>
                <w:szCs w:val="16"/>
                <w:lang w:val="pl-PL" w:eastAsia="pl-PL"/>
              </w:rPr>
              <w:t>4</w:t>
            </w:r>
          </w:p>
        </w:tc>
        <w:tc>
          <w:tcPr>
            <w:tcW w:w="87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5991FD11" w14:textId="77777777" w:rsidR="00837586" w:rsidRPr="00837586" w:rsidRDefault="00837586" w:rsidP="00837586">
            <w:pPr>
              <w:rPr>
                <w:rFonts w:eastAsia="Times New Roman" w:cs="Segoe UI"/>
                <w:color w:val="000000"/>
                <w:szCs w:val="21"/>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50A65A1A"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84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18DB8AFD"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70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396FC2D5"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F9244B1"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235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7961EF92"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310"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3D30B9DD" w14:textId="77777777" w:rsidR="00837586" w:rsidRPr="00837586" w:rsidRDefault="00837586" w:rsidP="00837586">
            <w:pPr>
              <w:rPr>
                <w:rFonts w:ascii="Times New Roman" w:eastAsia="Times New Roman" w:hAnsi="Times New Roman" w:cs="Times New Roman"/>
                <w:sz w:val="20"/>
                <w:szCs w:val="20"/>
                <w:lang w:val="pl-PL" w:eastAsia="pl-PL"/>
              </w:rPr>
            </w:pPr>
          </w:p>
        </w:tc>
      </w:tr>
      <w:tr w:rsidR="00837586" w:rsidRPr="00837586" w14:paraId="4B46BEAD" w14:textId="77777777" w:rsidTr="00837586">
        <w:trPr>
          <w:trHeight w:val="499"/>
        </w:trPr>
        <w:tc>
          <w:tcPr>
            <w:tcW w:w="425"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550C9D18"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color w:val="000000"/>
                <w:sz w:val="16"/>
                <w:szCs w:val="16"/>
                <w:lang w:val="pl-PL" w:eastAsia="pl-PL"/>
              </w:rPr>
              <w:t>5</w:t>
            </w:r>
          </w:p>
        </w:tc>
        <w:tc>
          <w:tcPr>
            <w:tcW w:w="87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5FF383CC" w14:textId="77777777" w:rsidR="00837586" w:rsidRPr="00837586" w:rsidRDefault="00837586" w:rsidP="00837586">
            <w:pPr>
              <w:rPr>
                <w:rFonts w:eastAsia="Times New Roman" w:cs="Segoe UI"/>
                <w:color w:val="000000"/>
                <w:szCs w:val="21"/>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1C142066"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84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4B2BA320"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70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641DD3B2"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674F4208"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235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66A51C19"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310"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6733DA33" w14:textId="77777777" w:rsidR="00837586" w:rsidRPr="00837586" w:rsidRDefault="00837586" w:rsidP="00837586">
            <w:pPr>
              <w:rPr>
                <w:rFonts w:ascii="Times New Roman" w:eastAsia="Times New Roman" w:hAnsi="Times New Roman" w:cs="Times New Roman"/>
                <w:sz w:val="20"/>
                <w:szCs w:val="20"/>
                <w:lang w:val="pl-PL" w:eastAsia="pl-PL"/>
              </w:rPr>
            </w:pPr>
          </w:p>
        </w:tc>
      </w:tr>
      <w:tr w:rsidR="00837586" w:rsidRPr="00837586" w14:paraId="3052CDD0" w14:textId="77777777" w:rsidTr="00837586">
        <w:trPr>
          <w:trHeight w:val="499"/>
        </w:trPr>
        <w:tc>
          <w:tcPr>
            <w:tcW w:w="425"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740DDF1E"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color w:val="000000"/>
                <w:sz w:val="16"/>
                <w:szCs w:val="16"/>
                <w:lang w:val="pl-PL" w:eastAsia="pl-PL"/>
              </w:rPr>
              <w:t>6</w:t>
            </w:r>
          </w:p>
        </w:tc>
        <w:tc>
          <w:tcPr>
            <w:tcW w:w="87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53356DCB" w14:textId="77777777" w:rsidR="00837586" w:rsidRPr="00837586" w:rsidRDefault="00837586" w:rsidP="00837586">
            <w:pPr>
              <w:rPr>
                <w:rFonts w:eastAsia="Times New Roman" w:cs="Segoe UI"/>
                <w:color w:val="000000"/>
                <w:szCs w:val="21"/>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43C1F42A"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84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2C0CCEC"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70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39822F29"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5257FEEE"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235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14DBC26F"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310"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4DBEEB39" w14:textId="77777777" w:rsidR="00837586" w:rsidRPr="00837586" w:rsidRDefault="00837586" w:rsidP="00837586">
            <w:pPr>
              <w:rPr>
                <w:rFonts w:ascii="Times New Roman" w:eastAsia="Times New Roman" w:hAnsi="Times New Roman" w:cs="Times New Roman"/>
                <w:sz w:val="20"/>
                <w:szCs w:val="20"/>
                <w:lang w:val="pl-PL" w:eastAsia="pl-PL"/>
              </w:rPr>
            </w:pPr>
          </w:p>
        </w:tc>
      </w:tr>
      <w:tr w:rsidR="00837586" w:rsidRPr="00837586" w14:paraId="373F5FFF" w14:textId="77777777" w:rsidTr="00837586">
        <w:trPr>
          <w:trHeight w:val="499"/>
        </w:trPr>
        <w:tc>
          <w:tcPr>
            <w:tcW w:w="425"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73AE71D0"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color w:val="000000"/>
                <w:sz w:val="16"/>
                <w:szCs w:val="16"/>
                <w:lang w:val="pl-PL" w:eastAsia="pl-PL"/>
              </w:rPr>
              <w:t>7</w:t>
            </w:r>
          </w:p>
        </w:tc>
        <w:tc>
          <w:tcPr>
            <w:tcW w:w="87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6511CD2" w14:textId="77777777" w:rsidR="00837586" w:rsidRPr="00837586" w:rsidRDefault="00837586" w:rsidP="00837586">
            <w:pPr>
              <w:rPr>
                <w:rFonts w:eastAsia="Times New Roman" w:cs="Segoe UI"/>
                <w:color w:val="000000"/>
                <w:szCs w:val="21"/>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70CB5943"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84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442C494A"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70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72046FBA"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2F3F163A"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235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22447907"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310"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37E3BFBC" w14:textId="77777777" w:rsidR="00837586" w:rsidRPr="00837586" w:rsidRDefault="00837586" w:rsidP="00837586">
            <w:pPr>
              <w:rPr>
                <w:rFonts w:ascii="Times New Roman" w:eastAsia="Times New Roman" w:hAnsi="Times New Roman" w:cs="Times New Roman"/>
                <w:sz w:val="20"/>
                <w:szCs w:val="20"/>
                <w:lang w:val="pl-PL" w:eastAsia="pl-PL"/>
              </w:rPr>
            </w:pPr>
          </w:p>
        </w:tc>
      </w:tr>
      <w:tr w:rsidR="00837586" w:rsidRPr="00837586" w14:paraId="4FCC4A87" w14:textId="77777777" w:rsidTr="00837586">
        <w:trPr>
          <w:trHeight w:val="499"/>
        </w:trPr>
        <w:tc>
          <w:tcPr>
            <w:tcW w:w="425"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1552852B"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color w:val="000000"/>
                <w:sz w:val="16"/>
                <w:szCs w:val="16"/>
                <w:lang w:val="pl-PL" w:eastAsia="pl-PL"/>
              </w:rPr>
              <w:t>8</w:t>
            </w:r>
          </w:p>
        </w:tc>
        <w:tc>
          <w:tcPr>
            <w:tcW w:w="87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19CB79B2" w14:textId="77777777" w:rsidR="00837586" w:rsidRPr="00837586" w:rsidRDefault="00837586" w:rsidP="00837586">
            <w:pPr>
              <w:rPr>
                <w:rFonts w:eastAsia="Times New Roman" w:cs="Segoe UI"/>
                <w:color w:val="000000"/>
                <w:szCs w:val="21"/>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2E08688C"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84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139F9642"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70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6C541BD2"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71BC29D1"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235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5A9D31BB"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310"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5B89C80C" w14:textId="77777777" w:rsidR="00837586" w:rsidRPr="00837586" w:rsidRDefault="00837586" w:rsidP="00837586">
            <w:pPr>
              <w:rPr>
                <w:rFonts w:ascii="Times New Roman" w:eastAsia="Times New Roman" w:hAnsi="Times New Roman" w:cs="Times New Roman"/>
                <w:sz w:val="20"/>
                <w:szCs w:val="20"/>
                <w:lang w:val="pl-PL" w:eastAsia="pl-PL"/>
              </w:rPr>
            </w:pPr>
          </w:p>
        </w:tc>
      </w:tr>
      <w:tr w:rsidR="00837586" w:rsidRPr="00837586" w14:paraId="73ADA848" w14:textId="77777777" w:rsidTr="00837586">
        <w:trPr>
          <w:trHeight w:val="499"/>
        </w:trPr>
        <w:tc>
          <w:tcPr>
            <w:tcW w:w="425"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6B53F289"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color w:val="000000"/>
                <w:sz w:val="16"/>
                <w:szCs w:val="16"/>
                <w:lang w:val="pl-PL" w:eastAsia="pl-PL"/>
              </w:rPr>
              <w:t>9</w:t>
            </w:r>
          </w:p>
        </w:tc>
        <w:tc>
          <w:tcPr>
            <w:tcW w:w="87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E8C5547" w14:textId="77777777" w:rsidR="00837586" w:rsidRPr="00837586" w:rsidRDefault="00837586" w:rsidP="00837586">
            <w:pPr>
              <w:rPr>
                <w:rFonts w:eastAsia="Times New Roman" w:cs="Segoe UI"/>
                <w:color w:val="000000"/>
                <w:szCs w:val="21"/>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38B040A9"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84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5CAD7241"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70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504FFCF"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2BD653A9"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235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58543B5B"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310"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3275FE68" w14:textId="77777777" w:rsidR="00837586" w:rsidRPr="00837586" w:rsidRDefault="00837586" w:rsidP="00837586">
            <w:pPr>
              <w:rPr>
                <w:rFonts w:ascii="Times New Roman" w:eastAsia="Times New Roman" w:hAnsi="Times New Roman" w:cs="Times New Roman"/>
                <w:sz w:val="20"/>
                <w:szCs w:val="20"/>
                <w:lang w:val="pl-PL" w:eastAsia="pl-PL"/>
              </w:rPr>
            </w:pPr>
          </w:p>
        </w:tc>
      </w:tr>
      <w:tr w:rsidR="00837586" w:rsidRPr="00837586" w14:paraId="4CC07AD6" w14:textId="77777777" w:rsidTr="00837586">
        <w:trPr>
          <w:trHeight w:val="499"/>
        </w:trPr>
        <w:tc>
          <w:tcPr>
            <w:tcW w:w="425"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681DBD74"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color w:val="000000"/>
                <w:sz w:val="16"/>
                <w:szCs w:val="16"/>
                <w:lang w:val="pl-PL" w:eastAsia="pl-PL"/>
              </w:rPr>
              <w:t>10</w:t>
            </w:r>
          </w:p>
        </w:tc>
        <w:tc>
          <w:tcPr>
            <w:tcW w:w="87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57F9E92D" w14:textId="77777777" w:rsidR="00837586" w:rsidRPr="00837586" w:rsidRDefault="00837586" w:rsidP="00837586">
            <w:pPr>
              <w:rPr>
                <w:rFonts w:eastAsia="Times New Roman" w:cs="Segoe UI"/>
                <w:color w:val="000000"/>
                <w:szCs w:val="21"/>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29733B9D"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84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44C2CED3"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70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08557DD"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16885948"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235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7D5E824"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310"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343768E9" w14:textId="77777777" w:rsidR="00837586" w:rsidRPr="00837586" w:rsidRDefault="00837586" w:rsidP="00837586">
            <w:pPr>
              <w:rPr>
                <w:rFonts w:ascii="Times New Roman" w:eastAsia="Times New Roman" w:hAnsi="Times New Roman" w:cs="Times New Roman"/>
                <w:sz w:val="20"/>
                <w:szCs w:val="20"/>
                <w:lang w:val="pl-PL" w:eastAsia="pl-PL"/>
              </w:rPr>
            </w:pPr>
          </w:p>
        </w:tc>
      </w:tr>
      <w:tr w:rsidR="00837586" w:rsidRPr="00837586" w14:paraId="03429D83" w14:textId="77777777" w:rsidTr="00837586">
        <w:trPr>
          <w:trHeight w:val="499"/>
        </w:trPr>
        <w:tc>
          <w:tcPr>
            <w:tcW w:w="425"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F35512E"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color w:val="000000"/>
                <w:sz w:val="16"/>
                <w:szCs w:val="16"/>
                <w:lang w:val="pl-PL" w:eastAsia="pl-PL"/>
              </w:rPr>
              <w:t>11</w:t>
            </w:r>
          </w:p>
        </w:tc>
        <w:tc>
          <w:tcPr>
            <w:tcW w:w="87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B77FD06" w14:textId="77777777" w:rsidR="00837586" w:rsidRPr="00837586" w:rsidRDefault="00837586" w:rsidP="00837586">
            <w:pPr>
              <w:rPr>
                <w:rFonts w:eastAsia="Times New Roman" w:cs="Segoe UI"/>
                <w:color w:val="000000"/>
                <w:szCs w:val="21"/>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15328235"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84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4DB9F97B"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70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72A4AF6F"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32EB27AA"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235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25D85CB"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310"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58E278D6" w14:textId="77777777" w:rsidR="00837586" w:rsidRPr="00837586" w:rsidRDefault="00837586" w:rsidP="00837586">
            <w:pPr>
              <w:rPr>
                <w:rFonts w:ascii="Times New Roman" w:eastAsia="Times New Roman" w:hAnsi="Times New Roman" w:cs="Times New Roman"/>
                <w:sz w:val="20"/>
                <w:szCs w:val="20"/>
                <w:lang w:val="pl-PL" w:eastAsia="pl-PL"/>
              </w:rPr>
            </w:pPr>
          </w:p>
        </w:tc>
      </w:tr>
      <w:tr w:rsidR="00837586" w:rsidRPr="00837586" w14:paraId="4A7D1376" w14:textId="77777777" w:rsidTr="00837586">
        <w:trPr>
          <w:trHeight w:val="499"/>
        </w:trPr>
        <w:tc>
          <w:tcPr>
            <w:tcW w:w="425"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2DA1670F"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color w:val="000000"/>
                <w:sz w:val="16"/>
                <w:szCs w:val="16"/>
                <w:lang w:val="pl-PL" w:eastAsia="pl-PL"/>
              </w:rPr>
              <w:t>12</w:t>
            </w:r>
          </w:p>
        </w:tc>
        <w:tc>
          <w:tcPr>
            <w:tcW w:w="87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23FB7455" w14:textId="77777777" w:rsidR="00837586" w:rsidRPr="00837586" w:rsidRDefault="00837586" w:rsidP="00837586">
            <w:pPr>
              <w:rPr>
                <w:rFonts w:eastAsia="Times New Roman" w:cs="Segoe UI"/>
                <w:color w:val="000000"/>
                <w:szCs w:val="21"/>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0AAAF1C"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84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2F0C6A90"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70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A60E24B"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41D61D44"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235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4E2D9CDF"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310"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46E7ED08" w14:textId="77777777" w:rsidR="00837586" w:rsidRPr="00837586" w:rsidRDefault="00837586" w:rsidP="00837586">
            <w:pPr>
              <w:rPr>
                <w:rFonts w:ascii="Times New Roman" w:eastAsia="Times New Roman" w:hAnsi="Times New Roman" w:cs="Times New Roman"/>
                <w:sz w:val="20"/>
                <w:szCs w:val="20"/>
                <w:lang w:val="pl-PL" w:eastAsia="pl-PL"/>
              </w:rPr>
            </w:pPr>
          </w:p>
        </w:tc>
      </w:tr>
      <w:tr w:rsidR="00837586" w:rsidRPr="00837586" w14:paraId="2627F55C" w14:textId="77777777" w:rsidTr="00837586">
        <w:trPr>
          <w:trHeight w:val="499"/>
        </w:trPr>
        <w:tc>
          <w:tcPr>
            <w:tcW w:w="425"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3B60819D"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color w:val="000000"/>
                <w:sz w:val="16"/>
                <w:szCs w:val="16"/>
                <w:lang w:val="pl-PL" w:eastAsia="pl-PL"/>
              </w:rPr>
              <w:t>13</w:t>
            </w:r>
          </w:p>
        </w:tc>
        <w:tc>
          <w:tcPr>
            <w:tcW w:w="87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0594585" w14:textId="77777777" w:rsidR="00837586" w:rsidRPr="00837586" w:rsidRDefault="00837586" w:rsidP="00837586">
            <w:pPr>
              <w:rPr>
                <w:rFonts w:eastAsia="Times New Roman" w:cs="Segoe UI"/>
                <w:color w:val="000000"/>
                <w:szCs w:val="21"/>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7BCCBEDA"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84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78C2B298"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70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604A741E"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23558954"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235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23821A9B"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310"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514383E6" w14:textId="77777777" w:rsidR="00837586" w:rsidRPr="00837586" w:rsidRDefault="00837586" w:rsidP="00837586">
            <w:pPr>
              <w:rPr>
                <w:rFonts w:ascii="Times New Roman" w:eastAsia="Times New Roman" w:hAnsi="Times New Roman" w:cs="Times New Roman"/>
                <w:sz w:val="20"/>
                <w:szCs w:val="20"/>
                <w:lang w:val="pl-PL" w:eastAsia="pl-PL"/>
              </w:rPr>
            </w:pPr>
          </w:p>
        </w:tc>
      </w:tr>
      <w:tr w:rsidR="00837586" w:rsidRPr="00837586" w14:paraId="0236F43E" w14:textId="77777777" w:rsidTr="00837586">
        <w:trPr>
          <w:trHeight w:val="499"/>
        </w:trPr>
        <w:tc>
          <w:tcPr>
            <w:tcW w:w="425"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65FC85FD"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color w:val="000000"/>
                <w:sz w:val="16"/>
                <w:szCs w:val="16"/>
                <w:lang w:val="pl-PL" w:eastAsia="pl-PL"/>
              </w:rPr>
              <w:t>14</w:t>
            </w:r>
          </w:p>
        </w:tc>
        <w:tc>
          <w:tcPr>
            <w:tcW w:w="87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23AD2443" w14:textId="77777777" w:rsidR="00837586" w:rsidRPr="00837586" w:rsidRDefault="00837586" w:rsidP="00837586">
            <w:pPr>
              <w:rPr>
                <w:rFonts w:eastAsia="Times New Roman" w:cs="Segoe UI"/>
                <w:color w:val="000000"/>
                <w:szCs w:val="21"/>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4454E0A7"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84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73B36FF"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70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5B97D54"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3809A4D5"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235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65054463"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310"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161D6EF9" w14:textId="77777777" w:rsidR="00837586" w:rsidRPr="00837586" w:rsidRDefault="00837586" w:rsidP="00837586">
            <w:pPr>
              <w:rPr>
                <w:rFonts w:ascii="Times New Roman" w:eastAsia="Times New Roman" w:hAnsi="Times New Roman" w:cs="Times New Roman"/>
                <w:sz w:val="20"/>
                <w:szCs w:val="20"/>
                <w:lang w:val="pl-PL" w:eastAsia="pl-PL"/>
              </w:rPr>
            </w:pPr>
          </w:p>
        </w:tc>
      </w:tr>
      <w:tr w:rsidR="00837586" w:rsidRPr="00837586" w14:paraId="438301AA" w14:textId="77777777" w:rsidTr="00837586">
        <w:trPr>
          <w:trHeight w:val="499"/>
        </w:trPr>
        <w:tc>
          <w:tcPr>
            <w:tcW w:w="425"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1144A154"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color w:val="000000"/>
                <w:sz w:val="16"/>
                <w:szCs w:val="16"/>
                <w:lang w:val="pl-PL" w:eastAsia="pl-PL"/>
              </w:rPr>
              <w:t>15</w:t>
            </w:r>
          </w:p>
        </w:tc>
        <w:tc>
          <w:tcPr>
            <w:tcW w:w="87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10EDCCD7" w14:textId="77777777" w:rsidR="00837586" w:rsidRPr="00837586" w:rsidRDefault="00837586" w:rsidP="00837586">
            <w:pPr>
              <w:rPr>
                <w:rFonts w:eastAsia="Times New Roman" w:cs="Segoe UI"/>
                <w:color w:val="000000"/>
                <w:szCs w:val="21"/>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0DD81CDD"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84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36D80C13"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70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1953FAD0"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45C9C319"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235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684E5F23"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310"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21A49F61" w14:textId="77777777" w:rsidR="00837586" w:rsidRPr="00837586" w:rsidRDefault="00837586" w:rsidP="00837586">
            <w:pPr>
              <w:rPr>
                <w:rFonts w:ascii="Times New Roman" w:eastAsia="Times New Roman" w:hAnsi="Times New Roman" w:cs="Times New Roman"/>
                <w:sz w:val="20"/>
                <w:szCs w:val="20"/>
                <w:lang w:val="pl-PL" w:eastAsia="pl-PL"/>
              </w:rPr>
            </w:pPr>
          </w:p>
        </w:tc>
      </w:tr>
      <w:tr w:rsidR="00837586" w:rsidRPr="00837586" w14:paraId="16599D65" w14:textId="77777777" w:rsidTr="00837586">
        <w:trPr>
          <w:trHeight w:val="499"/>
        </w:trPr>
        <w:tc>
          <w:tcPr>
            <w:tcW w:w="425"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13E39DCB" w14:textId="77777777" w:rsidR="00837586" w:rsidRPr="00837586" w:rsidRDefault="00837586" w:rsidP="00837586">
            <w:pPr>
              <w:jc w:val="center"/>
              <w:rPr>
                <w:rFonts w:eastAsia="Times New Roman" w:cs="Segoe UI"/>
                <w:color w:val="000000"/>
                <w:szCs w:val="21"/>
                <w:lang w:val="pl-PL" w:eastAsia="pl-PL"/>
              </w:rPr>
            </w:pPr>
            <w:r w:rsidRPr="00837586">
              <w:rPr>
                <w:rFonts w:eastAsia="Times New Roman" w:cs="Segoe UI"/>
                <w:color w:val="000000"/>
                <w:sz w:val="16"/>
                <w:szCs w:val="16"/>
                <w:lang w:val="pl-PL" w:eastAsia="pl-PL"/>
              </w:rPr>
              <w:t>16</w:t>
            </w:r>
          </w:p>
        </w:tc>
        <w:tc>
          <w:tcPr>
            <w:tcW w:w="87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1E292FB8" w14:textId="77777777" w:rsidR="00837586" w:rsidRPr="00837586" w:rsidRDefault="00837586" w:rsidP="00837586">
            <w:pPr>
              <w:rPr>
                <w:rFonts w:eastAsia="Times New Roman" w:cs="Segoe UI"/>
                <w:color w:val="000000"/>
                <w:szCs w:val="21"/>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2D185773"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84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19DF93B2"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709"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3131E0FE"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992"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61913521"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2353"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1AB0306C" w14:textId="77777777" w:rsidR="00837586" w:rsidRPr="00837586" w:rsidRDefault="00837586" w:rsidP="00837586">
            <w:pPr>
              <w:rPr>
                <w:rFonts w:ascii="Times New Roman" w:eastAsia="Times New Roman" w:hAnsi="Times New Roman" w:cs="Times New Roman"/>
                <w:sz w:val="20"/>
                <w:szCs w:val="20"/>
                <w:lang w:val="pl-PL" w:eastAsia="pl-PL"/>
              </w:rPr>
            </w:pPr>
          </w:p>
        </w:tc>
        <w:tc>
          <w:tcPr>
            <w:tcW w:w="1310" w:type="dxa"/>
            <w:tcBorders>
              <w:top w:val="single" w:sz="4" w:space="0" w:color="6B6B6B"/>
              <w:left w:val="single" w:sz="4" w:space="0" w:color="6B6B6B"/>
              <w:bottom w:val="single" w:sz="4" w:space="0" w:color="6B6B6B"/>
              <w:right w:val="single" w:sz="4" w:space="0" w:color="6B6B6B"/>
            </w:tcBorders>
            <w:shd w:val="clear" w:color="auto" w:fill="FFFFFF"/>
            <w:tcMar>
              <w:top w:w="25" w:type="dxa"/>
              <w:left w:w="0" w:type="dxa"/>
              <w:bottom w:w="25" w:type="dxa"/>
              <w:right w:w="0" w:type="dxa"/>
            </w:tcMar>
            <w:vAlign w:val="center"/>
            <w:hideMark/>
          </w:tcPr>
          <w:p w14:paraId="743E5541" w14:textId="77777777" w:rsidR="00837586" w:rsidRPr="00837586" w:rsidRDefault="00837586" w:rsidP="00837586">
            <w:pPr>
              <w:rPr>
                <w:rFonts w:ascii="Times New Roman" w:eastAsia="Times New Roman" w:hAnsi="Times New Roman" w:cs="Times New Roman"/>
                <w:sz w:val="20"/>
                <w:szCs w:val="20"/>
                <w:lang w:val="pl-PL" w:eastAsia="pl-PL"/>
              </w:rPr>
            </w:pPr>
          </w:p>
        </w:tc>
      </w:tr>
    </w:tbl>
    <w:p w14:paraId="0E46F000" w14:textId="77777777" w:rsidR="00837586" w:rsidRDefault="00837586">
      <w:pPr>
        <w:sectPr w:rsidR="00837586" w:rsidSect="00837586">
          <w:headerReference w:type="default" r:id="rId29"/>
          <w:footerReference w:type="default" r:id="rId30"/>
          <w:pgSz w:w="11906" w:h="16838"/>
          <w:pgMar w:top="680" w:right="680" w:bottom="680" w:left="680" w:header="312" w:footer="312" w:gutter="0"/>
          <w:cols w:space="720"/>
          <w:docGrid w:linePitch="360"/>
        </w:sectPr>
      </w:pPr>
    </w:p>
    <w:p w14:paraId="5271EE7D" w14:textId="77777777" w:rsidR="00C127F7" w:rsidRDefault="00000000">
      <w:pPr>
        <w:keepNext/>
        <w:spacing w:after="40"/>
        <w:jc w:val="right"/>
      </w:pPr>
      <w:r>
        <w:rPr>
          <w:b/>
          <w:color w:val="1F4E79"/>
          <w:sz w:val="18"/>
        </w:rPr>
        <w:lastRenderedPageBreak/>
        <w:t>Załącznik nr 10</w:t>
      </w:r>
    </w:p>
    <w:p w14:paraId="77D71DFA" w14:textId="77777777" w:rsidR="00C127F7" w:rsidRDefault="00000000">
      <w:pPr>
        <w:keepNext/>
        <w:spacing w:before="20" w:after="60"/>
        <w:jc w:val="center"/>
      </w:pPr>
      <w:r>
        <w:rPr>
          <w:b/>
          <w:color w:val="000000"/>
          <w:sz w:val="27"/>
        </w:rPr>
        <w:t>PROTOKÓŁ MEDIACJI</w:t>
      </w:r>
    </w:p>
    <w:tbl>
      <w:tblPr>
        <w:tblW w:w="0" w:type="auto"/>
        <w:jc w:val="center"/>
        <w:tblLayout w:type="fixed"/>
        <w:tblLook w:val="04A0" w:firstRow="1" w:lastRow="0" w:firstColumn="1" w:lastColumn="0" w:noHBand="0" w:noVBand="1"/>
      </w:tblPr>
      <w:tblGrid>
        <w:gridCol w:w="3969"/>
        <w:gridCol w:w="6123"/>
      </w:tblGrid>
      <w:tr w:rsidR="00C127F7" w14:paraId="2C70C68B" w14:textId="77777777">
        <w:trPr>
          <w:cantSplit/>
          <w:trHeight w:val="312"/>
          <w:jc w:val="center"/>
        </w:trPr>
        <w:tc>
          <w:tcPr>
            <w:tcW w:w="396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12A60798" w14:textId="77777777" w:rsidR="00C127F7" w:rsidRDefault="00000000">
            <w:r>
              <w:rPr>
                <w:b/>
                <w:color w:val="000000"/>
                <w:sz w:val="17"/>
              </w:rPr>
              <w:t>Numer sprawy</w:t>
            </w:r>
          </w:p>
        </w:tc>
        <w:tc>
          <w:tcPr>
            <w:tcW w:w="6123"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067E0ACB" w14:textId="77777777" w:rsidR="00C127F7" w:rsidRDefault="00C127F7"/>
        </w:tc>
      </w:tr>
      <w:tr w:rsidR="00C127F7" w14:paraId="237AC81D" w14:textId="77777777">
        <w:trPr>
          <w:cantSplit/>
          <w:trHeight w:val="369"/>
          <w:jc w:val="center"/>
        </w:trPr>
        <w:tc>
          <w:tcPr>
            <w:tcW w:w="396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7D7D9031" w14:textId="77777777" w:rsidR="00C127F7" w:rsidRDefault="00000000">
            <w:r>
              <w:rPr>
                <w:b/>
                <w:color w:val="000000"/>
                <w:sz w:val="17"/>
              </w:rPr>
              <w:t>Data i miejsce mediacji</w:t>
            </w:r>
          </w:p>
        </w:tc>
        <w:tc>
          <w:tcPr>
            <w:tcW w:w="6123"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5511B5DD" w14:textId="77777777" w:rsidR="00C127F7" w:rsidRDefault="00C127F7"/>
        </w:tc>
      </w:tr>
      <w:tr w:rsidR="00C127F7" w14:paraId="113281C8" w14:textId="77777777">
        <w:trPr>
          <w:cantSplit/>
          <w:trHeight w:val="312"/>
          <w:jc w:val="center"/>
        </w:trPr>
        <w:tc>
          <w:tcPr>
            <w:tcW w:w="396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385BB86F" w14:textId="77777777" w:rsidR="00C127F7" w:rsidRDefault="00000000">
            <w:r>
              <w:rPr>
                <w:b/>
                <w:color w:val="000000"/>
                <w:sz w:val="17"/>
              </w:rPr>
              <w:t>Osoba prowadząca</w:t>
            </w:r>
          </w:p>
        </w:tc>
        <w:tc>
          <w:tcPr>
            <w:tcW w:w="6123"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31BF4122" w14:textId="77777777" w:rsidR="00C127F7" w:rsidRDefault="00C127F7"/>
        </w:tc>
      </w:tr>
      <w:tr w:rsidR="00C127F7" w14:paraId="2F0F3B43" w14:textId="77777777">
        <w:trPr>
          <w:cantSplit/>
          <w:trHeight w:val="425"/>
          <w:jc w:val="center"/>
        </w:trPr>
        <w:tc>
          <w:tcPr>
            <w:tcW w:w="396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59A9939F" w14:textId="77777777" w:rsidR="00C127F7" w:rsidRDefault="00000000">
            <w:r>
              <w:rPr>
                <w:b/>
                <w:color w:val="000000"/>
                <w:sz w:val="17"/>
              </w:rPr>
              <w:t>Strony mediacji</w:t>
            </w:r>
          </w:p>
        </w:tc>
        <w:tc>
          <w:tcPr>
            <w:tcW w:w="6123"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59911CEB" w14:textId="77777777" w:rsidR="00C127F7" w:rsidRDefault="00C127F7"/>
        </w:tc>
      </w:tr>
      <w:tr w:rsidR="00C127F7" w14:paraId="4F0D7875" w14:textId="77777777">
        <w:trPr>
          <w:cantSplit/>
          <w:trHeight w:val="397"/>
          <w:jc w:val="center"/>
        </w:trPr>
        <w:tc>
          <w:tcPr>
            <w:tcW w:w="396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766155A6" w14:textId="77777777" w:rsidR="00C127F7" w:rsidRDefault="00000000">
            <w:r>
              <w:rPr>
                <w:b/>
                <w:color w:val="000000"/>
                <w:sz w:val="17"/>
              </w:rPr>
              <w:t>Inne osoby uczestniczące (jeżeli dotyczy)</w:t>
            </w:r>
          </w:p>
        </w:tc>
        <w:tc>
          <w:tcPr>
            <w:tcW w:w="6123"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0F1FB91E" w14:textId="77777777" w:rsidR="00C127F7" w:rsidRDefault="00C127F7"/>
        </w:tc>
      </w:tr>
      <w:tr w:rsidR="00C127F7" w14:paraId="7E4AAEB4" w14:textId="77777777">
        <w:trPr>
          <w:jc w:val="center"/>
        </w:trPr>
        <w:tc>
          <w:tcPr>
            <w:tcW w:w="396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52D3020F" w14:textId="77777777" w:rsidR="00C127F7" w:rsidRDefault="00000000">
            <w:r>
              <w:rPr>
                <w:b/>
                <w:color w:val="000000"/>
                <w:sz w:val="17"/>
              </w:rPr>
              <w:t>Potwierdzenie dobrowolności:</w:t>
            </w:r>
          </w:p>
        </w:tc>
        <w:tc>
          <w:tcPr>
            <w:tcW w:w="6123" w:type="dxa"/>
            <w:tcBorders>
              <w:top w:val="single" w:sz="6" w:space="0" w:color="6B6B6B"/>
              <w:left w:val="single" w:sz="6" w:space="0" w:color="6B6B6B"/>
              <w:bottom w:val="single" w:sz="6" w:space="0" w:color="6B6B6B"/>
              <w:right w:val="single" w:sz="6" w:space="0" w:color="6B6B6B"/>
            </w:tcBorders>
          </w:tcPr>
          <w:p w14:paraId="0402E653" w14:textId="77777777" w:rsidR="00C127F7" w:rsidRDefault="00000000">
            <w:r>
              <w:rPr>
                <w:color w:val="000000"/>
                <w:sz w:val="16"/>
              </w:rPr>
              <w:t>☐ strony wyraziły zgodę na mediację    ☐ strona wycofała zgodę w trakcie mediacji</w:t>
            </w:r>
          </w:p>
        </w:tc>
      </w:tr>
      <w:tr w:rsidR="00C127F7" w14:paraId="1B7E23B6" w14:textId="77777777">
        <w:trPr>
          <w:cantSplit/>
          <w:trHeight w:val="567"/>
          <w:jc w:val="center"/>
        </w:trPr>
        <w:tc>
          <w:tcPr>
            <w:tcW w:w="396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121D2435" w14:textId="77777777" w:rsidR="00C127F7" w:rsidRDefault="00000000">
            <w:r>
              <w:rPr>
                <w:b/>
                <w:color w:val="000000"/>
                <w:sz w:val="17"/>
              </w:rPr>
              <w:t>Przedmiot mediacji – opis ogólny</w:t>
            </w:r>
          </w:p>
        </w:tc>
        <w:tc>
          <w:tcPr>
            <w:tcW w:w="6123"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0302BFA1" w14:textId="77777777" w:rsidR="00C127F7" w:rsidRDefault="00C127F7"/>
        </w:tc>
      </w:tr>
      <w:tr w:rsidR="00C127F7" w14:paraId="10003A9D" w14:textId="77777777">
        <w:trPr>
          <w:cantSplit/>
          <w:trHeight w:val="1814"/>
          <w:jc w:val="center"/>
        </w:trPr>
        <w:tc>
          <w:tcPr>
            <w:tcW w:w="396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512CB4A4" w14:textId="77777777" w:rsidR="00C127F7" w:rsidRDefault="00000000">
            <w:r>
              <w:rPr>
                <w:b/>
                <w:color w:val="000000"/>
                <w:sz w:val="17"/>
              </w:rPr>
              <w:t>Przebieg mediacji – najważniejsze etapy bez szczegółowego zapisu wypowiedzi</w:t>
            </w:r>
          </w:p>
        </w:tc>
        <w:tc>
          <w:tcPr>
            <w:tcW w:w="6123"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3B1AD8E9" w14:textId="77777777" w:rsidR="00C127F7" w:rsidRDefault="00C127F7"/>
        </w:tc>
      </w:tr>
      <w:tr w:rsidR="00C127F7" w14:paraId="2D2F74F4" w14:textId="77777777">
        <w:trPr>
          <w:cantSplit/>
          <w:trHeight w:val="907"/>
          <w:jc w:val="center"/>
        </w:trPr>
        <w:tc>
          <w:tcPr>
            <w:tcW w:w="396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73D555F3" w14:textId="77777777" w:rsidR="00C127F7" w:rsidRDefault="00000000">
            <w:r>
              <w:rPr>
                <w:b/>
                <w:color w:val="000000"/>
                <w:sz w:val="17"/>
              </w:rPr>
              <w:t>Ustalenia stron</w:t>
            </w:r>
          </w:p>
        </w:tc>
        <w:tc>
          <w:tcPr>
            <w:tcW w:w="6123"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5A4F3EF7" w14:textId="77777777" w:rsidR="00C127F7" w:rsidRDefault="00C127F7"/>
        </w:tc>
      </w:tr>
      <w:tr w:rsidR="00C127F7" w14:paraId="2462EC7F" w14:textId="77777777">
        <w:trPr>
          <w:cantSplit/>
          <w:trHeight w:val="454"/>
          <w:jc w:val="center"/>
        </w:trPr>
        <w:tc>
          <w:tcPr>
            <w:tcW w:w="396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10A68BB6" w14:textId="77777777" w:rsidR="00C127F7" w:rsidRDefault="00000000">
            <w:r>
              <w:rPr>
                <w:b/>
                <w:color w:val="000000"/>
                <w:sz w:val="17"/>
              </w:rPr>
              <w:t>Sposób zakończenia</w:t>
            </w:r>
          </w:p>
        </w:tc>
        <w:tc>
          <w:tcPr>
            <w:tcW w:w="6123"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604A7B24" w14:textId="77777777" w:rsidR="00C127F7" w:rsidRDefault="00C127F7"/>
        </w:tc>
      </w:tr>
      <w:tr w:rsidR="00C127F7" w14:paraId="34028557" w14:textId="77777777">
        <w:trPr>
          <w:jc w:val="center"/>
        </w:trPr>
        <w:tc>
          <w:tcPr>
            <w:tcW w:w="3969"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02178481" w14:textId="77777777" w:rsidR="00C127F7" w:rsidRDefault="00000000">
            <w:r>
              <w:rPr>
                <w:b/>
                <w:color w:val="000000"/>
                <w:sz w:val="17"/>
              </w:rPr>
              <w:t>Rezultat:</w:t>
            </w:r>
          </w:p>
        </w:tc>
        <w:tc>
          <w:tcPr>
            <w:tcW w:w="6123" w:type="dxa"/>
            <w:tcBorders>
              <w:top w:val="single" w:sz="6" w:space="0" w:color="6B6B6B"/>
              <w:left w:val="single" w:sz="6" w:space="0" w:color="6B6B6B"/>
              <w:bottom w:val="single" w:sz="6" w:space="0" w:color="6B6B6B"/>
              <w:right w:val="single" w:sz="6" w:space="0" w:color="6B6B6B"/>
            </w:tcBorders>
          </w:tcPr>
          <w:p w14:paraId="5B42FD76" w14:textId="77777777" w:rsidR="00C127F7" w:rsidRDefault="00000000">
            <w:r>
              <w:rPr>
                <w:color w:val="000000"/>
                <w:sz w:val="16"/>
              </w:rPr>
              <w:t>☐ zawarto porozumienie    ☐ częściowe uzgodnienie    ☐ bez porozumienia    ☐ mediację przerwano</w:t>
            </w:r>
          </w:p>
        </w:tc>
      </w:tr>
    </w:tbl>
    <w:p w14:paraId="5FC2338B" w14:textId="77777777" w:rsidR="00C127F7" w:rsidRDefault="00C127F7">
      <w:pPr>
        <w:spacing w:before="80"/>
      </w:pPr>
    </w:p>
    <w:tbl>
      <w:tblPr>
        <w:tblW w:w="0" w:type="auto"/>
        <w:jc w:val="center"/>
        <w:tblLayout w:type="fixed"/>
        <w:tblLook w:val="04A0" w:firstRow="1" w:lastRow="0" w:firstColumn="1" w:lastColumn="0" w:noHBand="0" w:noVBand="1"/>
      </w:tblPr>
      <w:tblGrid>
        <w:gridCol w:w="3345"/>
        <w:gridCol w:w="3345"/>
        <w:gridCol w:w="3345"/>
      </w:tblGrid>
      <w:tr w:rsidR="00C127F7" w14:paraId="18B0E558" w14:textId="77777777">
        <w:trPr>
          <w:jc w:val="center"/>
        </w:trPr>
        <w:tc>
          <w:tcPr>
            <w:tcW w:w="3345" w:type="dxa"/>
            <w:tcBorders>
              <w:top w:val="nil"/>
              <w:left w:val="nil"/>
              <w:bottom w:val="nil"/>
              <w:right w:val="nil"/>
            </w:tcBorders>
            <w:tcMar>
              <w:top w:w="70" w:type="dxa"/>
              <w:left w:w="90" w:type="dxa"/>
              <w:bottom w:w="70" w:type="dxa"/>
              <w:right w:w="90" w:type="dxa"/>
            </w:tcMar>
            <w:vAlign w:val="center"/>
          </w:tcPr>
          <w:p w14:paraId="38404CA3" w14:textId="77777777" w:rsidR="00C127F7" w:rsidRDefault="00000000">
            <w:pPr>
              <w:jc w:val="center"/>
            </w:pPr>
            <w:r>
              <w:rPr>
                <w:color w:val="666666"/>
                <w:sz w:val="18"/>
              </w:rPr>
              <w:t>........................................................</w:t>
            </w:r>
          </w:p>
        </w:tc>
        <w:tc>
          <w:tcPr>
            <w:tcW w:w="3345" w:type="dxa"/>
            <w:tcBorders>
              <w:top w:val="nil"/>
              <w:left w:val="nil"/>
              <w:bottom w:val="nil"/>
              <w:right w:val="nil"/>
            </w:tcBorders>
            <w:tcMar>
              <w:top w:w="70" w:type="dxa"/>
              <w:left w:w="90" w:type="dxa"/>
              <w:bottom w:w="70" w:type="dxa"/>
              <w:right w:w="90" w:type="dxa"/>
            </w:tcMar>
            <w:vAlign w:val="center"/>
          </w:tcPr>
          <w:p w14:paraId="15C8EDB2" w14:textId="77777777" w:rsidR="00C127F7" w:rsidRDefault="00000000">
            <w:pPr>
              <w:jc w:val="center"/>
            </w:pPr>
            <w:r>
              <w:rPr>
                <w:color w:val="666666"/>
                <w:sz w:val="18"/>
              </w:rPr>
              <w:t>........................................................</w:t>
            </w:r>
          </w:p>
        </w:tc>
        <w:tc>
          <w:tcPr>
            <w:tcW w:w="3345" w:type="dxa"/>
            <w:tcBorders>
              <w:top w:val="nil"/>
              <w:left w:val="nil"/>
              <w:bottom w:val="nil"/>
              <w:right w:val="nil"/>
            </w:tcBorders>
            <w:tcMar>
              <w:top w:w="70" w:type="dxa"/>
              <w:left w:w="90" w:type="dxa"/>
              <w:bottom w:w="70" w:type="dxa"/>
              <w:right w:w="90" w:type="dxa"/>
            </w:tcMar>
            <w:vAlign w:val="center"/>
          </w:tcPr>
          <w:p w14:paraId="58538F64" w14:textId="77777777" w:rsidR="00C127F7" w:rsidRDefault="00000000">
            <w:pPr>
              <w:jc w:val="center"/>
            </w:pPr>
            <w:r>
              <w:rPr>
                <w:color w:val="666666"/>
                <w:sz w:val="18"/>
              </w:rPr>
              <w:t>........................................................</w:t>
            </w:r>
          </w:p>
        </w:tc>
      </w:tr>
      <w:tr w:rsidR="00C127F7" w14:paraId="68B52A8B" w14:textId="77777777">
        <w:trPr>
          <w:jc w:val="center"/>
        </w:trPr>
        <w:tc>
          <w:tcPr>
            <w:tcW w:w="3345" w:type="dxa"/>
            <w:tcBorders>
              <w:top w:val="nil"/>
              <w:left w:val="nil"/>
              <w:bottom w:val="nil"/>
              <w:right w:val="nil"/>
            </w:tcBorders>
            <w:tcMar>
              <w:top w:w="70" w:type="dxa"/>
              <w:left w:w="90" w:type="dxa"/>
              <w:bottom w:w="70" w:type="dxa"/>
              <w:right w:w="90" w:type="dxa"/>
            </w:tcMar>
            <w:vAlign w:val="center"/>
          </w:tcPr>
          <w:p w14:paraId="555B17AA" w14:textId="77777777" w:rsidR="00C127F7" w:rsidRDefault="00000000">
            <w:pPr>
              <w:jc w:val="center"/>
            </w:pPr>
            <w:r>
              <w:rPr>
                <w:color w:val="666666"/>
                <w:sz w:val="17"/>
              </w:rPr>
              <w:t>podpis Rzecznika / mediatora</w:t>
            </w:r>
          </w:p>
        </w:tc>
        <w:tc>
          <w:tcPr>
            <w:tcW w:w="3345" w:type="dxa"/>
            <w:tcBorders>
              <w:top w:val="nil"/>
              <w:left w:val="nil"/>
              <w:bottom w:val="nil"/>
              <w:right w:val="nil"/>
            </w:tcBorders>
            <w:tcMar>
              <w:top w:w="70" w:type="dxa"/>
              <w:left w:w="90" w:type="dxa"/>
              <w:bottom w:w="70" w:type="dxa"/>
              <w:right w:w="90" w:type="dxa"/>
            </w:tcMar>
            <w:vAlign w:val="center"/>
          </w:tcPr>
          <w:p w14:paraId="22A7C587" w14:textId="77777777" w:rsidR="00C127F7" w:rsidRDefault="00000000">
            <w:pPr>
              <w:jc w:val="center"/>
            </w:pPr>
            <w:r>
              <w:rPr>
                <w:color w:val="666666"/>
                <w:sz w:val="17"/>
              </w:rPr>
              <w:t>podpis strony 1</w:t>
            </w:r>
          </w:p>
        </w:tc>
        <w:tc>
          <w:tcPr>
            <w:tcW w:w="3345" w:type="dxa"/>
            <w:tcBorders>
              <w:top w:val="nil"/>
              <w:left w:val="nil"/>
              <w:bottom w:val="nil"/>
              <w:right w:val="nil"/>
            </w:tcBorders>
            <w:tcMar>
              <w:top w:w="70" w:type="dxa"/>
              <w:left w:w="90" w:type="dxa"/>
              <w:bottom w:w="70" w:type="dxa"/>
              <w:right w:w="90" w:type="dxa"/>
            </w:tcMar>
            <w:vAlign w:val="center"/>
          </w:tcPr>
          <w:p w14:paraId="19518DAF" w14:textId="77777777" w:rsidR="00C127F7" w:rsidRDefault="00000000">
            <w:pPr>
              <w:jc w:val="center"/>
            </w:pPr>
            <w:r>
              <w:rPr>
                <w:color w:val="666666"/>
                <w:sz w:val="17"/>
              </w:rPr>
              <w:t>podpis strony 2</w:t>
            </w:r>
          </w:p>
        </w:tc>
      </w:tr>
    </w:tbl>
    <w:p w14:paraId="092E0AA3" w14:textId="77777777" w:rsidR="00C127F7" w:rsidRDefault="00C127F7">
      <w:pPr>
        <w:sectPr w:rsidR="00C127F7">
          <w:headerReference w:type="default" r:id="rId31"/>
          <w:footerReference w:type="default" r:id="rId32"/>
          <w:pgSz w:w="11906" w:h="16838"/>
          <w:pgMar w:top="765" w:right="907" w:bottom="709" w:left="907" w:header="312" w:footer="312" w:gutter="0"/>
          <w:cols w:space="720"/>
          <w:docGrid w:linePitch="360"/>
        </w:sectPr>
      </w:pPr>
    </w:p>
    <w:p w14:paraId="465AD785" w14:textId="77777777" w:rsidR="00C127F7" w:rsidRDefault="00000000">
      <w:pPr>
        <w:keepNext/>
        <w:spacing w:after="40"/>
        <w:jc w:val="right"/>
      </w:pPr>
      <w:r>
        <w:rPr>
          <w:b/>
          <w:color w:val="1F4E79"/>
          <w:sz w:val="18"/>
        </w:rPr>
        <w:lastRenderedPageBreak/>
        <w:t>Załącznik nr 11</w:t>
      </w:r>
    </w:p>
    <w:p w14:paraId="260AEE06" w14:textId="77777777" w:rsidR="00C127F7" w:rsidRDefault="00000000">
      <w:pPr>
        <w:keepNext/>
        <w:spacing w:before="20" w:after="60"/>
        <w:jc w:val="center"/>
      </w:pPr>
      <w:r>
        <w:rPr>
          <w:b/>
          <w:color w:val="000000"/>
          <w:sz w:val="27"/>
        </w:rPr>
        <w:t>POROZUMIENIE MEDIACYJNE</w:t>
      </w:r>
    </w:p>
    <w:tbl>
      <w:tblPr>
        <w:tblW w:w="0" w:type="auto"/>
        <w:jc w:val="center"/>
        <w:tblLayout w:type="fixed"/>
        <w:tblLook w:val="04A0" w:firstRow="1" w:lastRow="0" w:firstColumn="1" w:lastColumn="0" w:noHBand="0" w:noVBand="1"/>
      </w:tblPr>
      <w:tblGrid>
        <w:gridCol w:w="4082"/>
        <w:gridCol w:w="6009"/>
      </w:tblGrid>
      <w:tr w:rsidR="00C127F7" w14:paraId="0E0C58C9" w14:textId="77777777">
        <w:trPr>
          <w:cantSplit/>
          <w:trHeight w:val="340"/>
          <w:jc w:val="center"/>
        </w:trPr>
        <w:tc>
          <w:tcPr>
            <w:tcW w:w="408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0C5A1474" w14:textId="77777777" w:rsidR="00C127F7" w:rsidRDefault="00000000">
            <w:r>
              <w:rPr>
                <w:b/>
                <w:color w:val="000000"/>
                <w:sz w:val="18"/>
              </w:rPr>
              <w:t>Numer sprawy</w:t>
            </w:r>
          </w:p>
        </w:tc>
        <w:tc>
          <w:tcPr>
            <w:tcW w:w="6009"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76CF696C" w14:textId="77777777" w:rsidR="00C127F7" w:rsidRDefault="00C127F7"/>
        </w:tc>
      </w:tr>
      <w:tr w:rsidR="00C127F7" w14:paraId="4442F770" w14:textId="77777777">
        <w:trPr>
          <w:cantSplit/>
          <w:trHeight w:val="369"/>
          <w:jc w:val="center"/>
        </w:trPr>
        <w:tc>
          <w:tcPr>
            <w:tcW w:w="408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0AB6D6F0" w14:textId="77777777" w:rsidR="00C127F7" w:rsidRDefault="00000000">
            <w:r>
              <w:rPr>
                <w:b/>
                <w:color w:val="000000"/>
                <w:sz w:val="18"/>
              </w:rPr>
              <w:t>Data i miejsce zawarcia porozumienia</w:t>
            </w:r>
          </w:p>
        </w:tc>
        <w:tc>
          <w:tcPr>
            <w:tcW w:w="6009"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23606658" w14:textId="77777777" w:rsidR="00C127F7" w:rsidRDefault="00C127F7"/>
        </w:tc>
      </w:tr>
      <w:tr w:rsidR="00C127F7" w14:paraId="58EC130C" w14:textId="77777777">
        <w:trPr>
          <w:cantSplit/>
          <w:trHeight w:val="425"/>
          <w:jc w:val="center"/>
        </w:trPr>
        <w:tc>
          <w:tcPr>
            <w:tcW w:w="408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581B69BD" w14:textId="77777777" w:rsidR="00C127F7" w:rsidRDefault="00000000">
            <w:r>
              <w:rPr>
                <w:b/>
                <w:color w:val="000000"/>
                <w:sz w:val="18"/>
              </w:rPr>
              <w:t>Strony porozumienia</w:t>
            </w:r>
          </w:p>
        </w:tc>
        <w:tc>
          <w:tcPr>
            <w:tcW w:w="6009"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2EB460A3" w14:textId="77777777" w:rsidR="00C127F7" w:rsidRDefault="00C127F7"/>
        </w:tc>
      </w:tr>
    </w:tbl>
    <w:p w14:paraId="73A39849" w14:textId="77777777" w:rsidR="00C127F7" w:rsidRDefault="00000000">
      <w:pPr>
        <w:spacing w:before="120" w:after="40"/>
      </w:pPr>
      <w:r>
        <w:rPr>
          <w:color w:val="000000"/>
          <w:sz w:val="19"/>
        </w:rPr>
        <w:t>Po przeprowadzeniu mediacji strony dobrowolnie przyjmują następujące ustalenia:</w:t>
      </w:r>
    </w:p>
    <w:tbl>
      <w:tblPr>
        <w:tblW w:w="0" w:type="auto"/>
        <w:jc w:val="center"/>
        <w:tblLayout w:type="fixed"/>
        <w:tblLook w:val="04A0" w:firstRow="1" w:lastRow="0" w:firstColumn="1" w:lastColumn="0" w:noHBand="0" w:noVBand="1"/>
      </w:tblPr>
      <w:tblGrid>
        <w:gridCol w:w="680"/>
        <w:gridCol w:w="3855"/>
        <w:gridCol w:w="1984"/>
        <w:gridCol w:w="3573"/>
        <w:gridCol w:w="132"/>
      </w:tblGrid>
      <w:tr w:rsidR="00C127F7" w14:paraId="101370E1" w14:textId="77777777">
        <w:trPr>
          <w:trHeight w:val="482"/>
          <w:tblHeader/>
          <w:jc w:val="center"/>
        </w:trPr>
        <w:tc>
          <w:tcPr>
            <w:tcW w:w="680"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66161C0F" w14:textId="77777777" w:rsidR="00C127F7" w:rsidRDefault="00000000">
            <w:pPr>
              <w:jc w:val="center"/>
            </w:pPr>
            <w:r>
              <w:rPr>
                <w:b/>
                <w:color w:val="000000"/>
                <w:sz w:val="17"/>
              </w:rPr>
              <w:t>Lp.</w:t>
            </w:r>
          </w:p>
        </w:tc>
        <w:tc>
          <w:tcPr>
            <w:tcW w:w="5839" w:type="dxa"/>
            <w:gridSpan w:val="2"/>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793F48E2" w14:textId="77777777" w:rsidR="00C127F7" w:rsidRDefault="00000000">
            <w:pPr>
              <w:jc w:val="center"/>
            </w:pPr>
            <w:r>
              <w:rPr>
                <w:b/>
                <w:color w:val="000000"/>
                <w:sz w:val="17"/>
              </w:rPr>
              <w:t>Ustalenie / zobowiązanie</w:t>
            </w:r>
          </w:p>
        </w:tc>
        <w:tc>
          <w:tcPr>
            <w:tcW w:w="3572" w:type="dxa"/>
            <w:gridSpan w:val="2"/>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0BDBF35A" w14:textId="77777777" w:rsidR="00C127F7" w:rsidRDefault="00000000">
            <w:pPr>
              <w:jc w:val="center"/>
            </w:pPr>
            <w:r>
              <w:rPr>
                <w:b/>
                <w:color w:val="000000"/>
                <w:sz w:val="17"/>
              </w:rPr>
              <w:t>Termin lub sposób realizacji</w:t>
            </w:r>
          </w:p>
        </w:tc>
      </w:tr>
      <w:tr w:rsidR="00C127F7" w14:paraId="03E4A2A1" w14:textId="77777777">
        <w:trPr>
          <w:cantSplit/>
          <w:trHeight w:val="680"/>
          <w:jc w:val="center"/>
        </w:trPr>
        <w:tc>
          <w:tcPr>
            <w:tcW w:w="680"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4DE2F85" w14:textId="77777777" w:rsidR="00C127F7" w:rsidRDefault="00000000">
            <w:r>
              <w:rPr>
                <w:color w:val="000000"/>
                <w:sz w:val="17"/>
              </w:rPr>
              <w:t>1</w:t>
            </w:r>
          </w:p>
        </w:tc>
        <w:tc>
          <w:tcPr>
            <w:tcW w:w="5839" w:type="dxa"/>
            <w:gridSpan w:val="2"/>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AD1DB9A" w14:textId="77777777" w:rsidR="00C127F7" w:rsidRDefault="00C127F7"/>
        </w:tc>
        <w:tc>
          <w:tcPr>
            <w:tcW w:w="3572" w:type="dxa"/>
            <w:gridSpan w:val="2"/>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FE29E6E" w14:textId="77777777" w:rsidR="00C127F7" w:rsidRDefault="00C127F7"/>
        </w:tc>
      </w:tr>
      <w:tr w:rsidR="00C127F7" w14:paraId="3AA94FF3" w14:textId="77777777">
        <w:trPr>
          <w:cantSplit/>
          <w:trHeight w:val="680"/>
          <w:jc w:val="center"/>
        </w:trPr>
        <w:tc>
          <w:tcPr>
            <w:tcW w:w="680"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53FA498" w14:textId="77777777" w:rsidR="00C127F7" w:rsidRDefault="00000000">
            <w:r>
              <w:rPr>
                <w:color w:val="000000"/>
                <w:sz w:val="17"/>
              </w:rPr>
              <w:t>2</w:t>
            </w:r>
          </w:p>
        </w:tc>
        <w:tc>
          <w:tcPr>
            <w:tcW w:w="5839" w:type="dxa"/>
            <w:gridSpan w:val="2"/>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59A5E92" w14:textId="77777777" w:rsidR="00C127F7" w:rsidRDefault="00C127F7"/>
        </w:tc>
        <w:tc>
          <w:tcPr>
            <w:tcW w:w="3572" w:type="dxa"/>
            <w:gridSpan w:val="2"/>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E2ACA8D" w14:textId="77777777" w:rsidR="00C127F7" w:rsidRDefault="00C127F7"/>
        </w:tc>
      </w:tr>
      <w:tr w:rsidR="00C127F7" w14:paraId="4B177F30" w14:textId="77777777">
        <w:trPr>
          <w:cantSplit/>
          <w:trHeight w:val="680"/>
          <w:jc w:val="center"/>
        </w:trPr>
        <w:tc>
          <w:tcPr>
            <w:tcW w:w="680"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C6CF71F" w14:textId="77777777" w:rsidR="00C127F7" w:rsidRDefault="00000000">
            <w:r>
              <w:rPr>
                <w:color w:val="000000"/>
                <w:sz w:val="17"/>
              </w:rPr>
              <w:t>3</w:t>
            </w:r>
          </w:p>
        </w:tc>
        <w:tc>
          <w:tcPr>
            <w:tcW w:w="5839" w:type="dxa"/>
            <w:gridSpan w:val="2"/>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B510B92" w14:textId="77777777" w:rsidR="00C127F7" w:rsidRDefault="00C127F7"/>
        </w:tc>
        <w:tc>
          <w:tcPr>
            <w:tcW w:w="3572" w:type="dxa"/>
            <w:gridSpan w:val="2"/>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F35B96D" w14:textId="77777777" w:rsidR="00C127F7" w:rsidRDefault="00C127F7"/>
        </w:tc>
      </w:tr>
      <w:tr w:rsidR="00C127F7" w14:paraId="5C22B4F1" w14:textId="77777777">
        <w:trPr>
          <w:cantSplit/>
          <w:trHeight w:val="680"/>
          <w:jc w:val="center"/>
        </w:trPr>
        <w:tc>
          <w:tcPr>
            <w:tcW w:w="680"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F772030" w14:textId="77777777" w:rsidR="00C127F7" w:rsidRDefault="00000000">
            <w:r>
              <w:rPr>
                <w:color w:val="000000"/>
                <w:sz w:val="17"/>
              </w:rPr>
              <w:t>4</w:t>
            </w:r>
          </w:p>
        </w:tc>
        <w:tc>
          <w:tcPr>
            <w:tcW w:w="5839" w:type="dxa"/>
            <w:gridSpan w:val="2"/>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81AC3C6" w14:textId="77777777" w:rsidR="00C127F7" w:rsidRDefault="00C127F7"/>
        </w:tc>
        <w:tc>
          <w:tcPr>
            <w:tcW w:w="3572" w:type="dxa"/>
            <w:gridSpan w:val="2"/>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5D58A2D" w14:textId="77777777" w:rsidR="00C127F7" w:rsidRDefault="00C127F7"/>
        </w:tc>
      </w:tr>
      <w:tr w:rsidR="00C127F7" w14:paraId="5F9CBC0E" w14:textId="77777777">
        <w:trPr>
          <w:cantSplit/>
          <w:trHeight w:val="680"/>
          <w:jc w:val="center"/>
        </w:trPr>
        <w:tc>
          <w:tcPr>
            <w:tcW w:w="680"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A845E2A" w14:textId="77777777" w:rsidR="00C127F7" w:rsidRDefault="00000000">
            <w:r>
              <w:rPr>
                <w:color w:val="000000"/>
                <w:sz w:val="17"/>
              </w:rPr>
              <w:t>5</w:t>
            </w:r>
          </w:p>
        </w:tc>
        <w:tc>
          <w:tcPr>
            <w:tcW w:w="5839" w:type="dxa"/>
            <w:gridSpan w:val="2"/>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31D3838" w14:textId="77777777" w:rsidR="00C127F7" w:rsidRDefault="00C127F7"/>
        </w:tc>
        <w:tc>
          <w:tcPr>
            <w:tcW w:w="3572" w:type="dxa"/>
            <w:gridSpan w:val="2"/>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3027059" w14:textId="77777777" w:rsidR="00C127F7" w:rsidRDefault="00C127F7"/>
        </w:tc>
      </w:tr>
      <w:tr w:rsidR="00C127F7" w14:paraId="2065F729" w14:textId="77777777">
        <w:trPr>
          <w:cantSplit/>
          <w:trHeight w:val="680"/>
          <w:jc w:val="center"/>
        </w:trPr>
        <w:tc>
          <w:tcPr>
            <w:tcW w:w="4535" w:type="dxa"/>
            <w:gridSpan w:val="2"/>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1AE75EFF" w14:textId="77777777" w:rsidR="00C127F7" w:rsidRDefault="00000000">
            <w:r>
              <w:rPr>
                <w:b/>
                <w:color w:val="000000"/>
                <w:sz w:val="17"/>
              </w:rPr>
              <w:t>Sposób sprawdzenia realizacji ustaleń</w:t>
            </w:r>
          </w:p>
        </w:tc>
        <w:tc>
          <w:tcPr>
            <w:tcW w:w="5556" w:type="dxa"/>
            <w:gridSpan w:val="3"/>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3934246B" w14:textId="77777777" w:rsidR="00C127F7" w:rsidRDefault="00C127F7"/>
        </w:tc>
      </w:tr>
      <w:tr w:rsidR="00C127F7" w14:paraId="14B51E60" w14:textId="77777777">
        <w:trPr>
          <w:cantSplit/>
          <w:trHeight w:val="907"/>
          <w:jc w:val="center"/>
        </w:trPr>
        <w:tc>
          <w:tcPr>
            <w:tcW w:w="4535" w:type="dxa"/>
            <w:gridSpan w:val="2"/>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02C7B504" w14:textId="77777777" w:rsidR="00C127F7" w:rsidRDefault="00000000">
            <w:r>
              <w:rPr>
                <w:b/>
                <w:color w:val="000000"/>
                <w:sz w:val="17"/>
              </w:rPr>
              <w:t>Dodatkowe postanowienia</w:t>
            </w:r>
          </w:p>
        </w:tc>
        <w:tc>
          <w:tcPr>
            <w:tcW w:w="5556" w:type="dxa"/>
            <w:gridSpan w:val="3"/>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42781B1E" w14:textId="77777777" w:rsidR="00C127F7" w:rsidRDefault="00C127F7"/>
        </w:tc>
      </w:tr>
      <w:tr w:rsidR="00C127F7" w14:paraId="587B0D3B" w14:textId="77777777">
        <w:trPr>
          <w:gridAfter w:val="1"/>
          <w:wAfter w:w="132" w:type="dxa"/>
          <w:jc w:val="center"/>
        </w:trPr>
        <w:tc>
          <w:tcPr>
            <w:tcW w:w="10092" w:type="dxa"/>
            <w:gridSpan w:val="4"/>
            <w:tcBorders>
              <w:top w:val="single" w:sz="5" w:space="0" w:color="9AA9B5"/>
              <w:left w:val="single" w:sz="5" w:space="0" w:color="9AA9B5"/>
              <w:bottom w:val="single" w:sz="5" w:space="0" w:color="9AA9B5"/>
              <w:right w:val="single" w:sz="5" w:space="0" w:color="9AA9B5"/>
            </w:tcBorders>
            <w:shd w:val="clear" w:color="auto" w:fill="EEF5FB"/>
          </w:tcPr>
          <w:p w14:paraId="035B1681" w14:textId="77777777" w:rsidR="00C127F7" w:rsidRDefault="00000000">
            <w:pPr>
              <w:jc w:val="both"/>
            </w:pPr>
            <w:r>
              <w:rPr>
                <w:i/>
                <w:color w:val="666666"/>
                <w:sz w:val="15"/>
              </w:rPr>
              <w:t>Strony potwierdzają, że porozumienie zostało przyjęte dobrowolnie. Porozumienie nie może ograniczać praw ucznia ani zastępować działań wymaganych przepisami lub procedurami bezpieczeństwa.</w:t>
            </w:r>
          </w:p>
        </w:tc>
      </w:tr>
    </w:tbl>
    <w:p w14:paraId="03B77D62" w14:textId="77777777" w:rsidR="00C127F7" w:rsidRDefault="00C127F7">
      <w:pPr>
        <w:spacing w:before="80"/>
      </w:pPr>
    </w:p>
    <w:tbl>
      <w:tblPr>
        <w:tblW w:w="0" w:type="auto"/>
        <w:jc w:val="center"/>
        <w:tblLayout w:type="fixed"/>
        <w:tblLook w:val="04A0" w:firstRow="1" w:lastRow="0" w:firstColumn="1" w:lastColumn="0" w:noHBand="0" w:noVBand="1"/>
      </w:tblPr>
      <w:tblGrid>
        <w:gridCol w:w="3345"/>
        <w:gridCol w:w="3345"/>
        <w:gridCol w:w="3345"/>
      </w:tblGrid>
      <w:tr w:rsidR="00C127F7" w14:paraId="0ACAC2F2" w14:textId="77777777">
        <w:trPr>
          <w:jc w:val="center"/>
        </w:trPr>
        <w:tc>
          <w:tcPr>
            <w:tcW w:w="3345" w:type="dxa"/>
            <w:tcBorders>
              <w:top w:val="nil"/>
              <w:left w:val="nil"/>
              <w:bottom w:val="nil"/>
              <w:right w:val="nil"/>
            </w:tcBorders>
            <w:tcMar>
              <w:top w:w="70" w:type="dxa"/>
              <w:left w:w="90" w:type="dxa"/>
              <w:bottom w:w="70" w:type="dxa"/>
              <w:right w:w="90" w:type="dxa"/>
            </w:tcMar>
            <w:vAlign w:val="center"/>
          </w:tcPr>
          <w:p w14:paraId="3151D020" w14:textId="77777777" w:rsidR="00C127F7" w:rsidRDefault="00000000">
            <w:pPr>
              <w:jc w:val="center"/>
            </w:pPr>
            <w:r>
              <w:rPr>
                <w:color w:val="666666"/>
                <w:sz w:val="18"/>
              </w:rPr>
              <w:t>........................................................</w:t>
            </w:r>
          </w:p>
        </w:tc>
        <w:tc>
          <w:tcPr>
            <w:tcW w:w="3345" w:type="dxa"/>
            <w:tcBorders>
              <w:top w:val="nil"/>
              <w:left w:val="nil"/>
              <w:bottom w:val="nil"/>
              <w:right w:val="nil"/>
            </w:tcBorders>
            <w:tcMar>
              <w:top w:w="70" w:type="dxa"/>
              <w:left w:w="90" w:type="dxa"/>
              <w:bottom w:w="70" w:type="dxa"/>
              <w:right w:w="90" w:type="dxa"/>
            </w:tcMar>
            <w:vAlign w:val="center"/>
          </w:tcPr>
          <w:p w14:paraId="2AAA25F5" w14:textId="77777777" w:rsidR="00C127F7" w:rsidRDefault="00000000">
            <w:pPr>
              <w:jc w:val="center"/>
            </w:pPr>
            <w:r>
              <w:rPr>
                <w:color w:val="666666"/>
                <w:sz w:val="18"/>
              </w:rPr>
              <w:t>........................................................</w:t>
            </w:r>
          </w:p>
        </w:tc>
        <w:tc>
          <w:tcPr>
            <w:tcW w:w="3345" w:type="dxa"/>
            <w:tcBorders>
              <w:top w:val="nil"/>
              <w:left w:val="nil"/>
              <w:bottom w:val="nil"/>
              <w:right w:val="nil"/>
            </w:tcBorders>
            <w:tcMar>
              <w:top w:w="70" w:type="dxa"/>
              <w:left w:w="90" w:type="dxa"/>
              <w:bottom w:w="70" w:type="dxa"/>
              <w:right w:w="90" w:type="dxa"/>
            </w:tcMar>
            <w:vAlign w:val="center"/>
          </w:tcPr>
          <w:p w14:paraId="5C7EE2AC" w14:textId="77777777" w:rsidR="00C127F7" w:rsidRDefault="00000000">
            <w:pPr>
              <w:jc w:val="center"/>
            </w:pPr>
            <w:r>
              <w:rPr>
                <w:color w:val="666666"/>
                <w:sz w:val="18"/>
              </w:rPr>
              <w:t>........................................................</w:t>
            </w:r>
          </w:p>
        </w:tc>
      </w:tr>
      <w:tr w:rsidR="00C127F7" w14:paraId="36EE90E5" w14:textId="77777777">
        <w:trPr>
          <w:jc w:val="center"/>
        </w:trPr>
        <w:tc>
          <w:tcPr>
            <w:tcW w:w="3345" w:type="dxa"/>
            <w:tcBorders>
              <w:top w:val="nil"/>
              <w:left w:val="nil"/>
              <w:bottom w:val="nil"/>
              <w:right w:val="nil"/>
            </w:tcBorders>
            <w:tcMar>
              <w:top w:w="70" w:type="dxa"/>
              <w:left w:w="90" w:type="dxa"/>
              <w:bottom w:w="70" w:type="dxa"/>
              <w:right w:w="90" w:type="dxa"/>
            </w:tcMar>
            <w:vAlign w:val="center"/>
          </w:tcPr>
          <w:p w14:paraId="1FA564F4" w14:textId="77777777" w:rsidR="00C127F7" w:rsidRDefault="00000000">
            <w:pPr>
              <w:jc w:val="center"/>
            </w:pPr>
            <w:r>
              <w:rPr>
                <w:color w:val="666666"/>
                <w:sz w:val="17"/>
              </w:rPr>
              <w:t>podpis strony 1</w:t>
            </w:r>
          </w:p>
        </w:tc>
        <w:tc>
          <w:tcPr>
            <w:tcW w:w="3345" w:type="dxa"/>
            <w:tcBorders>
              <w:top w:val="nil"/>
              <w:left w:val="nil"/>
              <w:bottom w:val="nil"/>
              <w:right w:val="nil"/>
            </w:tcBorders>
            <w:tcMar>
              <w:top w:w="70" w:type="dxa"/>
              <w:left w:w="90" w:type="dxa"/>
              <w:bottom w:w="70" w:type="dxa"/>
              <w:right w:w="90" w:type="dxa"/>
            </w:tcMar>
            <w:vAlign w:val="center"/>
          </w:tcPr>
          <w:p w14:paraId="271EB078" w14:textId="77777777" w:rsidR="00C127F7" w:rsidRDefault="00000000">
            <w:pPr>
              <w:jc w:val="center"/>
            </w:pPr>
            <w:r>
              <w:rPr>
                <w:color w:val="666666"/>
                <w:sz w:val="17"/>
              </w:rPr>
              <w:t>podpis strony 2</w:t>
            </w:r>
          </w:p>
        </w:tc>
        <w:tc>
          <w:tcPr>
            <w:tcW w:w="3345" w:type="dxa"/>
            <w:tcBorders>
              <w:top w:val="nil"/>
              <w:left w:val="nil"/>
              <w:bottom w:val="nil"/>
              <w:right w:val="nil"/>
            </w:tcBorders>
            <w:tcMar>
              <w:top w:w="70" w:type="dxa"/>
              <w:left w:w="90" w:type="dxa"/>
              <w:bottom w:w="70" w:type="dxa"/>
              <w:right w:w="90" w:type="dxa"/>
            </w:tcMar>
            <w:vAlign w:val="center"/>
          </w:tcPr>
          <w:p w14:paraId="5F64BE8A" w14:textId="77777777" w:rsidR="00C127F7" w:rsidRDefault="00000000">
            <w:pPr>
              <w:jc w:val="center"/>
            </w:pPr>
            <w:r>
              <w:rPr>
                <w:color w:val="666666"/>
                <w:sz w:val="17"/>
              </w:rPr>
              <w:t>podpis Rzecznika / mediatora</w:t>
            </w:r>
          </w:p>
        </w:tc>
      </w:tr>
    </w:tbl>
    <w:p w14:paraId="79397615" w14:textId="77777777" w:rsidR="00C127F7" w:rsidRDefault="00C127F7">
      <w:pPr>
        <w:sectPr w:rsidR="00C127F7">
          <w:headerReference w:type="default" r:id="rId33"/>
          <w:footerReference w:type="default" r:id="rId34"/>
          <w:pgSz w:w="11906" w:h="16838"/>
          <w:pgMar w:top="765" w:right="907" w:bottom="709" w:left="907" w:header="312" w:footer="312" w:gutter="0"/>
          <w:cols w:space="720"/>
          <w:docGrid w:linePitch="360"/>
        </w:sectPr>
      </w:pPr>
    </w:p>
    <w:p w14:paraId="2C73FC1D" w14:textId="77777777" w:rsidR="00C127F7" w:rsidRDefault="00000000">
      <w:pPr>
        <w:keepNext/>
        <w:spacing w:after="40"/>
        <w:jc w:val="right"/>
      </w:pPr>
      <w:r>
        <w:rPr>
          <w:b/>
          <w:color w:val="1F4E79"/>
          <w:sz w:val="18"/>
        </w:rPr>
        <w:lastRenderedPageBreak/>
        <w:t>Załącznik nr 12</w:t>
      </w:r>
    </w:p>
    <w:p w14:paraId="789BC15E" w14:textId="77777777" w:rsidR="00C127F7" w:rsidRDefault="00000000">
      <w:pPr>
        <w:keepNext/>
        <w:spacing w:before="20"/>
        <w:jc w:val="center"/>
      </w:pPr>
      <w:r>
        <w:rPr>
          <w:b/>
          <w:color w:val="000000"/>
          <w:sz w:val="27"/>
        </w:rPr>
        <w:t>KARTA PRZEKAZANIA SPRAWY</w:t>
      </w:r>
    </w:p>
    <w:p w14:paraId="0A563561" w14:textId="77777777" w:rsidR="00C127F7" w:rsidRDefault="00000000">
      <w:pPr>
        <w:keepNext/>
        <w:spacing w:after="60"/>
        <w:jc w:val="center"/>
      </w:pPr>
      <w:r>
        <w:rPr>
          <w:i/>
          <w:color w:val="1F4E79"/>
        </w:rPr>
        <w:t>Dyrektorowi lub innej właściwej osobie</w:t>
      </w:r>
    </w:p>
    <w:tbl>
      <w:tblPr>
        <w:tblW w:w="0" w:type="auto"/>
        <w:jc w:val="center"/>
        <w:tblLayout w:type="fixed"/>
        <w:tblLook w:val="04A0" w:firstRow="1" w:lastRow="0" w:firstColumn="1" w:lastColumn="0" w:noHBand="0" w:noVBand="1"/>
      </w:tblPr>
      <w:tblGrid>
        <w:gridCol w:w="4025"/>
        <w:gridCol w:w="6066"/>
      </w:tblGrid>
      <w:tr w:rsidR="00C127F7" w14:paraId="22C1D59E" w14:textId="77777777">
        <w:trPr>
          <w:cantSplit/>
          <w:trHeight w:val="312"/>
          <w:jc w:val="center"/>
        </w:trPr>
        <w:tc>
          <w:tcPr>
            <w:tcW w:w="402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284A7207" w14:textId="77777777" w:rsidR="00C127F7" w:rsidRDefault="00000000">
            <w:r>
              <w:rPr>
                <w:b/>
                <w:color w:val="000000"/>
                <w:sz w:val="17"/>
              </w:rPr>
              <w:t>Numer sprawy</w:t>
            </w:r>
          </w:p>
        </w:tc>
        <w:tc>
          <w:tcPr>
            <w:tcW w:w="606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4B053B54" w14:textId="77777777" w:rsidR="00C127F7" w:rsidRDefault="00C127F7"/>
        </w:tc>
      </w:tr>
      <w:tr w:rsidR="00C127F7" w14:paraId="29B5F605" w14:textId="77777777">
        <w:trPr>
          <w:cantSplit/>
          <w:trHeight w:val="312"/>
          <w:jc w:val="center"/>
        </w:trPr>
        <w:tc>
          <w:tcPr>
            <w:tcW w:w="402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012CC88C" w14:textId="77777777" w:rsidR="00C127F7" w:rsidRDefault="00000000">
            <w:r>
              <w:rPr>
                <w:b/>
                <w:color w:val="000000"/>
                <w:sz w:val="17"/>
              </w:rPr>
              <w:t>Data i godzina przekazania</w:t>
            </w:r>
          </w:p>
        </w:tc>
        <w:tc>
          <w:tcPr>
            <w:tcW w:w="606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2E16548A" w14:textId="77777777" w:rsidR="00C127F7" w:rsidRDefault="00C127F7"/>
        </w:tc>
      </w:tr>
      <w:tr w:rsidR="00C127F7" w14:paraId="4331B23B" w14:textId="77777777">
        <w:trPr>
          <w:cantSplit/>
          <w:trHeight w:val="369"/>
          <w:jc w:val="center"/>
        </w:trPr>
        <w:tc>
          <w:tcPr>
            <w:tcW w:w="402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44ABF286" w14:textId="77777777" w:rsidR="00C127F7" w:rsidRDefault="00000000">
            <w:r>
              <w:rPr>
                <w:b/>
                <w:color w:val="000000"/>
                <w:sz w:val="17"/>
              </w:rPr>
              <w:t>Osoba / funkcja odbiorcy</w:t>
            </w:r>
          </w:p>
        </w:tc>
        <w:tc>
          <w:tcPr>
            <w:tcW w:w="606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1383D291" w14:textId="77777777" w:rsidR="00C127F7" w:rsidRDefault="00C127F7"/>
        </w:tc>
      </w:tr>
      <w:tr w:rsidR="00C127F7" w14:paraId="159C8C59" w14:textId="77777777">
        <w:trPr>
          <w:cantSplit/>
          <w:trHeight w:val="369"/>
          <w:jc w:val="center"/>
        </w:trPr>
        <w:tc>
          <w:tcPr>
            <w:tcW w:w="402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648F6C0E" w14:textId="77777777" w:rsidR="00C127F7" w:rsidRDefault="00000000">
            <w:r>
              <w:rPr>
                <w:b/>
                <w:color w:val="000000"/>
                <w:sz w:val="17"/>
              </w:rPr>
              <w:t>Sposób przekazania</w:t>
            </w:r>
          </w:p>
        </w:tc>
        <w:tc>
          <w:tcPr>
            <w:tcW w:w="606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6D314121" w14:textId="77777777" w:rsidR="00C127F7" w:rsidRDefault="00C127F7"/>
        </w:tc>
      </w:tr>
      <w:tr w:rsidR="00C127F7" w14:paraId="546FD1BE" w14:textId="77777777">
        <w:trPr>
          <w:cantSplit/>
          <w:trHeight w:val="454"/>
          <w:jc w:val="center"/>
        </w:trPr>
        <w:tc>
          <w:tcPr>
            <w:tcW w:w="402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31C0E177" w14:textId="77777777" w:rsidR="00C127F7" w:rsidRDefault="00000000">
            <w:r>
              <w:rPr>
                <w:b/>
                <w:color w:val="000000"/>
                <w:sz w:val="17"/>
              </w:rPr>
              <w:t>Powód przekazania</w:t>
            </w:r>
          </w:p>
        </w:tc>
        <w:tc>
          <w:tcPr>
            <w:tcW w:w="606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4F964F5F" w14:textId="77777777" w:rsidR="00C127F7" w:rsidRDefault="00C127F7"/>
        </w:tc>
      </w:tr>
      <w:tr w:rsidR="00C127F7" w14:paraId="703B9111" w14:textId="77777777">
        <w:trPr>
          <w:jc w:val="center"/>
        </w:trPr>
        <w:tc>
          <w:tcPr>
            <w:tcW w:w="402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60CE44E2" w14:textId="77777777" w:rsidR="00C127F7" w:rsidRDefault="00000000">
            <w:r>
              <w:rPr>
                <w:b/>
                <w:color w:val="000000"/>
                <w:sz w:val="17"/>
              </w:rPr>
              <w:t>Przyczyna przekazania:</w:t>
            </w:r>
          </w:p>
        </w:tc>
        <w:tc>
          <w:tcPr>
            <w:tcW w:w="6066" w:type="dxa"/>
            <w:tcBorders>
              <w:top w:val="single" w:sz="6" w:space="0" w:color="6B6B6B"/>
              <w:left w:val="single" w:sz="6" w:space="0" w:color="6B6B6B"/>
              <w:bottom w:val="single" w:sz="6" w:space="0" w:color="6B6B6B"/>
              <w:right w:val="single" w:sz="6" w:space="0" w:color="6B6B6B"/>
            </w:tcBorders>
          </w:tcPr>
          <w:p w14:paraId="64356A4A" w14:textId="77777777" w:rsidR="00C127F7" w:rsidRDefault="00000000">
            <w:r>
              <w:rPr>
                <w:color w:val="000000"/>
                <w:sz w:val="15"/>
              </w:rPr>
              <w:t>☐ sprawa poza kompetencją Rzecznika    ☐ konieczność zapewnienia bezpieczeństwa    ☐ skarga formalna    ☐ uruchomienie procedury    ☐ inne</w:t>
            </w:r>
          </w:p>
        </w:tc>
      </w:tr>
      <w:tr w:rsidR="00C127F7" w14:paraId="6B2FC334" w14:textId="77777777">
        <w:trPr>
          <w:cantSplit/>
          <w:trHeight w:val="850"/>
          <w:jc w:val="center"/>
        </w:trPr>
        <w:tc>
          <w:tcPr>
            <w:tcW w:w="402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38392081" w14:textId="77777777" w:rsidR="00C127F7" w:rsidRDefault="00000000">
            <w:r>
              <w:rPr>
                <w:b/>
                <w:color w:val="000000"/>
                <w:sz w:val="17"/>
              </w:rPr>
              <w:t>Zakres przekazanych informacji lub dokumentów</w:t>
            </w:r>
          </w:p>
        </w:tc>
        <w:tc>
          <w:tcPr>
            <w:tcW w:w="606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02A0BAED" w14:textId="77777777" w:rsidR="00C127F7" w:rsidRDefault="00C127F7"/>
        </w:tc>
      </w:tr>
      <w:tr w:rsidR="00C127F7" w14:paraId="36DBDA89" w14:textId="77777777">
        <w:trPr>
          <w:cantSplit/>
          <w:trHeight w:val="850"/>
          <w:jc w:val="center"/>
        </w:trPr>
        <w:tc>
          <w:tcPr>
            <w:tcW w:w="402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22608912" w14:textId="77777777" w:rsidR="00C127F7" w:rsidRDefault="00000000">
            <w:r>
              <w:rPr>
                <w:b/>
                <w:color w:val="000000"/>
                <w:sz w:val="17"/>
              </w:rPr>
              <w:t>Czynności podjęte przez Rzecznika przed przekazaniem</w:t>
            </w:r>
          </w:p>
        </w:tc>
        <w:tc>
          <w:tcPr>
            <w:tcW w:w="606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6C774696" w14:textId="77777777" w:rsidR="00C127F7" w:rsidRDefault="00C127F7"/>
        </w:tc>
      </w:tr>
      <w:tr w:rsidR="00C127F7" w14:paraId="462F7489" w14:textId="77777777">
        <w:trPr>
          <w:cantSplit/>
          <w:trHeight w:val="680"/>
          <w:jc w:val="center"/>
        </w:trPr>
        <w:tc>
          <w:tcPr>
            <w:tcW w:w="402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2B5B7EEE" w14:textId="77777777" w:rsidR="00C127F7" w:rsidRDefault="00000000">
            <w:r>
              <w:rPr>
                <w:b/>
                <w:color w:val="000000"/>
                <w:sz w:val="17"/>
              </w:rPr>
              <w:t>Informacja przekazana zgłaszającemu – data i zakres</w:t>
            </w:r>
          </w:p>
        </w:tc>
        <w:tc>
          <w:tcPr>
            <w:tcW w:w="606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70213D09" w14:textId="77777777" w:rsidR="00C127F7" w:rsidRDefault="00C127F7"/>
        </w:tc>
      </w:tr>
      <w:tr w:rsidR="00C127F7" w14:paraId="11987425" w14:textId="77777777">
        <w:trPr>
          <w:cantSplit/>
          <w:trHeight w:val="680"/>
          <w:jc w:val="center"/>
        </w:trPr>
        <w:tc>
          <w:tcPr>
            <w:tcW w:w="402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259685C3" w14:textId="77777777" w:rsidR="00C127F7" w:rsidRDefault="00000000">
            <w:r>
              <w:rPr>
                <w:b/>
                <w:color w:val="000000"/>
                <w:sz w:val="17"/>
              </w:rPr>
              <w:t>Dalsze ustalenia</w:t>
            </w:r>
          </w:p>
        </w:tc>
        <w:tc>
          <w:tcPr>
            <w:tcW w:w="606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1A964316" w14:textId="77777777" w:rsidR="00C127F7" w:rsidRDefault="00C127F7"/>
        </w:tc>
      </w:tr>
    </w:tbl>
    <w:p w14:paraId="20AC580E" w14:textId="77777777" w:rsidR="00C127F7" w:rsidRDefault="00C127F7">
      <w:pPr>
        <w:spacing w:before="100"/>
      </w:pPr>
    </w:p>
    <w:tbl>
      <w:tblPr>
        <w:tblW w:w="0" w:type="auto"/>
        <w:jc w:val="center"/>
        <w:tblLayout w:type="fixed"/>
        <w:tblLook w:val="04A0" w:firstRow="1" w:lastRow="0" w:firstColumn="1" w:lastColumn="0" w:noHBand="0" w:noVBand="1"/>
      </w:tblPr>
      <w:tblGrid>
        <w:gridCol w:w="5017"/>
        <w:gridCol w:w="5017"/>
      </w:tblGrid>
      <w:tr w:rsidR="00C127F7" w14:paraId="544A54CA" w14:textId="77777777">
        <w:trPr>
          <w:jc w:val="center"/>
        </w:trPr>
        <w:tc>
          <w:tcPr>
            <w:tcW w:w="5017" w:type="dxa"/>
            <w:tcBorders>
              <w:top w:val="nil"/>
              <w:left w:val="nil"/>
              <w:bottom w:val="nil"/>
              <w:right w:val="nil"/>
            </w:tcBorders>
            <w:tcMar>
              <w:top w:w="70" w:type="dxa"/>
              <w:left w:w="90" w:type="dxa"/>
              <w:bottom w:w="70" w:type="dxa"/>
              <w:right w:w="90" w:type="dxa"/>
            </w:tcMar>
            <w:vAlign w:val="center"/>
          </w:tcPr>
          <w:p w14:paraId="0EBAD5CC" w14:textId="77777777" w:rsidR="00C127F7" w:rsidRDefault="00000000">
            <w:pPr>
              <w:jc w:val="center"/>
            </w:pPr>
            <w:r>
              <w:rPr>
                <w:color w:val="666666"/>
                <w:sz w:val="18"/>
              </w:rPr>
              <w:t>........................................................</w:t>
            </w:r>
          </w:p>
        </w:tc>
        <w:tc>
          <w:tcPr>
            <w:tcW w:w="5017" w:type="dxa"/>
            <w:tcBorders>
              <w:top w:val="nil"/>
              <w:left w:val="nil"/>
              <w:bottom w:val="nil"/>
              <w:right w:val="nil"/>
            </w:tcBorders>
            <w:tcMar>
              <w:top w:w="70" w:type="dxa"/>
              <w:left w:w="90" w:type="dxa"/>
              <w:bottom w:w="70" w:type="dxa"/>
              <w:right w:w="90" w:type="dxa"/>
            </w:tcMar>
            <w:vAlign w:val="center"/>
          </w:tcPr>
          <w:p w14:paraId="30A8BC3E" w14:textId="77777777" w:rsidR="00C127F7" w:rsidRDefault="00000000">
            <w:pPr>
              <w:jc w:val="center"/>
            </w:pPr>
            <w:r>
              <w:rPr>
                <w:color w:val="666666"/>
                <w:sz w:val="18"/>
              </w:rPr>
              <w:t>........................................................</w:t>
            </w:r>
          </w:p>
        </w:tc>
      </w:tr>
      <w:tr w:rsidR="00C127F7" w14:paraId="5E5DCACC" w14:textId="77777777">
        <w:trPr>
          <w:jc w:val="center"/>
        </w:trPr>
        <w:tc>
          <w:tcPr>
            <w:tcW w:w="5017" w:type="dxa"/>
            <w:tcBorders>
              <w:top w:val="nil"/>
              <w:left w:val="nil"/>
              <w:bottom w:val="nil"/>
              <w:right w:val="nil"/>
            </w:tcBorders>
            <w:tcMar>
              <w:top w:w="70" w:type="dxa"/>
              <w:left w:w="90" w:type="dxa"/>
              <w:bottom w:w="70" w:type="dxa"/>
              <w:right w:w="90" w:type="dxa"/>
            </w:tcMar>
            <w:vAlign w:val="center"/>
          </w:tcPr>
          <w:p w14:paraId="42A3A10D" w14:textId="77777777" w:rsidR="00C127F7" w:rsidRDefault="00000000">
            <w:pPr>
              <w:jc w:val="center"/>
            </w:pPr>
            <w:r>
              <w:rPr>
                <w:color w:val="666666"/>
                <w:sz w:val="17"/>
              </w:rPr>
              <w:t>podpis Rzecznika</w:t>
            </w:r>
          </w:p>
        </w:tc>
        <w:tc>
          <w:tcPr>
            <w:tcW w:w="5017" w:type="dxa"/>
            <w:tcBorders>
              <w:top w:val="nil"/>
              <w:left w:val="nil"/>
              <w:bottom w:val="nil"/>
              <w:right w:val="nil"/>
            </w:tcBorders>
            <w:tcMar>
              <w:top w:w="70" w:type="dxa"/>
              <w:left w:w="90" w:type="dxa"/>
              <w:bottom w:w="70" w:type="dxa"/>
              <w:right w:w="90" w:type="dxa"/>
            </w:tcMar>
            <w:vAlign w:val="center"/>
          </w:tcPr>
          <w:p w14:paraId="1A663722" w14:textId="77777777" w:rsidR="00C127F7" w:rsidRDefault="00000000">
            <w:pPr>
              <w:jc w:val="center"/>
            </w:pPr>
            <w:r>
              <w:rPr>
                <w:color w:val="666666"/>
                <w:sz w:val="17"/>
              </w:rPr>
              <w:t>podpis osoby przyjmującej / potwierdzenie odbioru</w:t>
            </w:r>
          </w:p>
        </w:tc>
      </w:tr>
    </w:tbl>
    <w:p w14:paraId="4F39DDD5" w14:textId="77777777" w:rsidR="00C127F7" w:rsidRDefault="00C127F7">
      <w:pPr>
        <w:sectPr w:rsidR="00C127F7">
          <w:headerReference w:type="default" r:id="rId35"/>
          <w:footerReference w:type="default" r:id="rId36"/>
          <w:pgSz w:w="11906" w:h="16838"/>
          <w:pgMar w:top="765" w:right="907" w:bottom="709" w:left="907" w:header="312" w:footer="312" w:gutter="0"/>
          <w:cols w:space="720"/>
          <w:docGrid w:linePitch="360"/>
        </w:sectPr>
      </w:pPr>
    </w:p>
    <w:p w14:paraId="7A001987" w14:textId="77777777" w:rsidR="00C127F7" w:rsidRDefault="00000000">
      <w:pPr>
        <w:keepNext/>
        <w:spacing w:after="40"/>
        <w:jc w:val="right"/>
      </w:pPr>
      <w:r>
        <w:rPr>
          <w:b/>
          <w:color w:val="1F4E79"/>
          <w:sz w:val="18"/>
        </w:rPr>
        <w:lastRenderedPageBreak/>
        <w:t>Załącznik nr 13</w:t>
      </w:r>
    </w:p>
    <w:p w14:paraId="70E0587C" w14:textId="77777777" w:rsidR="00C127F7" w:rsidRDefault="00000000">
      <w:pPr>
        <w:keepNext/>
        <w:spacing w:before="20"/>
        <w:jc w:val="center"/>
      </w:pPr>
      <w:r>
        <w:rPr>
          <w:b/>
          <w:color w:val="000000"/>
          <w:sz w:val="27"/>
        </w:rPr>
        <w:t>KARTA INTERWENCJI</w:t>
      </w:r>
    </w:p>
    <w:p w14:paraId="69AF8468" w14:textId="77777777" w:rsidR="00C127F7" w:rsidRDefault="00000000">
      <w:pPr>
        <w:keepNext/>
        <w:spacing w:after="60"/>
        <w:jc w:val="center"/>
      </w:pPr>
      <w:r>
        <w:rPr>
          <w:i/>
          <w:color w:val="1F4E79"/>
        </w:rPr>
        <w:t>w sytuacji zagrożenia bezpieczeństwa lub podejrzenia krzywdzenia</w:t>
      </w:r>
    </w:p>
    <w:tbl>
      <w:tblPr>
        <w:tblW w:w="0" w:type="auto"/>
        <w:jc w:val="center"/>
        <w:tblLayout w:type="fixed"/>
        <w:tblLook w:val="04A0" w:firstRow="1" w:lastRow="0" w:firstColumn="1" w:lastColumn="0" w:noHBand="0" w:noVBand="1"/>
      </w:tblPr>
      <w:tblGrid>
        <w:gridCol w:w="4535"/>
        <w:gridCol w:w="5557"/>
        <w:gridCol w:w="132"/>
      </w:tblGrid>
      <w:tr w:rsidR="00C127F7" w14:paraId="3A40C4E6" w14:textId="77777777">
        <w:trPr>
          <w:gridAfter w:val="1"/>
          <w:wAfter w:w="132" w:type="dxa"/>
          <w:jc w:val="center"/>
        </w:trPr>
        <w:tc>
          <w:tcPr>
            <w:tcW w:w="10092" w:type="dxa"/>
            <w:gridSpan w:val="2"/>
            <w:tcBorders>
              <w:top w:val="single" w:sz="5" w:space="0" w:color="9AA9B5"/>
              <w:left w:val="single" w:sz="5" w:space="0" w:color="9AA9B5"/>
              <w:bottom w:val="single" w:sz="5" w:space="0" w:color="9AA9B5"/>
              <w:right w:val="single" w:sz="5" w:space="0" w:color="9AA9B5"/>
            </w:tcBorders>
            <w:shd w:val="clear" w:color="auto" w:fill="EEF5FB"/>
          </w:tcPr>
          <w:p w14:paraId="0D777143" w14:textId="77777777" w:rsidR="00C127F7" w:rsidRDefault="00000000">
            <w:pPr>
              <w:jc w:val="both"/>
            </w:pPr>
            <w:r>
              <w:rPr>
                <w:i/>
                <w:color w:val="666666"/>
                <w:sz w:val="15"/>
              </w:rPr>
              <w:t>Karta dokumentuje wyłącznie czynności podjęte przez Rzecznika. Nie zastępuje dokumentacji prowadzonej na podstawie Standardów Ochrony Małoletnich, procedur bezpieczeństwa ani dokumentacji wypadku.</w:t>
            </w:r>
          </w:p>
        </w:tc>
      </w:tr>
      <w:tr w:rsidR="00C127F7" w14:paraId="099AB9AB" w14:textId="77777777">
        <w:trPr>
          <w:cantSplit/>
          <w:trHeight w:val="283"/>
          <w:jc w:val="center"/>
        </w:trPr>
        <w:tc>
          <w:tcPr>
            <w:tcW w:w="453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61CE6FD0" w14:textId="77777777" w:rsidR="00C127F7" w:rsidRDefault="00000000">
            <w:r>
              <w:rPr>
                <w:b/>
                <w:color w:val="000000"/>
                <w:sz w:val="16"/>
              </w:rPr>
              <w:t>Numer sprawy</w:t>
            </w:r>
          </w:p>
        </w:tc>
        <w:tc>
          <w:tcPr>
            <w:tcW w:w="5556"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47A46A9C" w14:textId="77777777" w:rsidR="00C127F7" w:rsidRDefault="00C127F7"/>
        </w:tc>
      </w:tr>
      <w:tr w:rsidR="00C127F7" w14:paraId="701E5A73" w14:textId="77777777">
        <w:trPr>
          <w:cantSplit/>
          <w:trHeight w:val="312"/>
          <w:jc w:val="center"/>
        </w:trPr>
        <w:tc>
          <w:tcPr>
            <w:tcW w:w="453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0FD1842E" w14:textId="77777777" w:rsidR="00C127F7" w:rsidRDefault="00000000">
            <w:r>
              <w:rPr>
                <w:b/>
                <w:color w:val="000000"/>
                <w:sz w:val="16"/>
              </w:rPr>
              <w:t>Data i godzina uzyskania informacji</w:t>
            </w:r>
          </w:p>
        </w:tc>
        <w:tc>
          <w:tcPr>
            <w:tcW w:w="5556"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73C88EE2" w14:textId="77777777" w:rsidR="00C127F7" w:rsidRDefault="00C127F7"/>
        </w:tc>
      </w:tr>
      <w:tr w:rsidR="00C127F7" w14:paraId="40A40ED2" w14:textId="77777777">
        <w:trPr>
          <w:cantSplit/>
          <w:trHeight w:val="312"/>
          <w:jc w:val="center"/>
        </w:trPr>
        <w:tc>
          <w:tcPr>
            <w:tcW w:w="453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5780F2C6" w14:textId="77777777" w:rsidR="00C127F7" w:rsidRDefault="00000000">
            <w:r>
              <w:rPr>
                <w:b/>
                <w:color w:val="000000"/>
                <w:sz w:val="16"/>
              </w:rPr>
              <w:t>Źródło informacji</w:t>
            </w:r>
          </w:p>
        </w:tc>
        <w:tc>
          <w:tcPr>
            <w:tcW w:w="5556"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08EE7FA8" w14:textId="77777777" w:rsidR="00C127F7" w:rsidRDefault="00C127F7"/>
        </w:tc>
      </w:tr>
      <w:tr w:rsidR="00C127F7" w14:paraId="2A482BC2" w14:textId="77777777">
        <w:trPr>
          <w:cantSplit/>
          <w:trHeight w:val="369"/>
          <w:jc w:val="center"/>
        </w:trPr>
        <w:tc>
          <w:tcPr>
            <w:tcW w:w="453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70D9705E" w14:textId="77777777" w:rsidR="00C127F7" w:rsidRDefault="00000000">
            <w:r>
              <w:rPr>
                <w:b/>
                <w:color w:val="000000"/>
                <w:sz w:val="16"/>
              </w:rPr>
              <w:t>Osoba, której bezpieczeństwa dotyczy sprawa</w:t>
            </w:r>
          </w:p>
        </w:tc>
        <w:tc>
          <w:tcPr>
            <w:tcW w:w="5556"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60B8BD6F" w14:textId="77777777" w:rsidR="00C127F7" w:rsidRDefault="00C127F7"/>
        </w:tc>
      </w:tr>
      <w:tr w:rsidR="00C127F7" w14:paraId="42785744" w14:textId="77777777">
        <w:trPr>
          <w:cantSplit/>
          <w:trHeight w:val="794"/>
          <w:jc w:val="center"/>
        </w:trPr>
        <w:tc>
          <w:tcPr>
            <w:tcW w:w="453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2DC3828D" w14:textId="77777777" w:rsidR="00C127F7" w:rsidRDefault="00000000">
            <w:r>
              <w:rPr>
                <w:b/>
                <w:color w:val="000000"/>
                <w:sz w:val="16"/>
              </w:rPr>
              <w:t>Rodzaj zagrożenia – opis ogólny</w:t>
            </w:r>
          </w:p>
        </w:tc>
        <w:tc>
          <w:tcPr>
            <w:tcW w:w="5556"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4074233B" w14:textId="77777777" w:rsidR="00C127F7" w:rsidRDefault="00C127F7"/>
        </w:tc>
      </w:tr>
      <w:tr w:rsidR="00C127F7" w14:paraId="0104D6F2" w14:textId="77777777">
        <w:trPr>
          <w:cantSplit/>
          <w:trHeight w:val="907"/>
          <w:jc w:val="center"/>
        </w:trPr>
        <w:tc>
          <w:tcPr>
            <w:tcW w:w="453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1DB89476" w14:textId="77777777" w:rsidR="00C127F7" w:rsidRDefault="00000000">
            <w:r>
              <w:rPr>
                <w:b/>
                <w:color w:val="000000"/>
                <w:sz w:val="16"/>
              </w:rPr>
              <w:t>Natychmiastowe działania podjęte przez Rzecznika</w:t>
            </w:r>
          </w:p>
        </w:tc>
        <w:tc>
          <w:tcPr>
            <w:tcW w:w="5556"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4D2434A7" w14:textId="77777777" w:rsidR="00C127F7" w:rsidRDefault="00C127F7"/>
        </w:tc>
      </w:tr>
      <w:tr w:rsidR="00C127F7" w14:paraId="4F45BF85" w14:textId="77777777">
        <w:trPr>
          <w:cantSplit/>
          <w:trHeight w:val="680"/>
          <w:jc w:val="center"/>
        </w:trPr>
        <w:tc>
          <w:tcPr>
            <w:tcW w:w="453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31B6A116" w14:textId="77777777" w:rsidR="00C127F7" w:rsidRDefault="00000000">
            <w:r>
              <w:rPr>
                <w:b/>
                <w:color w:val="000000"/>
                <w:sz w:val="16"/>
              </w:rPr>
              <w:t>Osoby zawiadomione – data, godzina i sposób</w:t>
            </w:r>
          </w:p>
        </w:tc>
        <w:tc>
          <w:tcPr>
            <w:tcW w:w="5556"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464E920C" w14:textId="77777777" w:rsidR="00C127F7" w:rsidRDefault="00C127F7"/>
        </w:tc>
      </w:tr>
      <w:tr w:rsidR="00C127F7" w14:paraId="1D8D611E" w14:textId="77777777">
        <w:trPr>
          <w:cantSplit/>
          <w:trHeight w:val="510"/>
          <w:jc w:val="center"/>
        </w:trPr>
        <w:tc>
          <w:tcPr>
            <w:tcW w:w="453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41D13BB7" w14:textId="77777777" w:rsidR="00C127F7" w:rsidRDefault="00000000">
            <w:r>
              <w:rPr>
                <w:b/>
                <w:color w:val="000000"/>
                <w:sz w:val="16"/>
              </w:rPr>
              <w:t>Uruchomiona procedura / dokumentacja właściwa</w:t>
            </w:r>
          </w:p>
        </w:tc>
        <w:tc>
          <w:tcPr>
            <w:tcW w:w="5556"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12ECB2A0" w14:textId="77777777" w:rsidR="00C127F7" w:rsidRDefault="00C127F7"/>
        </w:tc>
      </w:tr>
      <w:tr w:rsidR="00C127F7" w14:paraId="652A0B5B" w14:textId="77777777">
        <w:trPr>
          <w:cantSplit/>
          <w:trHeight w:val="510"/>
          <w:jc w:val="center"/>
        </w:trPr>
        <w:tc>
          <w:tcPr>
            <w:tcW w:w="453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53D39031" w14:textId="77777777" w:rsidR="00C127F7" w:rsidRDefault="00000000">
            <w:r>
              <w:rPr>
                <w:b/>
                <w:color w:val="000000"/>
                <w:sz w:val="16"/>
              </w:rPr>
              <w:t>Miejsce i osoba, której przekazano dalsze prowadzenie sprawy</w:t>
            </w:r>
          </w:p>
        </w:tc>
        <w:tc>
          <w:tcPr>
            <w:tcW w:w="5556"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764F8EE6" w14:textId="77777777" w:rsidR="00C127F7" w:rsidRDefault="00C127F7"/>
        </w:tc>
      </w:tr>
      <w:tr w:rsidR="00C127F7" w14:paraId="1E6173CB" w14:textId="77777777">
        <w:trPr>
          <w:cantSplit/>
          <w:trHeight w:val="567"/>
          <w:jc w:val="center"/>
        </w:trPr>
        <w:tc>
          <w:tcPr>
            <w:tcW w:w="453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1902A15D" w14:textId="77777777" w:rsidR="00C127F7" w:rsidRDefault="00000000">
            <w:r>
              <w:rPr>
                <w:b/>
                <w:color w:val="000000"/>
                <w:sz w:val="16"/>
              </w:rPr>
              <w:t>Informacja o zapewnieniu bieżącego bezpieczeństwa ucznia</w:t>
            </w:r>
          </w:p>
        </w:tc>
        <w:tc>
          <w:tcPr>
            <w:tcW w:w="5556"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14F53791" w14:textId="77777777" w:rsidR="00C127F7" w:rsidRDefault="00C127F7"/>
        </w:tc>
      </w:tr>
    </w:tbl>
    <w:p w14:paraId="1BA3FC7A" w14:textId="77777777" w:rsidR="00C127F7" w:rsidRDefault="00C127F7">
      <w:pPr>
        <w:spacing w:before="60"/>
      </w:pPr>
    </w:p>
    <w:tbl>
      <w:tblPr>
        <w:tblW w:w="0" w:type="auto"/>
        <w:jc w:val="center"/>
        <w:tblLayout w:type="fixed"/>
        <w:tblLook w:val="04A0" w:firstRow="1" w:lastRow="0" w:firstColumn="1" w:lastColumn="0" w:noHBand="0" w:noVBand="1"/>
      </w:tblPr>
      <w:tblGrid>
        <w:gridCol w:w="5017"/>
        <w:gridCol w:w="5017"/>
      </w:tblGrid>
      <w:tr w:rsidR="00C127F7" w14:paraId="2CC14F16" w14:textId="77777777">
        <w:trPr>
          <w:jc w:val="center"/>
        </w:trPr>
        <w:tc>
          <w:tcPr>
            <w:tcW w:w="5017" w:type="dxa"/>
            <w:tcBorders>
              <w:top w:val="nil"/>
              <w:left w:val="nil"/>
              <w:bottom w:val="nil"/>
              <w:right w:val="nil"/>
            </w:tcBorders>
            <w:tcMar>
              <w:top w:w="70" w:type="dxa"/>
              <w:left w:w="90" w:type="dxa"/>
              <w:bottom w:w="70" w:type="dxa"/>
              <w:right w:w="90" w:type="dxa"/>
            </w:tcMar>
            <w:vAlign w:val="center"/>
          </w:tcPr>
          <w:p w14:paraId="7D19A3F7" w14:textId="77777777" w:rsidR="00C127F7" w:rsidRDefault="00000000">
            <w:pPr>
              <w:jc w:val="center"/>
            </w:pPr>
            <w:r>
              <w:rPr>
                <w:color w:val="666666"/>
                <w:sz w:val="18"/>
              </w:rPr>
              <w:t>........................................................</w:t>
            </w:r>
          </w:p>
        </w:tc>
        <w:tc>
          <w:tcPr>
            <w:tcW w:w="5017" w:type="dxa"/>
            <w:tcBorders>
              <w:top w:val="nil"/>
              <w:left w:val="nil"/>
              <w:bottom w:val="nil"/>
              <w:right w:val="nil"/>
            </w:tcBorders>
            <w:tcMar>
              <w:top w:w="70" w:type="dxa"/>
              <w:left w:w="90" w:type="dxa"/>
              <w:bottom w:w="70" w:type="dxa"/>
              <w:right w:w="90" w:type="dxa"/>
            </w:tcMar>
            <w:vAlign w:val="center"/>
          </w:tcPr>
          <w:p w14:paraId="5BB43E27" w14:textId="77777777" w:rsidR="00C127F7" w:rsidRDefault="00000000">
            <w:pPr>
              <w:jc w:val="center"/>
            </w:pPr>
            <w:r>
              <w:rPr>
                <w:color w:val="666666"/>
                <w:sz w:val="18"/>
              </w:rPr>
              <w:t>........................................................</w:t>
            </w:r>
          </w:p>
        </w:tc>
      </w:tr>
      <w:tr w:rsidR="00C127F7" w14:paraId="632B6217" w14:textId="77777777">
        <w:trPr>
          <w:jc w:val="center"/>
        </w:trPr>
        <w:tc>
          <w:tcPr>
            <w:tcW w:w="5017" w:type="dxa"/>
            <w:tcBorders>
              <w:top w:val="nil"/>
              <w:left w:val="nil"/>
              <w:bottom w:val="nil"/>
              <w:right w:val="nil"/>
            </w:tcBorders>
            <w:tcMar>
              <w:top w:w="70" w:type="dxa"/>
              <w:left w:w="90" w:type="dxa"/>
              <w:bottom w:w="70" w:type="dxa"/>
              <w:right w:w="90" w:type="dxa"/>
            </w:tcMar>
            <w:vAlign w:val="center"/>
          </w:tcPr>
          <w:p w14:paraId="0F03CE92" w14:textId="77777777" w:rsidR="00C127F7" w:rsidRDefault="00000000">
            <w:pPr>
              <w:jc w:val="center"/>
            </w:pPr>
            <w:r>
              <w:rPr>
                <w:color w:val="666666"/>
                <w:sz w:val="17"/>
              </w:rPr>
              <w:t>podpis Rzecznika</w:t>
            </w:r>
          </w:p>
        </w:tc>
        <w:tc>
          <w:tcPr>
            <w:tcW w:w="5017" w:type="dxa"/>
            <w:tcBorders>
              <w:top w:val="nil"/>
              <w:left w:val="nil"/>
              <w:bottom w:val="nil"/>
              <w:right w:val="nil"/>
            </w:tcBorders>
            <w:tcMar>
              <w:top w:w="70" w:type="dxa"/>
              <w:left w:w="90" w:type="dxa"/>
              <w:bottom w:w="70" w:type="dxa"/>
              <w:right w:w="90" w:type="dxa"/>
            </w:tcMar>
            <w:vAlign w:val="center"/>
          </w:tcPr>
          <w:p w14:paraId="201866C5" w14:textId="77777777" w:rsidR="00C127F7" w:rsidRDefault="00000000">
            <w:pPr>
              <w:jc w:val="center"/>
            </w:pPr>
            <w:r>
              <w:rPr>
                <w:color w:val="666666"/>
                <w:sz w:val="17"/>
              </w:rPr>
              <w:t>podpis osoby przejmującej sprawę</w:t>
            </w:r>
          </w:p>
        </w:tc>
      </w:tr>
    </w:tbl>
    <w:p w14:paraId="125EF3FC" w14:textId="77777777" w:rsidR="00C127F7" w:rsidRDefault="00C127F7">
      <w:pPr>
        <w:sectPr w:rsidR="00C127F7">
          <w:headerReference w:type="default" r:id="rId37"/>
          <w:footerReference w:type="default" r:id="rId38"/>
          <w:pgSz w:w="11906" w:h="16838"/>
          <w:pgMar w:top="765" w:right="907" w:bottom="709" w:left="907" w:header="312" w:footer="312" w:gutter="0"/>
          <w:cols w:space="720"/>
          <w:docGrid w:linePitch="360"/>
        </w:sectPr>
      </w:pPr>
    </w:p>
    <w:p w14:paraId="5FC2C60A" w14:textId="77777777" w:rsidR="00C127F7" w:rsidRDefault="00000000">
      <w:pPr>
        <w:keepNext/>
        <w:spacing w:after="40"/>
        <w:jc w:val="right"/>
      </w:pPr>
      <w:r>
        <w:rPr>
          <w:b/>
          <w:color w:val="1F4E79"/>
          <w:sz w:val="18"/>
        </w:rPr>
        <w:lastRenderedPageBreak/>
        <w:t>Załącznik nr 14</w:t>
      </w:r>
    </w:p>
    <w:p w14:paraId="4E345003" w14:textId="77777777" w:rsidR="00C127F7" w:rsidRDefault="00000000">
      <w:pPr>
        <w:keepNext/>
        <w:spacing w:before="20" w:after="60"/>
        <w:jc w:val="center"/>
      </w:pPr>
      <w:r>
        <w:rPr>
          <w:b/>
          <w:color w:val="000000"/>
          <w:sz w:val="27"/>
        </w:rPr>
        <w:t>REJESTR DZIAŁAŃ INFORMACYJNYCH I EDUKACYJNYCH</w:t>
      </w:r>
    </w:p>
    <w:tbl>
      <w:tblPr>
        <w:tblW w:w="0" w:type="auto"/>
        <w:jc w:val="center"/>
        <w:tblLayout w:type="fixed"/>
        <w:tblLook w:val="04A0" w:firstRow="1" w:lastRow="0" w:firstColumn="1" w:lastColumn="0" w:noHBand="0" w:noVBand="1"/>
      </w:tblPr>
      <w:tblGrid>
        <w:gridCol w:w="3288"/>
        <w:gridCol w:w="12019"/>
      </w:tblGrid>
      <w:tr w:rsidR="00C127F7" w14:paraId="41BFE014" w14:textId="77777777">
        <w:trPr>
          <w:cantSplit/>
          <w:trHeight w:val="369"/>
          <w:jc w:val="center"/>
        </w:trPr>
        <w:tc>
          <w:tcPr>
            <w:tcW w:w="3288"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47EE6FE3" w14:textId="77777777" w:rsidR="00C127F7" w:rsidRDefault="00000000">
            <w:r>
              <w:rPr>
                <w:b/>
                <w:color w:val="000000"/>
                <w:sz w:val="18"/>
              </w:rPr>
              <w:t>Rok szkolny</w:t>
            </w:r>
          </w:p>
        </w:tc>
        <w:tc>
          <w:tcPr>
            <w:tcW w:w="12019"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2147276A" w14:textId="77777777" w:rsidR="00C127F7" w:rsidRDefault="00C127F7"/>
        </w:tc>
      </w:tr>
      <w:tr w:rsidR="00C127F7" w14:paraId="261AE4AC" w14:textId="77777777">
        <w:trPr>
          <w:cantSplit/>
          <w:trHeight w:val="369"/>
          <w:jc w:val="center"/>
        </w:trPr>
        <w:tc>
          <w:tcPr>
            <w:tcW w:w="3288"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79043F8C" w14:textId="77777777" w:rsidR="00C127F7" w:rsidRDefault="00000000">
            <w:r>
              <w:rPr>
                <w:b/>
                <w:color w:val="000000"/>
                <w:sz w:val="18"/>
              </w:rPr>
              <w:t>Imię i nazwisko Rzecznika</w:t>
            </w:r>
          </w:p>
        </w:tc>
        <w:tc>
          <w:tcPr>
            <w:tcW w:w="12019"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3306C75C" w14:textId="77777777" w:rsidR="00C127F7" w:rsidRDefault="00C127F7"/>
        </w:tc>
      </w:tr>
    </w:tbl>
    <w:p w14:paraId="70C36290" w14:textId="77777777" w:rsidR="00C127F7" w:rsidRDefault="00C127F7">
      <w:pPr>
        <w:spacing w:before="40" w:after="40"/>
      </w:pPr>
    </w:p>
    <w:tbl>
      <w:tblPr>
        <w:tblW w:w="0" w:type="auto"/>
        <w:jc w:val="center"/>
        <w:tblLayout w:type="fixed"/>
        <w:tblLook w:val="04A0" w:firstRow="1" w:lastRow="0" w:firstColumn="1" w:lastColumn="0" w:noHBand="0" w:noVBand="1"/>
      </w:tblPr>
      <w:tblGrid>
        <w:gridCol w:w="567"/>
        <w:gridCol w:w="1247"/>
        <w:gridCol w:w="2948"/>
        <w:gridCol w:w="1814"/>
        <w:gridCol w:w="2835"/>
        <w:gridCol w:w="1984"/>
        <w:gridCol w:w="2381"/>
        <w:gridCol w:w="1531"/>
      </w:tblGrid>
      <w:tr w:rsidR="00C127F7" w14:paraId="7F31749A" w14:textId="77777777">
        <w:trPr>
          <w:trHeight w:val="482"/>
          <w:tblHeader/>
          <w:jc w:val="center"/>
        </w:trPr>
        <w:tc>
          <w:tcPr>
            <w:tcW w:w="567"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12A9247A" w14:textId="77777777" w:rsidR="00C127F7" w:rsidRDefault="00000000">
            <w:pPr>
              <w:jc w:val="center"/>
            </w:pPr>
            <w:r>
              <w:rPr>
                <w:b/>
                <w:color w:val="000000"/>
                <w:sz w:val="15"/>
              </w:rPr>
              <w:t>Lp.</w:t>
            </w:r>
          </w:p>
        </w:tc>
        <w:tc>
          <w:tcPr>
            <w:tcW w:w="1247"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7DE92107" w14:textId="77777777" w:rsidR="00C127F7" w:rsidRDefault="00000000">
            <w:pPr>
              <w:jc w:val="center"/>
            </w:pPr>
            <w:r>
              <w:rPr>
                <w:b/>
                <w:color w:val="000000"/>
                <w:sz w:val="15"/>
              </w:rPr>
              <w:t>Data</w:t>
            </w:r>
          </w:p>
        </w:tc>
        <w:tc>
          <w:tcPr>
            <w:tcW w:w="2948"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73A4F909" w14:textId="77777777" w:rsidR="00C127F7" w:rsidRDefault="00000000">
            <w:pPr>
              <w:jc w:val="center"/>
            </w:pPr>
            <w:r>
              <w:rPr>
                <w:b/>
                <w:color w:val="000000"/>
                <w:sz w:val="15"/>
              </w:rPr>
              <w:t>Temat / nazwa działania</w:t>
            </w:r>
          </w:p>
        </w:tc>
        <w:tc>
          <w:tcPr>
            <w:tcW w:w="1814"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1AF2B2E7" w14:textId="77777777" w:rsidR="00C127F7" w:rsidRDefault="00000000">
            <w:pPr>
              <w:jc w:val="center"/>
            </w:pPr>
            <w:r>
              <w:rPr>
                <w:b/>
                <w:color w:val="000000"/>
                <w:sz w:val="15"/>
              </w:rPr>
              <w:t>Odbiorcy</w:t>
            </w:r>
          </w:p>
        </w:tc>
        <w:tc>
          <w:tcPr>
            <w:tcW w:w="2835"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6BC5F94B" w14:textId="77777777" w:rsidR="00C127F7" w:rsidRDefault="00000000">
            <w:pPr>
              <w:jc w:val="center"/>
            </w:pPr>
            <w:r>
              <w:rPr>
                <w:b/>
                <w:color w:val="000000"/>
                <w:sz w:val="15"/>
              </w:rPr>
              <w:t>Forma i sposób realizacji</w:t>
            </w:r>
          </w:p>
        </w:tc>
        <w:tc>
          <w:tcPr>
            <w:tcW w:w="1984"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24F9A6FD" w14:textId="77777777" w:rsidR="00C127F7" w:rsidRDefault="00000000">
            <w:pPr>
              <w:jc w:val="center"/>
            </w:pPr>
            <w:r>
              <w:rPr>
                <w:b/>
                <w:color w:val="000000"/>
                <w:sz w:val="15"/>
              </w:rPr>
              <w:t>Współpraca</w:t>
            </w:r>
          </w:p>
        </w:tc>
        <w:tc>
          <w:tcPr>
            <w:tcW w:w="2381"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1887EB63" w14:textId="77777777" w:rsidR="00C127F7" w:rsidRDefault="00000000">
            <w:pPr>
              <w:jc w:val="center"/>
            </w:pPr>
            <w:r>
              <w:rPr>
                <w:b/>
                <w:color w:val="000000"/>
                <w:sz w:val="15"/>
              </w:rPr>
              <w:t>Dokument potwierdzający</w:t>
            </w:r>
          </w:p>
        </w:tc>
        <w:tc>
          <w:tcPr>
            <w:tcW w:w="1531"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315E06A3" w14:textId="77777777" w:rsidR="00C127F7" w:rsidRDefault="00000000">
            <w:pPr>
              <w:jc w:val="center"/>
            </w:pPr>
            <w:r>
              <w:rPr>
                <w:b/>
                <w:color w:val="000000"/>
                <w:sz w:val="15"/>
              </w:rPr>
              <w:t>Uwagi</w:t>
            </w:r>
          </w:p>
        </w:tc>
      </w:tr>
      <w:tr w:rsidR="00C127F7" w14:paraId="3FB801A9"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7532C89" w14:textId="77777777" w:rsidR="00C127F7" w:rsidRDefault="00000000">
            <w:r>
              <w:rPr>
                <w:color w:val="000000"/>
                <w:sz w:val="15"/>
              </w:rPr>
              <w:t>1</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CE04F86" w14:textId="77777777" w:rsidR="00C127F7" w:rsidRDefault="00C127F7"/>
        </w:tc>
        <w:tc>
          <w:tcPr>
            <w:tcW w:w="294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45793A9"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EC874EA"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B3A0987" w14:textId="77777777" w:rsidR="00C127F7" w:rsidRDefault="00C127F7"/>
        </w:tc>
        <w:tc>
          <w:tcPr>
            <w:tcW w:w="198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C8C55AF" w14:textId="77777777" w:rsidR="00C127F7" w:rsidRDefault="00C127F7"/>
        </w:tc>
        <w:tc>
          <w:tcPr>
            <w:tcW w:w="238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EC00C05" w14:textId="77777777" w:rsidR="00C127F7" w:rsidRDefault="00C127F7"/>
        </w:tc>
        <w:tc>
          <w:tcPr>
            <w:tcW w:w="153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899CF70" w14:textId="77777777" w:rsidR="00C127F7" w:rsidRDefault="00C127F7"/>
        </w:tc>
      </w:tr>
      <w:tr w:rsidR="00C127F7" w14:paraId="56BE438E"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124818C" w14:textId="77777777" w:rsidR="00C127F7" w:rsidRDefault="00000000">
            <w:r>
              <w:rPr>
                <w:color w:val="000000"/>
                <w:sz w:val="15"/>
              </w:rPr>
              <w:t>2</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08A8079" w14:textId="77777777" w:rsidR="00C127F7" w:rsidRDefault="00C127F7"/>
        </w:tc>
        <w:tc>
          <w:tcPr>
            <w:tcW w:w="294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C6F66AB"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8C2773F"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765B6E1" w14:textId="77777777" w:rsidR="00C127F7" w:rsidRDefault="00C127F7"/>
        </w:tc>
        <w:tc>
          <w:tcPr>
            <w:tcW w:w="198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425AD7A" w14:textId="77777777" w:rsidR="00C127F7" w:rsidRDefault="00C127F7"/>
        </w:tc>
        <w:tc>
          <w:tcPr>
            <w:tcW w:w="238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47D160F" w14:textId="77777777" w:rsidR="00C127F7" w:rsidRDefault="00C127F7"/>
        </w:tc>
        <w:tc>
          <w:tcPr>
            <w:tcW w:w="153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DC4174A" w14:textId="77777777" w:rsidR="00C127F7" w:rsidRDefault="00C127F7"/>
        </w:tc>
      </w:tr>
      <w:tr w:rsidR="00C127F7" w14:paraId="7E1C162F"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C3277F9" w14:textId="77777777" w:rsidR="00C127F7" w:rsidRDefault="00000000">
            <w:r>
              <w:rPr>
                <w:color w:val="000000"/>
                <w:sz w:val="15"/>
              </w:rPr>
              <w:t>3</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731800C" w14:textId="77777777" w:rsidR="00C127F7" w:rsidRDefault="00C127F7"/>
        </w:tc>
        <w:tc>
          <w:tcPr>
            <w:tcW w:w="294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10A181C"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B4BDC83"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8576E7A" w14:textId="77777777" w:rsidR="00C127F7" w:rsidRDefault="00C127F7"/>
        </w:tc>
        <w:tc>
          <w:tcPr>
            <w:tcW w:w="198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D35EC7B" w14:textId="77777777" w:rsidR="00C127F7" w:rsidRDefault="00C127F7"/>
        </w:tc>
        <w:tc>
          <w:tcPr>
            <w:tcW w:w="238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8BDD9F7" w14:textId="77777777" w:rsidR="00C127F7" w:rsidRDefault="00C127F7"/>
        </w:tc>
        <w:tc>
          <w:tcPr>
            <w:tcW w:w="153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65FA3CE" w14:textId="77777777" w:rsidR="00C127F7" w:rsidRDefault="00C127F7"/>
        </w:tc>
      </w:tr>
      <w:tr w:rsidR="00C127F7" w14:paraId="6A90A082"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68C0F0D" w14:textId="77777777" w:rsidR="00C127F7" w:rsidRDefault="00000000">
            <w:r>
              <w:rPr>
                <w:color w:val="000000"/>
                <w:sz w:val="15"/>
              </w:rPr>
              <w:t>4</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62A1082" w14:textId="77777777" w:rsidR="00C127F7" w:rsidRDefault="00C127F7"/>
        </w:tc>
        <w:tc>
          <w:tcPr>
            <w:tcW w:w="294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6C81A33"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5A2019A"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3243A13" w14:textId="77777777" w:rsidR="00C127F7" w:rsidRDefault="00C127F7"/>
        </w:tc>
        <w:tc>
          <w:tcPr>
            <w:tcW w:w="198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FD4CF88" w14:textId="77777777" w:rsidR="00C127F7" w:rsidRDefault="00C127F7"/>
        </w:tc>
        <w:tc>
          <w:tcPr>
            <w:tcW w:w="238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22A6C13" w14:textId="77777777" w:rsidR="00C127F7" w:rsidRDefault="00C127F7"/>
        </w:tc>
        <w:tc>
          <w:tcPr>
            <w:tcW w:w="153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080DC50" w14:textId="77777777" w:rsidR="00C127F7" w:rsidRDefault="00C127F7"/>
        </w:tc>
      </w:tr>
      <w:tr w:rsidR="00C127F7" w14:paraId="37FA627E"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96A84F4" w14:textId="77777777" w:rsidR="00C127F7" w:rsidRDefault="00000000">
            <w:r>
              <w:rPr>
                <w:color w:val="000000"/>
                <w:sz w:val="15"/>
              </w:rPr>
              <w:t>5</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67B4EE6" w14:textId="77777777" w:rsidR="00C127F7" w:rsidRDefault="00C127F7"/>
        </w:tc>
        <w:tc>
          <w:tcPr>
            <w:tcW w:w="294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38E8142"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D018130"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DC601D4" w14:textId="77777777" w:rsidR="00C127F7" w:rsidRDefault="00C127F7"/>
        </w:tc>
        <w:tc>
          <w:tcPr>
            <w:tcW w:w="198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040F15D" w14:textId="77777777" w:rsidR="00C127F7" w:rsidRDefault="00C127F7"/>
        </w:tc>
        <w:tc>
          <w:tcPr>
            <w:tcW w:w="238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6786456" w14:textId="77777777" w:rsidR="00C127F7" w:rsidRDefault="00C127F7"/>
        </w:tc>
        <w:tc>
          <w:tcPr>
            <w:tcW w:w="153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3AE1222" w14:textId="77777777" w:rsidR="00C127F7" w:rsidRDefault="00C127F7"/>
        </w:tc>
      </w:tr>
      <w:tr w:rsidR="00C127F7" w14:paraId="0718D3A2"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BA141D5" w14:textId="77777777" w:rsidR="00C127F7" w:rsidRDefault="00000000">
            <w:r>
              <w:rPr>
                <w:color w:val="000000"/>
                <w:sz w:val="15"/>
              </w:rPr>
              <w:t>6</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4675BDA" w14:textId="77777777" w:rsidR="00C127F7" w:rsidRDefault="00C127F7"/>
        </w:tc>
        <w:tc>
          <w:tcPr>
            <w:tcW w:w="294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C3B7B02"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0EADA22"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CBF4575" w14:textId="77777777" w:rsidR="00C127F7" w:rsidRDefault="00C127F7"/>
        </w:tc>
        <w:tc>
          <w:tcPr>
            <w:tcW w:w="198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0D88420" w14:textId="77777777" w:rsidR="00C127F7" w:rsidRDefault="00C127F7"/>
        </w:tc>
        <w:tc>
          <w:tcPr>
            <w:tcW w:w="238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D51ABC0" w14:textId="77777777" w:rsidR="00C127F7" w:rsidRDefault="00C127F7"/>
        </w:tc>
        <w:tc>
          <w:tcPr>
            <w:tcW w:w="153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1369C58" w14:textId="77777777" w:rsidR="00C127F7" w:rsidRDefault="00C127F7"/>
        </w:tc>
      </w:tr>
      <w:tr w:rsidR="00C127F7" w14:paraId="599FBF55"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E7BA466" w14:textId="77777777" w:rsidR="00C127F7" w:rsidRDefault="00000000">
            <w:r>
              <w:rPr>
                <w:color w:val="000000"/>
                <w:sz w:val="15"/>
              </w:rPr>
              <w:t>7</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85EBFE3" w14:textId="77777777" w:rsidR="00C127F7" w:rsidRDefault="00C127F7"/>
        </w:tc>
        <w:tc>
          <w:tcPr>
            <w:tcW w:w="294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5F43157"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415DA8E"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56E4E7B" w14:textId="77777777" w:rsidR="00C127F7" w:rsidRDefault="00C127F7"/>
        </w:tc>
        <w:tc>
          <w:tcPr>
            <w:tcW w:w="198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3C596CE" w14:textId="77777777" w:rsidR="00C127F7" w:rsidRDefault="00C127F7"/>
        </w:tc>
        <w:tc>
          <w:tcPr>
            <w:tcW w:w="238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E3739AC" w14:textId="77777777" w:rsidR="00C127F7" w:rsidRDefault="00C127F7"/>
        </w:tc>
        <w:tc>
          <w:tcPr>
            <w:tcW w:w="153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7AC5758" w14:textId="77777777" w:rsidR="00C127F7" w:rsidRDefault="00C127F7"/>
        </w:tc>
      </w:tr>
      <w:tr w:rsidR="00C127F7" w14:paraId="1802760C"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07BFD17" w14:textId="77777777" w:rsidR="00C127F7" w:rsidRDefault="00000000">
            <w:r>
              <w:rPr>
                <w:color w:val="000000"/>
                <w:sz w:val="15"/>
              </w:rPr>
              <w:t>8</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FA933B3" w14:textId="77777777" w:rsidR="00C127F7" w:rsidRDefault="00C127F7"/>
        </w:tc>
        <w:tc>
          <w:tcPr>
            <w:tcW w:w="294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931136C"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AC2F552"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44A1185" w14:textId="77777777" w:rsidR="00C127F7" w:rsidRDefault="00C127F7"/>
        </w:tc>
        <w:tc>
          <w:tcPr>
            <w:tcW w:w="198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88F0723" w14:textId="77777777" w:rsidR="00C127F7" w:rsidRDefault="00C127F7"/>
        </w:tc>
        <w:tc>
          <w:tcPr>
            <w:tcW w:w="238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211B22A" w14:textId="77777777" w:rsidR="00C127F7" w:rsidRDefault="00C127F7"/>
        </w:tc>
        <w:tc>
          <w:tcPr>
            <w:tcW w:w="153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BECD70B" w14:textId="77777777" w:rsidR="00C127F7" w:rsidRDefault="00C127F7"/>
        </w:tc>
      </w:tr>
      <w:tr w:rsidR="00C127F7" w14:paraId="1A73D1BE"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17774EA" w14:textId="77777777" w:rsidR="00C127F7" w:rsidRDefault="00000000">
            <w:r>
              <w:rPr>
                <w:color w:val="000000"/>
                <w:sz w:val="15"/>
              </w:rPr>
              <w:t>9</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ECD0495" w14:textId="77777777" w:rsidR="00C127F7" w:rsidRDefault="00C127F7"/>
        </w:tc>
        <w:tc>
          <w:tcPr>
            <w:tcW w:w="294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A359E39"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603BF3B"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8CC220F" w14:textId="77777777" w:rsidR="00C127F7" w:rsidRDefault="00C127F7"/>
        </w:tc>
        <w:tc>
          <w:tcPr>
            <w:tcW w:w="198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A437B4F" w14:textId="77777777" w:rsidR="00C127F7" w:rsidRDefault="00C127F7"/>
        </w:tc>
        <w:tc>
          <w:tcPr>
            <w:tcW w:w="238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9DE41B7" w14:textId="77777777" w:rsidR="00C127F7" w:rsidRDefault="00C127F7"/>
        </w:tc>
        <w:tc>
          <w:tcPr>
            <w:tcW w:w="153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E8BF647" w14:textId="77777777" w:rsidR="00C127F7" w:rsidRDefault="00C127F7"/>
        </w:tc>
      </w:tr>
      <w:tr w:rsidR="00C127F7" w14:paraId="21395407"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8423898" w14:textId="77777777" w:rsidR="00C127F7" w:rsidRDefault="00000000">
            <w:r>
              <w:rPr>
                <w:color w:val="000000"/>
                <w:sz w:val="15"/>
              </w:rPr>
              <w:t>10</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F81FF80" w14:textId="77777777" w:rsidR="00C127F7" w:rsidRDefault="00C127F7"/>
        </w:tc>
        <w:tc>
          <w:tcPr>
            <w:tcW w:w="294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933BB00"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099BF3F"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54AC256" w14:textId="77777777" w:rsidR="00C127F7" w:rsidRDefault="00C127F7"/>
        </w:tc>
        <w:tc>
          <w:tcPr>
            <w:tcW w:w="198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00E06AE" w14:textId="77777777" w:rsidR="00C127F7" w:rsidRDefault="00C127F7"/>
        </w:tc>
        <w:tc>
          <w:tcPr>
            <w:tcW w:w="238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52305D8" w14:textId="77777777" w:rsidR="00C127F7" w:rsidRDefault="00C127F7"/>
        </w:tc>
        <w:tc>
          <w:tcPr>
            <w:tcW w:w="153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BA417FF" w14:textId="77777777" w:rsidR="00C127F7" w:rsidRDefault="00C127F7"/>
        </w:tc>
      </w:tr>
      <w:tr w:rsidR="00C127F7" w14:paraId="0AF93E72"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F594179" w14:textId="77777777" w:rsidR="00C127F7" w:rsidRDefault="00000000">
            <w:r>
              <w:rPr>
                <w:color w:val="000000"/>
                <w:sz w:val="15"/>
              </w:rPr>
              <w:t>11</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E3189E4" w14:textId="77777777" w:rsidR="00C127F7" w:rsidRDefault="00C127F7"/>
        </w:tc>
        <w:tc>
          <w:tcPr>
            <w:tcW w:w="294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D839585"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C0BD0CD"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C563F3C" w14:textId="77777777" w:rsidR="00C127F7" w:rsidRDefault="00C127F7"/>
        </w:tc>
        <w:tc>
          <w:tcPr>
            <w:tcW w:w="198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3C4B6D1" w14:textId="77777777" w:rsidR="00C127F7" w:rsidRDefault="00C127F7"/>
        </w:tc>
        <w:tc>
          <w:tcPr>
            <w:tcW w:w="238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CA6377B" w14:textId="77777777" w:rsidR="00C127F7" w:rsidRDefault="00C127F7"/>
        </w:tc>
        <w:tc>
          <w:tcPr>
            <w:tcW w:w="153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FAB556F" w14:textId="77777777" w:rsidR="00C127F7" w:rsidRDefault="00C127F7"/>
        </w:tc>
      </w:tr>
      <w:tr w:rsidR="00C127F7" w14:paraId="657A4743"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6DD5AF5" w14:textId="77777777" w:rsidR="00C127F7" w:rsidRDefault="00000000">
            <w:r>
              <w:rPr>
                <w:color w:val="000000"/>
                <w:sz w:val="15"/>
              </w:rPr>
              <w:t>12</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4F71DAE" w14:textId="77777777" w:rsidR="00C127F7" w:rsidRDefault="00C127F7"/>
        </w:tc>
        <w:tc>
          <w:tcPr>
            <w:tcW w:w="294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73A6A49"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70C56B2"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F66E540" w14:textId="77777777" w:rsidR="00C127F7" w:rsidRDefault="00C127F7"/>
        </w:tc>
        <w:tc>
          <w:tcPr>
            <w:tcW w:w="198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9758206" w14:textId="77777777" w:rsidR="00C127F7" w:rsidRDefault="00C127F7"/>
        </w:tc>
        <w:tc>
          <w:tcPr>
            <w:tcW w:w="238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C09D561" w14:textId="77777777" w:rsidR="00C127F7" w:rsidRDefault="00C127F7"/>
        </w:tc>
        <w:tc>
          <w:tcPr>
            <w:tcW w:w="153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04BC2BB" w14:textId="77777777" w:rsidR="00C127F7" w:rsidRDefault="00C127F7"/>
        </w:tc>
      </w:tr>
      <w:tr w:rsidR="00C127F7" w14:paraId="1065C123"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F0CD28C" w14:textId="77777777" w:rsidR="00C127F7" w:rsidRDefault="00000000">
            <w:r>
              <w:rPr>
                <w:color w:val="000000"/>
                <w:sz w:val="15"/>
              </w:rPr>
              <w:t>13</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9F60C57" w14:textId="77777777" w:rsidR="00C127F7" w:rsidRDefault="00C127F7"/>
        </w:tc>
        <w:tc>
          <w:tcPr>
            <w:tcW w:w="294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F444A61"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9E67733"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977EB6C" w14:textId="77777777" w:rsidR="00C127F7" w:rsidRDefault="00C127F7"/>
        </w:tc>
        <w:tc>
          <w:tcPr>
            <w:tcW w:w="198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88F4682" w14:textId="77777777" w:rsidR="00C127F7" w:rsidRDefault="00C127F7"/>
        </w:tc>
        <w:tc>
          <w:tcPr>
            <w:tcW w:w="238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B90AC84" w14:textId="77777777" w:rsidR="00C127F7" w:rsidRDefault="00C127F7"/>
        </w:tc>
        <w:tc>
          <w:tcPr>
            <w:tcW w:w="1531"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836FBC7" w14:textId="77777777" w:rsidR="00C127F7" w:rsidRDefault="00C127F7"/>
        </w:tc>
      </w:tr>
    </w:tbl>
    <w:p w14:paraId="2AAF05E7" w14:textId="77777777" w:rsidR="00C127F7" w:rsidRDefault="00C127F7">
      <w:pPr>
        <w:sectPr w:rsidR="00C127F7">
          <w:headerReference w:type="default" r:id="rId39"/>
          <w:footerReference w:type="default" r:id="rId40"/>
          <w:pgSz w:w="16838" w:h="11906" w:orient="landscape"/>
          <w:pgMar w:top="680" w:right="680" w:bottom="680" w:left="680" w:header="312" w:footer="312" w:gutter="0"/>
          <w:cols w:space="720"/>
          <w:docGrid w:linePitch="360"/>
        </w:sectPr>
      </w:pPr>
    </w:p>
    <w:p w14:paraId="17822C83" w14:textId="77777777" w:rsidR="00C127F7" w:rsidRDefault="00000000">
      <w:pPr>
        <w:keepNext/>
        <w:spacing w:after="40"/>
        <w:jc w:val="right"/>
      </w:pPr>
      <w:r>
        <w:rPr>
          <w:b/>
          <w:color w:val="1F4E79"/>
          <w:sz w:val="18"/>
        </w:rPr>
        <w:lastRenderedPageBreak/>
        <w:t>Załącznik nr 15</w:t>
      </w:r>
    </w:p>
    <w:p w14:paraId="77F25CE7" w14:textId="77777777" w:rsidR="00C127F7" w:rsidRDefault="00000000">
      <w:pPr>
        <w:keepNext/>
        <w:spacing w:before="20" w:after="60"/>
        <w:jc w:val="center"/>
      </w:pPr>
      <w:r>
        <w:rPr>
          <w:b/>
          <w:color w:val="000000"/>
          <w:sz w:val="27"/>
        </w:rPr>
        <w:t>REJESTR WNIOSKÓW I REKOMENDACJI</w:t>
      </w:r>
    </w:p>
    <w:tbl>
      <w:tblPr>
        <w:tblW w:w="0" w:type="auto"/>
        <w:jc w:val="center"/>
        <w:tblLayout w:type="fixed"/>
        <w:tblLook w:val="04A0" w:firstRow="1" w:lastRow="0" w:firstColumn="1" w:lastColumn="0" w:noHBand="0" w:noVBand="1"/>
      </w:tblPr>
      <w:tblGrid>
        <w:gridCol w:w="3288"/>
        <w:gridCol w:w="12019"/>
      </w:tblGrid>
      <w:tr w:rsidR="00C127F7" w14:paraId="235A98F9" w14:textId="77777777">
        <w:trPr>
          <w:cantSplit/>
          <w:trHeight w:val="369"/>
          <w:jc w:val="center"/>
        </w:trPr>
        <w:tc>
          <w:tcPr>
            <w:tcW w:w="3288"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27E2F66A" w14:textId="77777777" w:rsidR="00C127F7" w:rsidRDefault="00000000">
            <w:r>
              <w:rPr>
                <w:b/>
                <w:color w:val="000000"/>
                <w:sz w:val="18"/>
              </w:rPr>
              <w:t>Rok szkolny</w:t>
            </w:r>
          </w:p>
        </w:tc>
        <w:tc>
          <w:tcPr>
            <w:tcW w:w="12019"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49141AF2" w14:textId="77777777" w:rsidR="00C127F7" w:rsidRDefault="00C127F7"/>
        </w:tc>
      </w:tr>
      <w:tr w:rsidR="00C127F7" w14:paraId="64FE5B4F" w14:textId="77777777">
        <w:trPr>
          <w:cantSplit/>
          <w:trHeight w:val="369"/>
          <w:jc w:val="center"/>
        </w:trPr>
        <w:tc>
          <w:tcPr>
            <w:tcW w:w="3288"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65AB40E0" w14:textId="77777777" w:rsidR="00C127F7" w:rsidRDefault="00000000">
            <w:r>
              <w:rPr>
                <w:b/>
                <w:color w:val="000000"/>
                <w:sz w:val="18"/>
              </w:rPr>
              <w:t>Imię i nazwisko Rzecznika</w:t>
            </w:r>
          </w:p>
        </w:tc>
        <w:tc>
          <w:tcPr>
            <w:tcW w:w="12019"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75E4C8F5" w14:textId="77777777" w:rsidR="00C127F7" w:rsidRDefault="00C127F7"/>
        </w:tc>
      </w:tr>
    </w:tbl>
    <w:p w14:paraId="0D01CCBB" w14:textId="77777777" w:rsidR="00C127F7" w:rsidRDefault="00C127F7">
      <w:pPr>
        <w:spacing w:before="40" w:after="40"/>
      </w:pPr>
    </w:p>
    <w:tbl>
      <w:tblPr>
        <w:tblW w:w="0" w:type="auto"/>
        <w:jc w:val="center"/>
        <w:tblLayout w:type="fixed"/>
        <w:tblLook w:val="04A0" w:firstRow="1" w:lastRow="0" w:firstColumn="1" w:lastColumn="0" w:noHBand="0" w:noVBand="1"/>
      </w:tblPr>
      <w:tblGrid>
        <w:gridCol w:w="567"/>
        <w:gridCol w:w="1247"/>
        <w:gridCol w:w="1814"/>
        <w:gridCol w:w="1928"/>
        <w:gridCol w:w="3288"/>
        <w:gridCol w:w="2154"/>
        <w:gridCol w:w="2835"/>
        <w:gridCol w:w="1587"/>
      </w:tblGrid>
      <w:tr w:rsidR="00C127F7" w14:paraId="553D5ECE" w14:textId="77777777">
        <w:trPr>
          <w:trHeight w:val="482"/>
          <w:tblHeader/>
          <w:jc w:val="center"/>
        </w:trPr>
        <w:tc>
          <w:tcPr>
            <w:tcW w:w="567"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1917CC0C" w14:textId="77777777" w:rsidR="00C127F7" w:rsidRDefault="00000000">
            <w:pPr>
              <w:jc w:val="center"/>
            </w:pPr>
            <w:r>
              <w:rPr>
                <w:b/>
                <w:color w:val="000000"/>
                <w:sz w:val="15"/>
              </w:rPr>
              <w:t>Lp.</w:t>
            </w:r>
          </w:p>
        </w:tc>
        <w:tc>
          <w:tcPr>
            <w:tcW w:w="1247"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40FB9EFB" w14:textId="77777777" w:rsidR="00C127F7" w:rsidRDefault="00000000">
            <w:pPr>
              <w:jc w:val="center"/>
            </w:pPr>
            <w:r>
              <w:rPr>
                <w:b/>
                <w:color w:val="000000"/>
                <w:sz w:val="15"/>
              </w:rPr>
              <w:t>Data</w:t>
            </w:r>
          </w:p>
        </w:tc>
        <w:tc>
          <w:tcPr>
            <w:tcW w:w="1814"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100EECFC" w14:textId="77777777" w:rsidR="00C127F7" w:rsidRDefault="00000000">
            <w:pPr>
              <w:jc w:val="center"/>
            </w:pPr>
            <w:r>
              <w:rPr>
                <w:b/>
                <w:color w:val="000000"/>
                <w:sz w:val="15"/>
              </w:rPr>
              <w:t>Numer dokumentu</w:t>
            </w:r>
          </w:p>
        </w:tc>
        <w:tc>
          <w:tcPr>
            <w:tcW w:w="1928"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27A6454F" w14:textId="77777777" w:rsidR="00C127F7" w:rsidRDefault="00000000">
            <w:pPr>
              <w:jc w:val="center"/>
            </w:pPr>
            <w:r>
              <w:rPr>
                <w:b/>
                <w:color w:val="000000"/>
                <w:sz w:val="15"/>
              </w:rPr>
              <w:t>Adresat</w:t>
            </w:r>
          </w:p>
        </w:tc>
        <w:tc>
          <w:tcPr>
            <w:tcW w:w="3288"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30BD9F4C" w14:textId="77777777" w:rsidR="00C127F7" w:rsidRDefault="00000000">
            <w:pPr>
              <w:jc w:val="center"/>
            </w:pPr>
            <w:r>
              <w:rPr>
                <w:b/>
                <w:color w:val="000000"/>
                <w:sz w:val="15"/>
              </w:rPr>
              <w:t>Przedmiot wniosku / rekomendacji</w:t>
            </w:r>
          </w:p>
        </w:tc>
        <w:tc>
          <w:tcPr>
            <w:tcW w:w="2154"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7594F7E7" w14:textId="77777777" w:rsidR="00C127F7" w:rsidRDefault="00000000">
            <w:pPr>
              <w:jc w:val="center"/>
            </w:pPr>
            <w:r>
              <w:rPr>
                <w:b/>
                <w:color w:val="000000"/>
                <w:sz w:val="15"/>
              </w:rPr>
              <w:t>Sposób przekazania</w:t>
            </w:r>
          </w:p>
        </w:tc>
        <w:tc>
          <w:tcPr>
            <w:tcW w:w="2835"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6EF75C31" w14:textId="77777777" w:rsidR="00C127F7" w:rsidRDefault="00000000">
            <w:pPr>
              <w:jc w:val="center"/>
            </w:pPr>
            <w:r>
              <w:rPr>
                <w:b/>
                <w:color w:val="000000"/>
                <w:sz w:val="15"/>
              </w:rPr>
              <w:t>Informacja o odpowiedzi / realizacji</w:t>
            </w:r>
          </w:p>
        </w:tc>
        <w:tc>
          <w:tcPr>
            <w:tcW w:w="1587"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2298A6A2" w14:textId="77777777" w:rsidR="00C127F7" w:rsidRDefault="00000000">
            <w:pPr>
              <w:jc w:val="center"/>
            </w:pPr>
            <w:r>
              <w:rPr>
                <w:b/>
                <w:color w:val="000000"/>
                <w:sz w:val="15"/>
              </w:rPr>
              <w:t>Status</w:t>
            </w:r>
          </w:p>
        </w:tc>
      </w:tr>
      <w:tr w:rsidR="00C127F7" w14:paraId="442C2451"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E6AE964" w14:textId="77777777" w:rsidR="00C127F7" w:rsidRDefault="00000000">
            <w:r>
              <w:rPr>
                <w:color w:val="000000"/>
                <w:sz w:val="15"/>
              </w:rPr>
              <w:t>1</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6887206"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B8B4212" w14:textId="77777777" w:rsidR="00C127F7" w:rsidRDefault="00C127F7"/>
        </w:tc>
        <w:tc>
          <w:tcPr>
            <w:tcW w:w="192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87289FA" w14:textId="77777777" w:rsidR="00C127F7" w:rsidRDefault="00C127F7"/>
        </w:tc>
        <w:tc>
          <w:tcPr>
            <w:tcW w:w="328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D2402B4" w14:textId="77777777" w:rsidR="00C127F7" w:rsidRDefault="00C127F7"/>
        </w:tc>
        <w:tc>
          <w:tcPr>
            <w:tcW w:w="215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98886CA"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5A7AD3A" w14:textId="77777777" w:rsidR="00C127F7" w:rsidRDefault="00C127F7"/>
        </w:tc>
        <w:tc>
          <w:tcPr>
            <w:tcW w:w="158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CAD6C9A" w14:textId="77777777" w:rsidR="00C127F7" w:rsidRDefault="00C127F7"/>
        </w:tc>
      </w:tr>
      <w:tr w:rsidR="00C127F7" w14:paraId="5A36A4FC"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C79FF21" w14:textId="77777777" w:rsidR="00C127F7" w:rsidRDefault="00000000">
            <w:r>
              <w:rPr>
                <w:color w:val="000000"/>
                <w:sz w:val="15"/>
              </w:rPr>
              <w:t>2</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F3D8EAD"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79735BA" w14:textId="77777777" w:rsidR="00C127F7" w:rsidRDefault="00C127F7"/>
        </w:tc>
        <w:tc>
          <w:tcPr>
            <w:tcW w:w="192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EF4E0DC" w14:textId="77777777" w:rsidR="00C127F7" w:rsidRDefault="00C127F7"/>
        </w:tc>
        <w:tc>
          <w:tcPr>
            <w:tcW w:w="328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3632BEB" w14:textId="77777777" w:rsidR="00C127F7" w:rsidRDefault="00C127F7"/>
        </w:tc>
        <w:tc>
          <w:tcPr>
            <w:tcW w:w="215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E98A198"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07C5282" w14:textId="77777777" w:rsidR="00C127F7" w:rsidRDefault="00C127F7"/>
        </w:tc>
        <w:tc>
          <w:tcPr>
            <w:tcW w:w="158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C761CAA" w14:textId="77777777" w:rsidR="00C127F7" w:rsidRDefault="00C127F7"/>
        </w:tc>
      </w:tr>
      <w:tr w:rsidR="00C127F7" w14:paraId="62263763"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D6441DE" w14:textId="77777777" w:rsidR="00C127F7" w:rsidRDefault="00000000">
            <w:r>
              <w:rPr>
                <w:color w:val="000000"/>
                <w:sz w:val="15"/>
              </w:rPr>
              <w:t>3</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A3FD830"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E556AB3" w14:textId="77777777" w:rsidR="00C127F7" w:rsidRDefault="00C127F7"/>
        </w:tc>
        <w:tc>
          <w:tcPr>
            <w:tcW w:w="192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DEB36E2" w14:textId="77777777" w:rsidR="00C127F7" w:rsidRDefault="00C127F7"/>
        </w:tc>
        <w:tc>
          <w:tcPr>
            <w:tcW w:w="328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3A55E7D" w14:textId="77777777" w:rsidR="00C127F7" w:rsidRDefault="00C127F7"/>
        </w:tc>
        <w:tc>
          <w:tcPr>
            <w:tcW w:w="215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A26817A"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2421BA2" w14:textId="77777777" w:rsidR="00C127F7" w:rsidRDefault="00C127F7"/>
        </w:tc>
        <w:tc>
          <w:tcPr>
            <w:tcW w:w="158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D2AE880" w14:textId="77777777" w:rsidR="00C127F7" w:rsidRDefault="00C127F7"/>
        </w:tc>
      </w:tr>
      <w:tr w:rsidR="00C127F7" w14:paraId="4CE78D0C"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F27B657" w14:textId="77777777" w:rsidR="00C127F7" w:rsidRDefault="00000000">
            <w:r>
              <w:rPr>
                <w:color w:val="000000"/>
                <w:sz w:val="15"/>
              </w:rPr>
              <w:t>4</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18B1E97"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12171C8" w14:textId="77777777" w:rsidR="00C127F7" w:rsidRDefault="00C127F7"/>
        </w:tc>
        <w:tc>
          <w:tcPr>
            <w:tcW w:w="192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B16C0D9" w14:textId="77777777" w:rsidR="00C127F7" w:rsidRDefault="00C127F7"/>
        </w:tc>
        <w:tc>
          <w:tcPr>
            <w:tcW w:w="328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2F131B3" w14:textId="77777777" w:rsidR="00C127F7" w:rsidRDefault="00C127F7"/>
        </w:tc>
        <w:tc>
          <w:tcPr>
            <w:tcW w:w="215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A0C9D62"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0FE8E05" w14:textId="77777777" w:rsidR="00C127F7" w:rsidRDefault="00C127F7"/>
        </w:tc>
        <w:tc>
          <w:tcPr>
            <w:tcW w:w="158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09B325B" w14:textId="77777777" w:rsidR="00C127F7" w:rsidRDefault="00C127F7"/>
        </w:tc>
      </w:tr>
      <w:tr w:rsidR="00C127F7" w14:paraId="017ED2F8"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A1AE3D7" w14:textId="77777777" w:rsidR="00C127F7" w:rsidRDefault="00000000">
            <w:r>
              <w:rPr>
                <w:color w:val="000000"/>
                <w:sz w:val="15"/>
              </w:rPr>
              <w:t>5</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4A3B12F"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6D11824" w14:textId="77777777" w:rsidR="00C127F7" w:rsidRDefault="00C127F7"/>
        </w:tc>
        <w:tc>
          <w:tcPr>
            <w:tcW w:w="192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E97DC2C" w14:textId="77777777" w:rsidR="00C127F7" w:rsidRDefault="00C127F7"/>
        </w:tc>
        <w:tc>
          <w:tcPr>
            <w:tcW w:w="328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2E63536" w14:textId="77777777" w:rsidR="00C127F7" w:rsidRDefault="00C127F7"/>
        </w:tc>
        <w:tc>
          <w:tcPr>
            <w:tcW w:w="215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4943F6C"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651CDCD" w14:textId="77777777" w:rsidR="00C127F7" w:rsidRDefault="00C127F7"/>
        </w:tc>
        <w:tc>
          <w:tcPr>
            <w:tcW w:w="158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B511AD2" w14:textId="77777777" w:rsidR="00C127F7" w:rsidRDefault="00C127F7"/>
        </w:tc>
      </w:tr>
      <w:tr w:rsidR="00C127F7" w14:paraId="4E332EDD"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9701E0D" w14:textId="77777777" w:rsidR="00C127F7" w:rsidRDefault="00000000">
            <w:r>
              <w:rPr>
                <w:color w:val="000000"/>
                <w:sz w:val="15"/>
              </w:rPr>
              <w:t>6</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D3DCE23"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719EC02" w14:textId="77777777" w:rsidR="00C127F7" w:rsidRDefault="00C127F7"/>
        </w:tc>
        <w:tc>
          <w:tcPr>
            <w:tcW w:w="192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87FD3A8" w14:textId="77777777" w:rsidR="00C127F7" w:rsidRDefault="00C127F7"/>
        </w:tc>
        <w:tc>
          <w:tcPr>
            <w:tcW w:w="328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AE7A015" w14:textId="77777777" w:rsidR="00C127F7" w:rsidRDefault="00C127F7"/>
        </w:tc>
        <w:tc>
          <w:tcPr>
            <w:tcW w:w="215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2F52D7B"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2DE9816" w14:textId="77777777" w:rsidR="00C127F7" w:rsidRDefault="00C127F7"/>
        </w:tc>
        <w:tc>
          <w:tcPr>
            <w:tcW w:w="158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07D33A6" w14:textId="77777777" w:rsidR="00C127F7" w:rsidRDefault="00C127F7"/>
        </w:tc>
      </w:tr>
      <w:tr w:rsidR="00C127F7" w14:paraId="48547A6A"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C99B0AD" w14:textId="77777777" w:rsidR="00C127F7" w:rsidRDefault="00000000">
            <w:r>
              <w:rPr>
                <w:color w:val="000000"/>
                <w:sz w:val="15"/>
              </w:rPr>
              <w:t>7</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F1B8EE6"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F45F447" w14:textId="77777777" w:rsidR="00C127F7" w:rsidRDefault="00C127F7"/>
        </w:tc>
        <w:tc>
          <w:tcPr>
            <w:tcW w:w="192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9B9491E" w14:textId="77777777" w:rsidR="00C127F7" w:rsidRDefault="00C127F7"/>
        </w:tc>
        <w:tc>
          <w:tcPr>
            <w:tcW w:w="328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436F186" w14:textId="77777777" w:rsidR="00C127F7" w:rsidRDefault="00C127F7"/>
        </w:tc>
        <w:tc>
          <w:tcPr>
            <w:tcW w:w="215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ADC4B31"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03D6268" w14:textId="77777777" w:rsidR="00C127F7" w:rsidRDefault="00C127F7"/>
        </w:tc>
        <w:tc>
          <w:tcPr>
            <w:tcW w:w="158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DF4EDD2" w14:textId="77777777" w:rsidR="00C127F7" w:rsidRDefault="00C127F7"/>
        </w:tc>
      </w:tr>
      <w:tr w:rsidR="00C127F7" w14:paraId="42519650"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BE916A9" w14:textId="77777777" w:rsidR="00C127F7" w:rsidRDefault="00000000">
            <w:r>
              <w:rPr>
                <w:color w:val="000000"/>
                <w:sz w:val="15"/>
              </w:rPr>
              <w:t>8</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8174FA6"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1576FB1" w14:textId="77777777" w:rsidR="00C127F7" w:rsidRDefault="00C127F7"/>
        </w:tc>
        <w:tc>
          <w:tcPr>
            <w:tcW w:w="192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264B1B7" w14:textId="77777777" w:rsidR="00C127F7" w:rsidRDefault="00C127F7"/>
        </w:tc>
        <w:tc>
          <w:tcPr>
            <w:tcW w:w="328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C02A036" w14:textId="77777777" w:rsidR="00C127F7" w:rsidRDefault="00C127F7"/>
        </w:tc>
        <w:tc>
          <w:tcPr>
            <w:tcW w:w="215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BC8EC4B"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61DC752" w14:textId="77777777" w:rsidR="00C127F7" w:rsidRDefault="00C127F7"/>
        </w:tc>
        <w:tc>
          <w:tcPr>
            <w:tcW w:w="158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F7478F8" w14:textId="77777777" w:rsidR="00C127F7" w:rsidRDefault="00C127F7"/>
        </w:tc>
      </w:tr>
      <w:tr w:rsidR="00C127F7" w14:paraId="60AD78B8"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F005B32" w14:textId="77777777" w:rsidR="00C127F7" w:rsidRDefault="00000000">
            <w:r>
              <w:rPr>
                <w:color w:val="000000"/>
                <w:sz w:val="15"/>
              </w:rPr>
              <w:t>9</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BB768BA"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6398010" w14:textId="77777777" w:rsidR="00C127F7" w:rsidRDefault="00C127F7"/>
        </w:tc>
        <w:tc>
          <w:tcPr>
            <w:tcW w:w="192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6F2AD26" w14:textId="77777777" w:rsidR="00C127F7" w:rsidRDefault="00C127F7"/>
        </w:tc>
        <w:tc>
          <w:tcPr>
            <w:tcW w:w="328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6E93B49" w14:textId="77777777" w:rsidR="00C127F7" w:rsidRDefault="00C127F7"/>
        </w:tc>
        <w:tc>
          <w:tcPr>
            <w:tcW w:w="215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C942700"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AA90FC7" w14:textId="77777777" w:rsidR="00C127F7" w:rsidRDefault="00C127F7"/>
        </w:tc>
        <w:tc>
          <w:tcPr>
            <w:tcW w:w="158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2CF2AE6" w14:textId="77777777" w:rsidR="00C127F7" w:rsidRDefault="00C127F7"/>
        </w:tc>
      </w:tr>
      <w:tr w:rsidR="00C127F7" w14:paraId="725FAB9B"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9FD0967" w14:textId="77777777" w:rsidR="00C127F7" w:rsidRDefault="00000000">
            <w:r>
              <w:rPr>
                <w:color w:val="000000"/>
                <w:sz w:val="15"/>
              </w:rPr>
              <w:t>10</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B5EAE19"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A49F4AF" w14:textId="77777777" w:rsidR="00C127F7" w:rsidRDefault="00C127F7"/>
        </w:tc>
        <w:tc>
          <w:tcPr>
            <w:tcW w:w="192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23CC44E" w14:textId="77777777" w:rsidR="00C127F7" w:rsidRDefault="00C127F7"/>
        </w:tc>
        <w:tc>
          <w:tcPr>
            <w:tcW w:w="328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0439902" w14:textId="77777777" w:rsidR="00C127F7" w:rsidRDefault="00C127F7"/>
        </w:tc>
        <w:tc>
          <w:tcPr>
            <w:tcW w:w="215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C51D62A"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A920484" w14:textId="77777777" w:rsidR="00C127F7" w:rsidRDefault="00C127F7"/>
        </w:tc>
        <w:tc>
          <w:tcPr>
            <w:tcW w:w="158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EC40E26" w14:textId="77777777" w:rsidR="00C127F7" w:rsidRDefault="00C127F7"/>
        </w:tc>
      </w:tr>
      <w:tr w:rsidR="00C127F7" w14:paraId="2C85D9A3"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B475769" w14:textId="77777777" w:rsidR="00C127F7" w:rsidRDefault="00000000">
            <w:r>
              <w:rPr>
                <w:color w:val="000000"/>
                <w:sz w:val="15"/>
              </w:rPr>
              <w:t>11</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AF14BF5"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5FBD6A9" w14:textId="77777777" w:rsidR="00C127F7" w:rsidRDefault="00C127F7"/>
        </w:tc>
        <w:tc>
          <w:tcPr>
            <w:tcW w:w="192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966F75F" w14:textId="77777777" w:rsidR="00C127F7" w:rsidRDefault="00C127F7"/>
        </w:tc>
        <w:tc>
          <w:tcPr>
            <w:tcW w:w="328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E2CD997" w14:textId="77777777" w:rsidR="00C127F7" w:rsidRDefault="00C127F7"/>
        </w:tc>
        <w:tc>
          <w:tcPr>
            <w:tcW w:w="215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9A46D23"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3FBDE83" w14:textId="77777777" w:rsidR="00C127F7" w:rsidRDefault="00C127F7"/>
        </w:tc>
        <w:tc>
          <w:tcPr>
            <w:tcW w:w="158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09418BC" w14:textId="77777777" w:rsidR="00C127F7" w:rsidRDefault="00C127F7"/>
        </w:tc>
      </w:tr>
      <w:tr w:rsidR="00C127F7" w14:paraId="4D2C163E"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5FB06ED" w14:textId="77777777" w:rsidR="00C127F7" w:rsidRDefault="00000000">
            <w:r>
              <w:rPr>
                <w:color w:val="000000"/>
                <w:sz w:val="15"/>
              </w:rPr>
              <w:t>12</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A457B3B"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69544B3" w14:textId="77777777" w:rsidR="00C127F7" w:rsidRDefault="00C127F7"/>
        </w:tc>
        <w:tc>
          <w:tcPr>
            <w:tcW w:w="192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7795EB1" w14:textId="77777777" w:rsidR="00C127F7" w:rsidRDefault="00C127F7"/>
        </w:tc>
        <w:tc>
          <w:tcPr>
            <w:tcW w:w="328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6329A12" w14:textId="77777777" w:rsidR="00C127F7" w:rsidRDefault="00C127F7"/>
        </w:tc>
        <w:tc>
          <w:tcPr>
            <w:tcW w:w="215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E4D8259"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E8E7A0F" w14:textId="77777777" w:rsidR="00C127F7" w:rsidRDefault="00C127F7"/>
        </w:tc>
        <w:tc>
          <w:tcPr>
            <w:tcW w:w="158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AED503E" w14:textId="77777777" w:rsidR="00C127F7" w:rsidRDefault="00C127F7"/>
        </w:tc>
      </w:tr>
      <w:tr w:rsidR="00C127F7" w14:paraId="076306FA" w14:textId="77777777">
        <w:trPr>
          <w:cantSplit/>
          <w:trHeight w:val="408"/>
          <w:jc w:val="center"/>
        </w:trPr>
        <w:tc>
          <w:tcPr>
            <w:tcW w:w="56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F5E1973" w14:textId="77777777" w:rsidR="00C127F7" w:rsidRDefault="00000000">
            <w:r>
              <w:rPr>
                <w:color w:val="000000"/>
                <w:sz w:val="15"/>
              </w:rPr>
              <w:t>13</w:t>
            </w:r>
          </w:p>
        </w:tc>
        <w:tc>
          <w:tcPr>
            <w:tcW w:w="124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8030AD9" w14:textId="77777777" w:rsidR="00C127F7" w:rsidRDefault="00C127F7"/>
        </w:tc>
        <w:tc>
          <w:tcPr>
            <w:tcW w:w="181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7C3F7E8" w14:textId="77777777" w:rsidR="00C127F7" w:rsidRDefault="00C127F7"/>
        </w:tc>
        <w:tc>
          <w:tcPr>
            <w:tcW w:w="192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40A4749" w14:textId="77777777" w:rsidR="00C127F7" w:rsidRDefault="00C127F7"/>
        </w:tc>
        <w:tc>
          <w:tcPr>
            <w:tcW w:w="3288"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95DAAB6" w14:textId="77777777" w:rsidR="00C127F7" w:rsidRDefault="00C127F7"/>
        </w:tc>
        <w:tc>
          <w:tcPr>
            <w:tcW w:w="215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96AF73D" w14:textId="77777777" w:rsidR="00C127F7" w:rsidRDefault="00C127F7"/>
        </w:tc>
        <w:tc>
          <w:tcPr>
            <w:tcW w:w="2835"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079BA0F3" w14:textId="77777777" w:rsidR="00C127F7" w:rsidRDefault="00C127F7"/>
        </w:tc>
        <w:tc>
          <w:tcPr>
            <w:tcW w:w="1587"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87A502F" w14:textId="77777777" w:rsidR="00C127F7" w:rsidRDefault="00C127F7"/>
        </w:tc>
      </w:tr>
    </w:tbl>
    <w:p w14:paraId="7D0F4782" w14:textId="77777777" w:rsidR="00C127F7" w:rsidRDefault="00C127F7">
      <w:pPr>
        <w:sectPr w:rsidR="00C127F7">
          <w:headerReference w:type="default" r:id="rId41"/>
          <w:footerReference w:type="default" r:id="rId42"/>
          <w:pgSz w:w="16838" w:h="11906" w:orient="landscape"/>
          <w:pgMar w:top="680" w:right="680" w:bottom="680" w:left="680" w:header="312" w:footer="312" w:gutter="0"/>
          <w:cols w:space="720"/>
          <w:docGrid w:linePitch="360"/>
        </w:sectPr>
      </w:pPr>
    </w:p>
    <w:p w14:paraId="4E374A40" w14:textId="77777777" w:rsidR="00C127F7" w:rsidRDefault="00000000">
      <w:pPr>
        <w:keepNext/>
        <w:spacing w:after="40"/>
        <w:jc w:val="right"/>
      </w:pPr>
      <w:r>
        <w:rPr>
          <w:b/>
          <w:color w:val="1F4E79"/>
          <w:sz w:val="18"/>
        </w:rPr>
        <w:lastRenderedPageBreak/>
        <w:t>Załącznik nr 16</w:t>
      </w:r>
    </w:p>
    <w:p w14:paraId="3A285530" w14:textId="77777777" w:rsidR="00C127F7" w:rsidRDefault="00000000">
      <w:pPr>
        <w:keepNext/>
        <w:spacing w:before="20"/>
        <w:jc w:val="center"/>
      </w:pPr>
      <w:r>
        <w:rPr>
          <w:b/>
          <w:color w:val="000000"/>
          <w:sz w:val="27"/>
        </w:rPr>
        <w:t>WNIOSEK LUB REKOMENDACJA</w:t>
      </w:r>
    </w:p>
    <w:p w14:paraId="3858E768" w14:textId="77777777" w:rsidR="00C127F7" w:rsidRDefault="00000000">
      <w:pPr>
        <w:keepNext/>
        <w:spacing w:after="60"/>
        <w:jc w:val="center"/>
      </w:pPr>
      <w:r>
        <w:rPr>
          <w:i/>
          <w:color w:val="1F4E79"/>
        </w:rPr>
        <w:t>Szkolnego Rzecznika Praw Ucznia</w:t>
      </w:r>
    </w:p>
    <w:tbl>
      <w:tblPr>
        <w:tblW w:w="0" w:type="auto"/>
        <w:jc w:val="center"/>
        <w:tblLayout w:type="fixed"/>
        <w:tblLook w:val="04A0" w:firstRow="1" w:lastRow="0" w:firstColumn="1" w:lastColumn="0" w:noHBand="0" w:noVBand="1"/>
      </w:tblPr>
      <w:tblGrid>
        <w:gridCol w:w="4252"/>
        <w:gridCol w:w="5840"/>
        <w:gridCol w:w="132"/>
      </w:tblGrid>
      <w:tr w:rsidR="00C127F7" w14:paraId="011A0125" w14:textId="77777777" w:rsidTr="00630FB4">
        <w:trPr>
          <w:cantSplit/>
          <w:trHeight w:val="312"/>
          <w:jc w:val="center"/>
        </w:trPr>
        <w:tc>
          <w:tcPr>
            <w:tcW w:w="425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0D8716AE" w14:textId="77777777" w:rsidR="00C127F7" w:rsidRDefault="00000000">
            <w:r>
              <w:rPr>
                <w:b/>
                <w:color w:val="000000"/>
                <w:sz w:val="16"/>
              </w:rPr>
              <w:t>Data</w:t>
            </w:r>
          </w:p>
        </w:tc>
        <w:tc>
          <w:tcPr>
            <w:tcW w:w="5972"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127DD9D2" w14:textId="77777777" w:rsidR="00C127F7" w:rsidRDefault="00C127F7"/>
        </w:tc>
      </w:tr>
      <w:tr w:rsidR="00C127F7" w14:paraId="0E51FBE9" w14:textId="77777777" w:rsidTr="00630FB4">
        <w:trPr>
          <w:cantSplit/>
          <w:trHeight w:val="369"/>
          <w:jc w:val="center"/>
        </w:trPr>
        <w:tc>
          <w:tcPr>
            <w:tcW w:w="425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5DAA903A" w14:textId="77777777" w:rsidR="00C127F7" w:rsidRDefault="00000000">
            <w:r>
              <w:rPr>
                <w:b/>
                <w:color w:val="000000"/>
                <w:sz w:val="16"/>
              </w:rPr>
              <w:t>Adresat</w:t>
            </w:r>
          </w:p>
        </w:tc>
        <w:tc>
          <w:tcPr>
            <w:tcW w:w="5972"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736BEC37" w14:textId="77777777" w:rsidR="00C127F7" w:rsidRDefault="00C127F7"/>
        </w:tc>
      </w:tr>
      <w:tr w:rsidR="00C127F7" w14:paraId="3A60DF1D" w14:textId="77777777" w:rsidTr="00630FB4">
        <w:trPr>
          <w:cantSplit/>
          <w:trHeight w:val="482"/>
          <w:jc w:val="center"/>
        </w:trPr>
        <w:tc>
          <w:tcPr>
            <w:tcW w:w="425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7A39CBEB" w14:textId="77777777" w:rsidR="00C127F7" w:rsidRDefault="00000000">
            <w:r>
              <w:rPr>
                <w:b/>
                <w:color w:val="000000"/>
                <w:sz w:val="16"/>
              </w:rPr>
              <w:t>Podstawa przedstawienia wniosku / rekomendacji</w:t>
            </w:r>
          </w:p>
        </w:tc>
        <w:tc>
          <w:tcPr>
            <w:tcW w:w="5972"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1650F201" w14:textId="77777777" w:rsidR="00C127F7" w:rsidRDefault="00C127F7"/>
        </w:tc>
      </w:tr>
      <w:tr w:rsidR="00C127F7" w14:paraId="41C8109B" w14:textId="77777777" w:rsidTr="00630FB4">
        <w:trPr>
          <w:cantSplit/>
          <w:trHeight w:val="454"/>
          <w:jc w:val="center"/>
        </w:trPr>
        <w:tc>
          <w:tcPr>
            <w:tcW w:w="425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315C31B4" w14:textId="77777777" w:rsidR="00C127F7" w:rsidRDefault="00000000">
            <w:r>
              <w:rPr>
                <w:b/>
                <w:color w:val="000000"/>
                <w:sz w:val="16"/>
              </w:rPr>
              <w:t>Przedmiot</w:t>
            </w:r>
          </w:p>
        </w:tc>
        <w:tc>
          <w:tcPr>
            <w:tcW w:w="5972"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38EB9BE2" w14:textId="77777777" w:rsidR="00C127F7" w:rsidRDefault="00C127F7"/>
        </w:tc>
      </w:tr>
      <w:tr w:rsidR="00C127F7" w14:paraId="12991078" w14:textId="77777777" w:rsidTr="00630FB4">
        <w:trPr>
          <w:cantSplit/>
          <w:trHeight w:val="1191"/>
          <w:jc w:val="center"/>
        </w:trPr>
        <w:tc>
          <w:tcPr>
            <w:tcW w:w="425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3331EC8A" w14:textId="77777777" w:rsidR="00C127F7" w:rsidRDefault="00000000">
            <w:r>
              <w:rPr>
                <w:b/>
                <w:color w:val="000000"/>
                <w:sz w:val="16"/>
              </w:rPr>
              <w:t>Opis problemu o charakterze ogólnym</w:t>
            </w:r>
          </w:p>
        </w:tc>
        <w:tc>
          <w:tcPr>
            <w:tcW w:w="5972"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1D4C48FF" w14:textId="77777777" w:rsidR="00C127F7" w:rsidRDefault="00C127F7"/>
        </w:tc>
      </w:tr>
      <w:tr w:rsidR="00C127F7" w14:paraId="4AA959B5" w14:textId="77777777" w:rsidTr="00630FB4">
        <w:trPr>
          <w:cantSplit/>
          <w:trHeight w:val="964"/>
          <w:jc w:val="center"/>
        </w:trPr>
        <w:tc>
          <w:tcPr>
            <w:tcW w:w="425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1519770E" w14:textId="77777777" w:rsidR="00C127F7" w:rsidRDefault="00000000">
            <w:r>
              <w:rPr>
                <w:b/>
                <w:color w:val="000000"/>
                <w:sz w:val="16"/>
              </w:rPr>
              <w:t>Proponowane działanie lub zmiana</w:t>
            </w:r>
          </w:p>
        </w:tc>
        <w:tc>
          <w:tcPr>
            <w:tcW w:w="5972"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0CF9150D" w14:textId="77777777" w:rsidR="00C127F7" w:rsidRDefault="00C127F7"/>
        </w:tc>
      </w:tr>
      <w:tr w:rsidR="00C127F7" w14:paraId="4CC5D9AE" w14:textId="77777777" w:rsidTr="00630FB4">
        <w:trPr>
          <w:cantSplit/>
          <w:trHeight w:val="1020"/>
          <w:jc w:val="center"/>
        </w:trPr>
        <w:tc>
          <w:tcPr>
            <w:tcW w:w="425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5DE34141" w14:textId="77777777" w:rsidR="00C127F7" w:rsidRDefault="00000000">
            <w:r>
              <w:rPr>
                <w:b/>
                <w:color w:val="000000"/>
                <w:sz w:val="16"/>
              </w:rPr>
              <w:t>Uzasadnienie</w:t>
            </w:r>
          </w:p>
        </w:tc>
        <w:tc>
          <w:tcPr>
            <w:tcW w:w="5972"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724B45E8" w14:textId="77777777" w:rsidR="00C127F7" w:rsidRDefault="00C127F7"/>
        </w:tc>
      </w:tr>
      <w:tr w:rsidR="00C127F7" w14:paraId="50FF3C44" w14:textId="77777777" w:rsidTr="00630FB4">
        <w:trPr>
          <w:cantSplit/>
          <w:trHeight w:val="567"/>
          <w:jc w:val="center"/>
        </w:trPr>
        <w:tc>
          <w:tcPr>
            <w:tcW w:w="425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5D3CC08D" w14:textId="77777777" w:rsidR="00C127F7" w:rsidRDefault="00000000">
            <w:r>
              <w:rPr>
                <w:b/>
                <w:color w:val="000000"/>
                <w:sz w:val="16"/>
              </w:rPr>
              <w:t>Proponowany termin lub sposób realizacji</w:t>
            </w:r>
          </w:p>
        </w:tc>
        <w:tc>
          <w:tcPr>
            <w:tcW w:w="5972" w:type="dxa"/>
            <w:gridSpan w:val="2"/>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7EB3C0FA" w14:textId="77777777" w:rsidR="00C127F7" w:rsidRDefault="00C127F7"/>
        </w:tc>
      </w:tr>
      <w:tr w:rsidR="00C127F7" w14:paraId="2C9402CE" w14:textId="77777777">
        <w:trPr>
          <w:gridAfter w:val="1"/>
          <w:wAfter w:w="132" w:type="dxa"/>
          <w:jc w:val="center"/>
        </w:trPr>
        <w:tc>
          <w:tcPr>
            <w:tcW w:w="10092" w:type="dxa"/>
            <w:gridSpan w:val="2"/>
            <w:tcBorders>
              <w:top w:val="single" w:sz="5" w:space="0" w:color="9AA9B5"/>
              <w:left w:val="single" w:sz="5" w:space="0" w:color="9AA9B5"/>
              <w:bottom w:val="single" w:sz="5" w:space="0" w:color="9AA9B5"/>
              <w:right w:val="single" w:sz="5" w:space="0" w:color="9AA9B5"/>
            </w:tcBorders>
            <w:shd w:val="clear" w:color="auto" w:fill="EEF5FB"/>
          </w:tcPr>
          <w:p w14:paraId="6AB7E9DF" w14:textId="77777777" w:rsidR="00C127F7" w:rsidRDefault="00000000">
            <w:pPr>
              <w:jc w:val="both"/>
            </w:pPr>
            <w:r>
              <w:rPr>
                <w:i/>
                <w:color w:val="666666"/>
                <w:sz w:val="15"/>
              </w:rPr>
              <w:t>Dokument nie powinien zawierać danych umożliwiających rozpoznanie osób uczestniczących w indywidualnej sprawie, chyba że przekazanie danych jest niezbędne i odbywa się do uprawnionego adresata.</w:t>
            </w:r>
          </w:p>
        </w:tc>
      </w:tr>
    </w:tbl>
    <w:p w14:paraId="453C56CD" w14:textId="77777777" w:rsidR="00C127F7" w:rsidRDefault="00C127F7">
      <w:pPr>
        <w:spacing w:before="60"/>
      </w:pPr>
    </w:p>
    <w:tbl>
      <w:tblPr>
        <w:tblW w:w="0" w:type="auto"/>
        <w:jc w:val="center"/>
        <w:tblLayout w:type="fixed"/>
        <w:tblLook w:val="04A0" w:firstRow="1" w:lastRow="0" w:firstColumn="1" w:lastColumn="0" w:noHBand="0" w:noVBand="1"/>
      </w:tblPr>
      <w:tblGrid>
        <w:gridCol w:w="10035"/>
      </w:tblGrid>
      <w:tr w:rsidR="00C127F7" w14:paraId="04B57062" w14:textId="77777777">
        <w:trPr>
          <w:jc w:val="center"/>
        </w:trPr>
        <w:tc>
          <w:tcPr>
            <w:tcW w:w="10035" w:type="dxa"/>
            <w:tcBorders>
              <w:top w:val="nil"/>
              <w:left w:val="nil"/>
              <w:bottom w:val="nil"/>
              <w:right w:val="nil"/>
            </w:tcBorders>
            <w:tcMar>
              <w:top w:w="70" w:type="dxa"/>
              <w:left w:w="90" w:type="dxa"/>
              <w:bottom w:w="70" w:type="dxa"/>
              <w:right w:w="90" w:type="dxa"/>
            </w:tcMar>
            <w:vAlign w:val="center"/>
          </w:tcPr>
          <w:p w14:paraId="36DAD8A1" w14:textId="77777777" w:rsidR="00C127F7" w:rsidRDefault="00000000">
            <w:pPr>
              <w:jc w:val="center"/>
            </w:pPr>
            <w:r>
              <w:rPr>
                <w:color w:val="666666"/>
                <w:sz w:val="18"/>
              </w:rPr>
              <w:t>........................................................</w:t>
            </w:r>
          </w:p>
        </w:tc>
      </w:tr>
      <w:tr w:rsidR="00C127F7" w14:paraId="3B3893AC" w14:textId="77777777">
        <w:trPr>
          <w:jc w:val="center"/>
        </w:trPr>
        <w:tc>
          <w:tcPr>
            <w:tcW w:w="10035" w:type="dxa"/>
            <w:tcBorders>
              <w:top w:val="nil"/>
              <w:left w:val="nil"/>
              <w:bottom w:val="nil"/>
              <w:right w:val="nil"/>
            </w:tcBorders>
            <w:tcMar>
              <w:top w:w="70" w:type="dxa"/>
              <w:left w:w="90" w:type="dxa"/>
              <w:bottom w:w="70" w:type="dxa"/>
              <w:right w:w="90" w:type="dxa"/>
            </w:tcMar>
            <w:vAlign w:val="center"/>
          </w:tcPr>
          <w:p w14:paraId="3FA5158D" w14:textId="77777777" w:rsidR="00C127F7" w:rsidRDefault="00000000">
            <w:pPr>
              <w:jc w:val="center"/>
            </w:pPr>
            <w:r>
              <w:rPr>
                <w:color w:val="666666"/>
                <w:sz w:val="17"/>
              </w:rPr>
              <w:t>podpis Szkolnego Rzecznika Praw Ucznia</w:t>
            </w:r>
          </w:p>
        </w:tc>
      </w:tr>
    </w:tbl>
    <w:p w14:paraId="0485F1F9" w14:textId="77777777" w:rsidR="00C127F7" w:rsidRDefault="00000000">
      <w:pPr>
        <w:keepNext/>
        <w:spacing w:before="100" w:after="40"/>
      </w:pPr>
      <w:r>
        <w:rPr>
          <w:b/>
          <w:color w:val="1F4E79"/>
          <w:sz w:val="20"/>
        </w:rPr>
        <w:t>Adnotacja adresata o sposobie rozpatrzenia / realizacji:</w:t>
      </w:r>
    </w:p>
    <w:tbl>
      <w:tblPr>
        <w:tblW w:w="0" w:type="auto"/>
        <w:jc w:val="center"/>
        <w:tblLayout w:type="fixed"/>
        <w:tblLook w:val="04A0" w:firstRow="1" w:lastRow="0" w:firstColumn="1" w:lastColumn="0" w:noHBand="0" w:noVBand="1"/>
      </w:tblPr>
      <w:tblGrid>
        <w:gridCol w:w="10091"/>
      </w:tblGrid>
      <w:tr w:rsidR="00C127F7" w14:paraId="2801B134" w14:textId="77777777">
        <w:trPr>
          <w:trHeight w:val="907"/>
          <w:jc w:val="center"/>
        </w:trPr>
        <w:tc>
          <w:tcPr>
            <w:tcW w:w="10091"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21A091AF" w14:textId="77777777" w:rsidR="00C127F7" w:rsidRDefault="00C127F7"/>
        </w:tc>
      </w:tr>
    </w:tbl>
    <w:p w14:paraId="63F7EE6E" w14:textId="77777777" w:rsidR="00C127F7" w:rsidRDefault="00C127F7">
      <w:pPr>
        <w:sectPr w:rsidR="00C127F7">
          <w:headerReference w:type="default" r:id="rId43"/>
          <w:footerReference w:type="default" r:id="rId44"/>
          <w:pgSz w:w="11906" w:h="16838"/>
          <w:pgMar w:top="765" w:right="907" w:bottom="709" w:left="907" w:header="312" w:footer="312" w:gutter="0"/>
          <w:cols w:space="720"/>
          <w:docGrid w:linePitch="360"/>
        </w:sectPr>
      </w:pPr>
    </w:p>
    <w:p w14:paraId="3982EA4C" w14:textId="77777777" w:rsidR="00C127F7" w:rsidRDefault="00000000">
      <w:pPr>
        <w:keepNext/>
        <w:spacing w:after="40"/>
        <w:jc w:val="right"/>
      </w:pPr>
      <w:r>
        <w:rPr>
          <w:b/>
          <w:color w:val="1F4E79"/>
          <w:sz w:val="18"/>
        </w:rPr>
        <w:lastRenderedPageBreak/>
        <w:t>Załącznik nr 17</w:t>
      </w:r>
    </w:p>
    <w:p w14:paraId="6E633482" w14:textId="77777777" w:rsidR="00C127F7" w:rsidRDefault="00000000">
      <w:pPr>
        <w:keepNext/>
        <w:spacing w:before="20"/>
        <w:jc w:val="center"/>
      </w:pPr>
      <w:r>
        <w:rPr>
          <w:b/>
          <w:color w:val="000000"/>
          <w:sz w:val="27"/>
        </w:rPr>
        <w:t>ROCZNE SPRAWOZDANIE Z DZIAŁALNOŚCI</w:t>
      </w:r>
    </w:p>
    <w:p w14:paraId="6EE24354" w14:textId="77777777" w:rsidR="00C127F7" w:rsidRDefault="00000000">
      <w:pPr>
        <w:keepNext/>
        <w:spacing w:after="60"/>
        <w:jc w:val="center"/>
      </w:pPr>
      <w:r>
        <w:rPr>
          <w:i/>
          <w:color w:val="1F4E79"/>
        </w:rPr>
        <w:t>Szkolnego Rzecznika Praw Ucznia</w:t>
      </w:r>
    </w:p>
    <w:tbl>
      <w:tblPr>
        <w:tblW w:w="0" w:type="auto"/>
        <w:jc w:val="center"/>
        <w:tblLayout w:type="fixed"/>
        <w:tblLook w:val="04A0" w:firstRow="1" w:lastRow="0" w:firstColumn="1" w:lastColumn="0" w:noHBand="0" w:noVBand="1"/>
      </w:tblPr>
      <w:tblGrid>
        <w:gridCol w:w="4195"/>
        <w:gridCol w:w="5896"/>
      </w:tblGrid>
      <w:tr w:rsidR="00C127F7" w14:paraId="560A6CA8" w14:textId="77777777">
        <w:trPr>
          <w:cantSplit/>
          <w:trHeight w:val="312"/>
          <w:jc w:val="center"/>
        </w:trPr>
        <w:tc>
          <w:tcPr>
            <w:tcW w:w="419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793DE120" w14:textId="77777777" w:rsidR="00C127F7" w:rsidRDefault="00000000">
            <w:r>
              <w:rPr>
                <w:b/>
                <w:color w:val="000000"/>
                <w:sz w:val="17"/>
              </w:rPr>
              <w:t>Rok szkolny</w:t>
            </w:r>
          </w:p>
        </w:tc>
        <w:tc>
          <w:tcPr>
            <w:tcW w:w="589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55F29351" w14:textId="77777777" w:rsidR="00C127F7" w:rsidRDefault="00C127F7"/>
        </w:tc>
      </w:tr>
      <w:tr w:rsidR="00C127F7" w14:paraId="682567A3" w14:textId="77777777">
        <w:trPr>
          <w:cantSplit/>
          <w:trHeight w:val="312"/>
          <w:jc w:val="center"/>
        </w:trPr>
        <w:tc>
          <w:tcPr>
            <w:tcW w:w="419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68F747E3" w14:textId="77777777" w:rsidR="00C127F7" w:rsidRDefault="00000000">
            <w:r>
              <w:rPr>
                <w:b/>
                <w:color w:val="000000"/>
                <w:sz w:val="17"/>
              </w:rPr>
              <w:t>Imię i nazwisko Rzecznika</w:t>
            </w:r>
          </w:p>
        </w:tc>
        <w:tc>
          <w:tcPr>
            <w:tcW w:w="589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718DCE04" w14:textId="77777777" w:rsidR="00C127F7" w:rsidRDefault="00C127F7"/>
        </w:tc>
      </w:tr>
      <w:tr w:rsidR="00C127F7" w14:paraId="24B62456" w14:textId="77777777">
        <w:trPr>
          <w:cantSplit/>
          <w:trHeight w:val="312"/>
          <w:jc w:val="center"/>
        </w:trPr>
        <w:tc>
          <w:tcPr>
            <w:tcW w:w="4195"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7E05BF8A" w14:textId="77777777" w:rsidR="00C127F7" w:rsidRDefault="00000000">
            <w:r>
              <w:rPr>
                <w:b/>
                <w:color w:val="000000"/>
                <w:sz w:val="17"/>
              </w:rPr>
              <w:t>Okres objęty sprawozdaniem</w:t>
            </w:r>
          </w:p>
        </w:tc>
        <w:tc>
          <w:tcPr>
            <w:tcW w:w="5896" w:type="dxa"/>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3D91FD7B" w14:textId="77777777" w:rsidR="00C127F7" w:rsidRDefault="00C127F7"/>
        </w:tc>
      </w:tr>
    </w:tbl>
    <w:p w14:paraId="7A9CCA1C" w14:textId="77777777" w:rsidR="00C127F7" w:rsidRDefault="00000000">
      <w:pPr>
        <w:keepNext/>
        <w:spacing w:before="100" w:after="40"/>
      </w:pPr>
      <w:r>
        <w:rPr>
          <w:b/>
          <w:color w:val="1F4E79"/>
          <w:sz w:val="20"/>
        </w:rPr>
        <w:t>1. Zestawienie ilościowe</w:t>
      </w:r>
    </w:p>
    <w:tbl>
      <w:tblPr>
        <w:tblW w:w="0" w:type="auto"/>
        <w:jc w:val="center"/>
        <w:tblLayout w:type="fixed"/>
        <w:tblLook w:val="04A0" w:firstRow="1" w:lastRow="0" w:firstColumn="1" w:lastColumn="0" w:noHBand="0" w:noVBand="1"/>
      </w:tblPr>
      <w:tblGrid>
        <w:gridCol w:w="4762"/>
        <w:gridCol w:w="1474"/>
        <w:gridCol w:w="3856"/>
        <w:gridCol w:w="169"/>
      </w:tblGrid>
      <w:tr w:rsidR="00C127F7" w14:paraId="7D758049" w14:textId="77777777">
        <w:trPr>
          <w:jc w:val="center"/>
        </w:trPr>
        <w:tc>
          <w:tcPr>
            <w:tcW w:w="4762"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6C029053" w14:textId="77777777" w:rsidR="00C127F7" w:rsidRDefault="00000000">
            <w:pPr>
              <w:jc w:val="center"/>
            </w:pPr>
            <w:r>
              <w:rPr>
                <w:b/>
                <w:color w:val="000000"/>
                <w:sz w:val="16"/>
              </w:rPr>
              <w:t>Rodzaj działania</w:t>
            </w:r>
          </w:p>
        </w:tc>
        <w:tc>
          <w:tcPr>
            <w:tcW w:w="1474" w:type="dxa"/>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3967BF9B" w14:textId="77777777" w:rsidR="00C127F7" w:rsidRDefault="00000000">
            <w:pPr>
              <w:jc w:val="center"/>
            </w:pPr>
            <w:r>
              <w:rPr>
                <w:b/>
                <w:color w:val="000000"/>
                <w:sz w:val="16"/>
              </w:rPr>
              <w:t>Liczba</w:t>
            </w:r>
          </w:p>
        </w:tc>
        <w:tc>
          <w:tcPr>
            <w:tcW w:w="3855" w:type="dxa"/>
            <w:gridSpan w:val="2"/>
            <w:tcBorders>
              <w:top w:val="single" w:sz="5" w:space="0" w:color="6B6B6B"/>
              <w:left w:val="single" w:sz="5" w:space="0" w:color="6B6B6B"/>
              <w:bottom w:val="single" w:sz="5" w:space="0" w:color="6B6B6B"/>
              <w:right w:val="single" w:sz="5" w:space="0" w:color="6B6B6B"/>
            </w:tcBorders>
            <w:shd w:val="clear" w:color="auto" w:fill="9DC3E6"/>
            <w:tcMar>
              <w:top w:w="70" w:type="dxa"/>
              <w:left w:w="90" w:type="dxa"/>
              <w:bottom w:w="70" w:type="dxa"/>
              <w:right w:w="90" w:type="dxa"/>
            </w:tcMar>
            <w:vAlign w:val="center"/>
          </w:tcPr>
          <w:p w14:paraId="5C2E7619" w14:textId="77777777" w:rsidR="00C127F7" w:rsidRDefault="00000000">
            <w:pPr>
              <w:jc w:val="center"/>
            </w:pPr>
            <w:r>
              <w:rPr>
                <w:b/>
                <w:color w:val="000000"/>
                <w:sz w:val="16"/>
              </w:rPr>
              <w:t>Uwagi ogólne</w:t>
            </w:r>
          </w:p>
        </w:tc>
      </w:tr>
      <w:tr w:rsidR="00C127F7" w14:paraId="6E62EC62" w14:textId="77777777">
        <w:trPr>
          <w:trHeight w:val="272"/>
          <w:jc w:val="center"/>
        </w:trPr>
        <w:tc>
          <w:tcPr>
            <w:tcW w:w="4762"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FC75D3E" w14:textId="77777777" w:rsidR="00C127F7" w:rsidRDefault="00000000">
            <w:r>
              <w:rPr>
                <w:color w:val="000000"/>
                <w:sz w:val="15"/>
              </w:rPr>
              <w:t>zgłoszenia i sprawy</w:t>
            </w:r>
          </w:p>
        </w:tc>
        <w:tc>
          <w:tcPr>
            <w:tcW w:w="147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E50DC94" w14:textId="77777777" w:rsidR="00C127F7" w:rsidRDefault="00C127F7"/>
        </w:tc>
        <w:tc>
          <w:tcPr>
            <w:tcW w:w="3855" w:type="dxa"/>
            <w:gridSpan w:val="2"/>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F2AF76D" w14:textId="77777777" w:rsidR="00C127F7" w:rsidRDefault="00C127F7"/>
        </w:tc>
      </w:tr>
      <w:tr w:rsidR="00C127F7" w14:paraId="3DBEA3BB" w14:textId="77777777">
        <w:trPr>
          <w:trHeight w:val="272"/>
          <w:jc w:val="center"/>
        </w:trPr>
        <w:tc>
          <w:tcPr>
            <w:tcW w:w="4762"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41358FF" w14:textId="77777777" w:rsidR="00C127F7" w:rsidRDefault="00000000">
            <w:r>
              <w:rPr>
                <w:color w:val="000000"/>
                <w:sz w:val="15"/>
              </w:rPr>
              <w:t>rozmowy / czynności wyjaśniające</w:t>
            </w:r>
          </w:p>
        </w:tc>
        <w:tc>
          <w:tcPr>
            <w:tcW w:w="147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54A0FF8" w14:textId="77777777" w:rsidR="00C127F7" w:rsidRDefault="00C127F7"/>
        </w:tc>
        <w:tc>
          <w:tcPr>
            <w:tcW w:w="3855" w:type="dxa"/>
            <w:gridSpan w:val="2"/>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5537510" w14:textId="77777777" w:rsidR="00C127F7" w:rsidRDefault="00C127F7"/>
        </w:tc>
      </w:tr>
      <w:tr w:rsidR="00C127F7" w14:paraId="5A6E0B9B" w14:textId="77777777">
        <w:trPr>
          <w:trHeight w:val="272"/>
          <w:jc w:val="center"/>
        </w:trPr>
        <w:tc>
          <w:tcPr>
            <w:tcW w:w="4762"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59C0A42" w14:textId="77777777" w:rsidR="00C127F7" w:rsidRDefault="00000000">
            <w:r>
              <w:rPr>
                <w:color w:val="000000"/>
                <w:sz w:val="15"/>
              </w:rPr>
              <w:t>mediacje</w:t>
            </w:r>
          </w:p>
        </w:tc>
        <w:tc>
          <w:tcPr>
            <w:tcW w:w="147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5E427133" w14:textId="77777777" w:rsidR="00C127F7" w:rsidRDefault="00C127F7"/>
        </w:tc>
        <w:tc>
          <w:tcPr>
            <w:tcW w:w="3855" w:type="dxa"/>
            <w:gridSpan w:val="2"/>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5FD8898" w14:textId="77777777" w:rsidR="00C127F7" w:rsidRDefault="00C127F7"/>
        </w:tc>
      </w:tr>
      <w:tr w:rsidR="00C127F7" w14:paraId="2C8B577E" w14:textId="77777777">
        <w:trPr>
          <w:trHeight w:val="272"/>
          <w:jc w:val="center"/>
        </w:trPr>
        <w:tc>
          <w:tcPr>
            <w:tcW w:w="4762"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AC011B9" w14:textId="77777777" w:rsidR="00C127F7" w:rsidRDefault="00000000">
            <w:r>
              <w:rPr>
                <w:color w:val="000000"/>
                <w:sz w:val="15"/>
              </w:rPr>
              <w:t>porozumienia mediacyjne</w:t>
            </w:r>
          </w:p>
        </w:tc>
        <w:tc>
          <w:tcPr>
            <w:tcW w:w="147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574CCEF" w14:textId="77777777" w:rsidR="00C127F7" w:rsidRDefault="00C127F7"/>
        </w:tc>
        <w:tc>
          <w:tcPr>
            <w:tcW w:w="3855" w:type="dxa"/>
            <w:gridSpan w:val="2"/>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CE6C7CA" w14:textId="77777777" w:rsidR="00C127F7" w:rsidRDefault="00C127F7"/>
        </w:tc>
      </w:tr>
      <w:tr w:rsidR="00C127F7" w14:paraId="587383DB" w14:textId="77777777">
        <w:trPr>
          <w:trHeight w:val="272"/>
          <w:jc w:val="center"/>
        </w:trPr>
        <w:tc>
          <w:tcPr>
            <w:tcW w:w="4762"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8A83EB5" w14:textId="77777777" w:rsidR="00C127F7" w:rsidRDefault="00000000">
            <w:r>
              <w:rPr>
                <w:color w:val="000000"/>
                <w:sz w:val="15"/>
              </w:rPr>
              <w:t>sprawy przekazane Dyrektorowi lub innej właściwej osobie</w:t>
            </w:r>
          </w:p>
        </w:tc>
        <w:tc>
          <w:tcPr>
            <w:tcW w:w="147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97A9FF6" w14:textId="77777777" w:rsidR="00C127F7" w:rsidRDefault="00C127F7"/>
        </w:tc>
        <w:tc>
          <w:tcPr>
            <w:tcW w:w="3855" w:type="dxa"/>
            <w:gridSpan w:val="2"/>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20578419" w14:textId="77777777" w:rsidR="00C127F7" w:rsidRDefault="00C127F7"/>
        </w:tc>
      </w:tr>
      <w:tr w:rsidR="00C127F7" w14:paraId="65D783B8" w14:textId="77777777">
        <w:trPr>
          <w:trHeight w:val="272"/>
          <w:jc w:val="center"/>
        </w:trPr>
        <w:tc>
          <w:tcPr>
            <w:tcW w:w="4762"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2963B0E" w14:textId="77777777" w:rsidR="00C127F7" w:rsidRDefault="00000000">
            <w:r>
              <w:rPr>
                <w:color w:val="000000"/>
                <w:sz w:val="15"/>
              </w:rPr>
              <w:t>działania informacyjne i edukacyjne</w:t>
            </w:r>
          </w:p>
        </w:tc>
        <w:tc>
          <w:tcPr>
            <w:tcW w:w="147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38646167" w14:textId="77777777" w:rsidR="00C127F7" w:rsidRDefault="00C127F7"/>
        </w:tc>
        <w:tc>
          <w:tcPr>
            <w:tcW w:w="3855" w:type="dxa"/>
            <w:gridSpan w:val="2"/>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7DF973AC" w14:textId="77777777" w:rsidR="00C127F7" w:rsidRDefault="00C127F7"/>
        </w:tc>
      </w:tr>
      <w:tr w:rsidR="00C127F7" w14:paraId="225987B7" w14:textId="77777777">
        <w:trPr>
          <w:trHeight w:val="272"/>
          <w:jc w:val="center"/>
        </w:trPr>
        <w:tc>
          <w:tcPr>
            <w:tcW w:w="4762"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17E51BF6" w14:textId="77777777" w:rsidR="00C127F7" w:rsidRDefault="00000000">
            <w:r>
              <w:rPr>
                <w:color w:val="000000"/>
                <w:sz w:val="15"/>
              </w:rPr>
              <w:t>wnioski i rekomendacje</w:t>
            </w:r>
          </w:p>
        </w:tc>
        <w:tc>
          <w:tcPr>
            <w:tcW w:w="1474" w:type="dxa"/>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4B6E7858" w14:textId="77777777" w:rsidR="00C127F7" w:rsidRDefault="00C127F7"/>
        </w:tc>
        <w:tc>
          <w:tcPr>
            <w:tcW w:w="3855" w:type="dxa"/>
            <w:gridSpan w:val="2"/>
            <w:tcBorders>
              <w:top w:val="single" w:sz="5" w:space="0" w:color="6B6B6B"/>
              <w:left w:val="single" w:sz="5" w:space="0" w:color="6B6B6B"/>
              <w:bottom w:val="single" w:sz="5" w:space="0" w:color="6B6B6B"/>
              <w:right w:val="single" w:sz="5" w:space="0" w:color="6B6B6B"/>
            </w:tcBorders>
            <w:tcMar>
              <w:top w:w="70" w:type="dxa"/>
              <w:left w:w="90" w:type="dxa"/>
              <w:bottom w:w="70" w:type="dxa"/>
              <w:right w:w="90" w:type="dxa"/>
            </w:tcMar>
            <w:vAlign w:val="center"/>
          </w:tcPr>
          <w:p w14:paraId="680BA8D9" w14:textId="77777777" w:rsidR="00C127F7" w:rsidRDefault="00C127F7"/>
        </w:tc>
      </w:tr>
      <w:tr w:rsidR="00C127F7" w14:paraId="385CC661" w14:textId="77777777">
        <w:trPr>
          <w:cantSplit/>
          <w:trHeight w:val="709"/>
          <w:jc w:val="center"/>
        </w:trPr>
        <w:tc>
          <w:tcPr>
            <w:tcW w:w="459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5FB84D1F" w14:textId="77777777" w:rsidR="00C127F7" w:rsidRDefault="00000000">
            <w:r>
              <w:rPr>
                <w:b/>
                <w:color w:val="000000"/>
                <w:sz w:val="15"/>
              </w:rPr>
              <w:t>2. Ogólne rodzaje zgłaszanych spraw</w:t>
            </w:r>
          </w:p>
        </w:tc>
        <w:tc>
          <w:tcPr>
            <w:tcW w:w="5499" w:type="dxa"/>
            <w:gridSpan w:val="3"/>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3C738FB4" w14:textId="77777777" w:rsidR="00C127F7" w:rsidRDefault="00C127F7"/>
        </w:tc>
      </w:tr>
      <w:tr w:rsidR="00C127F7" w14:paraId="1814D329" w14:textId="77777777">
        <w:trPr>
          <w:cantSplit/>
          <w:trHeight w:val="709"/>
          <w:jc w:val="center"/>
        </w:trPr>
        <w:tc>
          <w:tcPr>
            <w:tcW w:w="459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5A3356D8" w14:textId="77777777" w:rsidR="00C127F7" w:rsidRDefault="00000000">
            <w:r>
              <w:rPr>
                <w:b/>
                <w:color w:val="000000"/>
                <w:sz w:val="15"/>
              </w:rPr>
              <w:t>3. Najważniejsze działania informacyjne i edukacyjne</w:t>
            </w:r>
          </w:p>
        </w:tc>
        <w:tc>
          <w:tcPr>
            <w:tcW w:w="5499" w:type="dxa"/>
            <w:gridSpan w:val="3"/>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7E9793FA" w14:textId="77777777" w:rsidR="00C127F7" w:rsidRDefault="00C127F7"/>
        </w:tc>
      </w:tr>
      <w:tr w:rsidR="00C127F7" w14:paraId="614FA83F" w14:textId="77777777">
        <w:trPr>
          <w:cantSplit/>
          <w:trHeight w:val="680"/>
          <w:jc w:val="center"/>
        </w:trPr>
        <w:tc>
          <w:tcPr>
            <w:tcW w:w="459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71F590C0" w14:textId="77777777" w:rsidR="00C127F7" w:rsidRDefault="00000000">
            <w:r>
              <w:rPr>
                <w:b/>
                <w:color w:val="000000"/>
                <w:sz w:val="15"/>
              </w:rPr>
              <w:t>4. Współpraca z organami szkoły i specjalistami</w:t>
            </w:r>
          </w:p>
        </w:tc>
        <w:tc>
          <w:tcPr>
            <w:tcW w:w="5499" w:type="dxa"/>
            <w:gridSpan w:val="3"/>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74BF132D" w14:textId="77777777" w:rsidR="00C127F7" w:rsidRDefault="00C127F7"/>
        </w:tc>
      </w:tr>
      <w:tr w:rsidR="00C127F7" w14:paraId="6A4A508B" w14:textId="77777777">
        <w:trPr>
          <w:cantSplit/>
          <w:trHeight w:val="709"/>
          <w:jc w:val="center"/>
        </w:trPr>
        <w:tc>
          <w:tcPr>
            <w:tcW w:w="459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47F65F50" w14:textId="77777777" w:rsidR="00C127F7" w:rsidRDefault="00000000">
            <w:r>
              <w:rPr>
                <w:b/>
                <w:color w:val="000000"/>
                <w:sz w:val="15"/>
              </w:rPr>
              <w:t>5. Wnioski dotyczące przestrzegania praw uczniów</w:t>
            </w:r>
          </w:p>
        </w:tc>
        <w:tc>
          <w:tcPr>
            <w:tcW w:w="5499" w:type="dxa"/>
            <w:gridSpan w:val="3"/>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51B36584" w14:textId="77777777" w:rsidR="00C127F7" w:rsidRDefault="00C127F7"/>
        </w:tc>
      </w:tr>
      <w:tr w:rsidR="00C127F7" w14:paraId="58AF0B7B" w14:textId="77777777">
        <w:trPr>
          <w:cantSplit/>
          <w:trHeight w:val="709"/>
          <w:jc w:val="center"/>
        </w:trPr>
        <w:tc>
          <w:tcPr>
            <w:tcW w:w="4592" w:type="dxa"/>
            <w:tcBorders>
              <w:top w:val="single" w:sz="6" w:space="0" w:color="6B6B6B"/>
              <w:left w:val="single" w:sz="6" w:space="0" w:color="6B6B6B"/>
              <w:bottom w:val="single" w:sz="6" w:space="0" w:color="6B6B6B"/>
              <w:right w:val="single" w:sz="6" w:space="0" w:color="6B6B6B"/>
            </w:tcBorders>
            <w:shd w:val="clear" w:color="auto" w:fill="DDEBF7"/>
            <w:tcMar>
              <w:top w:w="70" w:type="dxa"/>
              <w:left w:w="90" w:type="dxa"/>
              <w:bottom w:w="70" w:type="dxa"/>
              <w:right w:w="90" w:type="dxa"/>
            </w:tcMar>
            <w:vAlign w:val="center"/>
          </w:tcPr>
          <w:p w14:paraId="4000CB4C" w14:textId="77777777" w:rsidR="00C127F7" w:rsidRDefault="00000000">
            <w:r>
              <w:rPr>
                <w:b/>
                <w:color w:val="000000"/>
                <w:sz w:val="15"/>
              </w:rPr>
              <w:t>6. Zalecenia do pracy w kolejnym roku szkolnym</w:t>
            </w:r>
          </w:p>
        </w:tc>
        <w:tc>
          <w:tcPr>
            <w:tcW w:w="5499" w:type="dxa"/>
            <w:gridSpan w:val="3"/>
            <w:tcBorders>
              <w:top w:val="single" w:sz="6" w:space="0" w:color="6B6B6B"/>
              <w:left w:val="single" w:sz="6" w:space="0" w:color="6B6B6B"/>
              <w:bottom w:val="single" w:sz="6" w:space="0" w:color="6B6B6B"/>
              <w:right w:val="single" w:sz="6" w:space="0" w:color="6B6B6B"/>
            </w:tcBorders>
            <w:tcMar>
              <w:top w:w="70" w:type="dxa"/>
              <w:left w:w="90" w:type="dxa"/>
              <w:bottom w:w="70" w:type="dxa"/>
              <w:right w:w="90" w:type="dxa"/>
            </w:tcMar>
            <w:vAlign w:val="center"/>
          </w:tcPr>
          <w:p w14:paraId="7984048A" w14:textId="77777777" w:rsidR="00C127F7" w:rsidRDefault="00C127F7"/>
        </w:tc>
      </w:tr>
      <w:tr w:rsidR="00C127F7" w14:paraId="2DFB977D" w14:textId="77777777">
        <w:trPr>
          <w:gridAfter w:val="1"/>
          <w:wAfter w:w="132" w:type="dxa"/>
          <w:jc w:val="center"/>
        </w:trPr>
        <w:tc>
          <w:tcPr>
            <w:tcW w:w="10092" w:type="dxa"/>
            <w:gridSpan w:val="3"/>
            <w:tcBorders>
              <w:top w:val="single" w:sz="5" w:space="0" w:color="9AA9B5"/>
              <w:left w:val="single" w:sz="5" w:space="0" w:color="9AA9B5"/>
              <w:bottom w:val="single" w:sz="5" w:space="0" w:color="9AA9B5"/>
              <w:right w:val="single" w:sz="5" w:space="0" w:color="9AA9B5"/>
            </w:tcBorders>
            <w:shd w:val="clear" w:color="auto" w:fill="EEF5FB"/>
          </w:tcPr>
          <w:p w14:paraId="4E585682" w14:textId="77777777" w:rsidR="00C127F7" w:rsidRDefault="00000000">
            <w:pPr>
              <w:jc w:val="both"/>
            </w:pPr>
            <w:r>
              <w:rPr>
                <w:i/>
                <w:color w:val="666666"/>
                <w:sz w:val="14"/>
              </w:rPr>
              <w:t>Sprawozdanie ma charakter anonimowy i nie może zawierać danych pozwalających zidentyfikować uczniów, rodziców ani pracowników uczestniczących w indywidualnych sprawach.</w:t>
            </w:r>
          </w:p>
        </w:tc>
      </w:tr>
    </w:tbl>
    <w:p w14:paraId="27EF5D38" w14:textId="77777777" w:rsidR="00C127F7" w:rsidRDefault="00C127F7">
      <w:pPr>
        <w:spacing w:before="40"/>
      </w:pPr>
    </w:p>
    <w:tbl>
      <w:tblPr>
        <w:tblW w:w="0" w:type="auto"/>
        <w:jc w:val="center"/>
        <w:tblLayout w:type="fixed"/>
        <w:tblLook w:val="04A0" w:firstRow="1" w:lastRow="0" w:firstColumn="1" w:lastColumn="0" w:noHBand="0" w:noVBand="1"/>
      </w:tblPr>
      <w:tblGrid>
        <w:gridCol w:w="10035"/>
      </w:tblGrid>
      <w:tr w:rsidR="00C127F7" w14:paraId="0C95DEE6" w14:textId="77777777">
        <w:trPr>
          <w:jc w:val="center"/>
        </w:trPr>
        <w:tc>
          <w:tcPr>
            <w:tcW w:w="10035" w:type="dxa"/>
            <w:tcBorders>
              <w:top w:val="nil"/>
              <w:left w:val="nil"/>
              <w:bottom w:val="nil"/>
              <w:right w:val="nil"/>
            </w:tcBorders>
            <w:tcMar>
              <w:top w:w="70" w:type="dxa"/>
              <w:left w:w="90" w:type="dxa"/>
              <w:bottom w:w="70" w:type="dxa"/>
              <w:right w:w="90" w:type="dxa"/>
            </w:tcMar>
            <w:vAlign w:val="center"/>
          </w:tcPr>
          <w:p w14:paraId="24D7F9C6" w14:textId="77777777" w:rsidR="00C127F7" w:rsidRDefault="00000000">
            <w:pPr>
              <w:jc w:val="center"/>
            </w:pPr>
            <w:r>
              <w:rPr>
                <w:color w:val="666666"/>
                <w:sz w:val="18"/>
              </w:rPr>
              <w:t>........................................................</w:t>
            </w:r>
          </w:p>
        </w:tc>
      </w:tr>
      <w:tr w:rsidR="00C127F7" w14:paraId="2563033A" w14:textId="77777777">
        <w:trPr>
          <w:jc w:val="center"/>
        </w:trPr>
        <w:tc>
          <w:tcPr>
            <w:tcW w:w="10035" w:type="dxa"/>
            <w:tcBorders>
              <w:top w:val="nil"/>
              <w:left w:val="nil"/>
              <w:bottom w:val="nil"/>
              <w:right w:val="nil"/>
            </w:tcBorders>
            <w:tcMar>
              <w:top w:w="70" w:type="dxa"/>
              <w:left w:w="90" w:type="dxa"/>
              <w:bottom w:w="70" w:type="dxa"/>
              <w:right w:w="90" w:type="dxa"/>
            </w:tcMar>
            <w:vAlign w:val="center"/>
          </w:tcPr>
          <w:p w14:paraId="6C94D958" w14:textId="77777777" w:rsidR="00C127F7" w:rsidRDefault="00000000">
            <w:pPr>
              <w:jc w:val="center"/>
            </w:pPr>
            <w:r>
              <w:rPr>
                <w:color w:val="666666"/>
                <w:sz w:val="17"/>
              </w:rPr>
              <w:t>podpis Szkolnego Rzecznika Praw Ucznia</w:t>
            </w:r>
          </w:p>
        </w:tc>
      </w:tr>
    </w:tbl>
    <w:p w14:paraId="641CC0A8" w14:textId="77777777" w:rsidR="00C127F7" w:rsidRDefault="00C127F7">
      <w:pPr>
        <w:sectPr w:rsidR="00C127F7">
          <w:headerReference w:type="default" r:id="rId45"/>
          <w:footerReference w:type="default" r:id="rId46"/>
          <w:pgSz w:w="11906" w:h="16838"/>
          <w:pgMar w:top="765" w:right="907" w:bottom="709" w:left="907" w:header="312" w:footer="312" w:gutter="0"/>
          <w:cols w:space="720"/>
          <w:docGrid w:linePitch="360"/>
        </w:sectPr>
      </w:pPr>
    </w:p>
    <w:p w14:paraId="00CDD7A1" w14:textId="77777777" w:rsidR="00BF3C44" w:rsidRPr="00BF3C44" w:rsidRDefault="00BF3C44" w:rsidP="00BF3C44">
      <w:pPr>
        <w:jc w:val="right"/>
        <w:rPr>
          <w:sz w:val="18"/>
          <w:lang w:val="pl-PL"/>
        </w:rPr>
      </w:pPr>
      <w:r w:rsidRPr="00BF3C44">
        <w:rPr>
          <w:b/>
          <w:sz w:val="18"/>
          <w:lang w:val="pl-PL"/>
        </w:rPr>
        <w:lastRenderedPageBreak/>
        <w:t>Załącznik nr 18</w:t>
      </w:r>
    </w:p>
    <w:p w14:paraId="73D5EE70" w14:textId="77777777" w:rsidR="00BF3C44" w:rsidRPr="00BF3C44" w:rsidRDefault="00BF3C44" w:rsidP="00BF3C44">
      <w:pPr>
        <w:jc w:val="center"/>
        <w:rPr>
          <w:sz w:val="18"/>
          <w:lang w:val="pl-PL"/>
        </w:rPr>
      </w:pPr>
      <w:r w:rsidRPr="00BF3C44">
        <w:rPr>
          <w:b/>
          <w:sz w:val="28"/>
          <w:lang w:val="pl-PL"/>
        </w:rPr>
        <w:t>PLAN PRACY</w:t>
      </w:r>
    </w:p>
    <w:p w14:paraId="71292C4E" w14:textId="77777777" w:rsidR="00BF3C44" w:rsidRPr="00BF3C44" w:rsidRDefault="00BF3C44" w:rsidP="00BF3C44">
      <w:pPr>
        <w:spacing w:after="80"/>
        <w:jc w:val="center"/>
        <w:rPr>
          <w:sz w:val="18"/>
          <w:lang w:val="pl-PL"/>
        </w:rPr>
      </w:pPr>
      <w:r w:rsidRPr="00BF3C44">
        <w:rPr>
          <w:b/>
          <w:sz w:val="22"/>
          <w:lang w:val="pl-PL"/>
        </w:rPr>
        <w:t>Szkolnego Rzecznika Praw Ucznia</w:t>
      </w:r>
    </w:p>
    <w:tbl>
      <w:tblPr>
        <w:tblW w:w="0" w:type="auto"/>
        <w:jc w:val="center"/>
        <w:tblLayout w:type="fixed"/>
        <w:tblLook w:val="04A0" w:firstRow="1" w:lastRow="0" w:firstColumn="1" w:lastColumn="0" w:noHBand="0" w:noVBand="1"/>
      </w:tblPr>
      <w:tblGrid>
        <w:gridCol w:w="2324"/>
        <w:gridCol w:w="7937"/>
      </w:tblGrid>
      <w:tr w:rsidR="00BF3C44" w:rsidRPr="00BF3C44" w14:paraId="5DC0E0B0" w14:textId="77777777" w:rsidTr="00F7258A">
        <w:trPr>
          <w:jc w:val="center"/>
        </w:trPr>
        <w:tc>
          <w:tcPr>
            <w:tcW w:w="2324" w:type="dxa"/>
            <w:vAlign w:val="center"/>
          </w:tcPr>
          <w:p w14:paraId="5395AE30" w14:textId="77777777" w:rsidR="00BF3C44" w:rsidRPr="00BF3C44" w:rsidRDefault="00BF3C44" w:rsidP="00BF3C44">
            <w:pPr>
              <w:rPr>
                <w:sz w:val="24"/>
                <w:szCs w:val="24"/>
                <w:lang w:val="pl-PL"/>
              </w:rPr>
            </w:pPr>
            <w:r w:rsidRPr="00BF3C44">
              <w:rPr>
                <w:sz w:val="24"/>
                <w:szCs w:val="24"/>
                <w:lang w:val="pl-PL"/>
              </w:rPr>
              <w:t>Rok szkolny</w:t>
            </w:r>
          </w:p>
        </w:tc>
        <w:tc>
          <w:tcPr>
            <w:tcW w:w="7937" w:type="dxa"/>
            <w:vAlign w:val="center"/>
          </w:tcPr>
          <w:p w14:paraId="30483909" w14:textId="77777777" w:rsidR="00BF3C44" w:rsidRPr="00BF3C44" w:rsidRDefault="00BF3C44" w:rsidP="00BF3C44">
            <w:pPr>
              <w:rPr>
                <w:sz w:val="24"/>
                <w:szCs w:val="24"/>
                <w:lang w:val="pl-PL"/>
              </w:rPr>
            </w:pPr>
          </w:p>
        </w:tc>
      </w:tr>
      <w:tr w:rsidR="00BF3C44" w:rsidRPr="00BF3C44" w14:paraId="38D8A013" w14:textId="77777777" w:rsidTr="00F7258A">
        <w:trPr>
          <w:jc w:val="center"/>
        </w:trPr>
        <w:tc>
          <w:tcPr>
            <w:tcW w:w="2324" w:type="dxa"/>
            <w:vAlign w:val="center"/>
          </w:tcPr>
          <w:p w14:paraId="4B78B8A6" w14:textId="77777777" w:rsidR="00BF3C44" w:rsidRPr="00BF3C44" w:rsidRDefault="00BF3C44" w:rsidP="00BF3C44">
            <w:pPr>
              <w:rPr>
                <w:sz w:val="24"/>
                <w:szCs w:val="24"/>
                <w:lang w:val="pl-PL"/>
              </w:rPr>
            </w:pPr>
            <w:r w:rsidRPr="00BF3C44">
              <w:rPr>
                <w:sz w:val="24"/>
                <w:szCs w:val="24"/>
                <w:lang w:val="pl-PL"/>
              </w:rPr>
              <w:t>Imię i nazwisko Rzecznika</w:t>
            </w:r>
          </w:p>
        </w:tc>
        <w:tc>
          <w:tcPr>
            <w:tcW w:w="7937" w:type="dxa"/>
            <w:vAlign w:val="center"/>
          </w:tcPr>
          <w:p w14:paraId="715083AE" w14:textId="77777777" w:rsidR="00BF3C44" w:rsidRPr="00BF3C44" w:rsidRDefault="00BF3C44" w:rsidP="00BF3C44">
            <w:pPr>
              <w:rPr>
                <w:sz w:val="24"/>
                <w:szCs w:val="24"/>
                <w:lang w:val="pl-PL"/>
              </w:rPr>
            </w:pPr>
          </w:p>
        </w:tc>
      </w:tr>
    </w:tbl>
    <w:p w14:paraId="6981C819" w14:textId="77777777" w:rsidR="00BF3C44" w:rsidRPr="00BF3C44" w:rsidRDefault="00BF3C44" w:rsidP="00BF3C44">
      <w:pPr>
        <w:spacing w:before="60" w:after="60"/>
        <w:rPr>
          <w:sz w:val="24"/>
          <w:szCs w:val="24"/>
          <w:lang w:val="pl-PL"/>
        </w:rPr>
      </w:pPr>
      <w:r w:rsidRPr="00BF3C44">
        <w:rPr>
          <w:b/>
          <w:sz w:val="24"/>
          <w:szCs w:val="24"/>
          <w:lang w:val="pl-PL"/>
        </w:rPr>
        <w:t xml:space="preserve">Podstawa planu: </w:t>
      </w:r>
      <w:r w:rsidRPr="00BF3C44">
        <w:rPr>
          <w:sz w:val="24"/>
          <w:szCs w:val="24"/>
          <w:lang w:val="pl-PL"/>
        </w:rPr>
        <w:t>ustawa z dnia 14 grudnia 2016 r. – Prawo oświatowe, w szczególności art. 42a i art. 42q w brzmieniu obowiązującym od 1 września 2026 r. (zmiana: Dz.U. z 2026 r. poz. 904), Statut SP59 oraz Regulamin Szkolnego Rzecznika Praw Ucznia.</w:t>
      </w:r>
    </w:p>
    <w:tbl>
      <w:tblPr>
        <w:tblStyle w:val="Tabela-Siatka"/>
        <w:tblW w:w="0" w:type="auto"/>
        <w:jc w:val="center"/>
        <w:tblLayout w:type="fixed"/>
        <w:tblLook w:val="04A0" w:firstRow="1" w:lastRow="0" w:firstColumn="1" w:lastColumn="0" w:noHBand="0" w:noVBand="1"/>
      </w:tblPr>
      <w:tblGrid>
        <w:gridCol w:w="397"/>
        <w:gridCol w:w="1928"/>
        <w:gridCol w:w="3402"/>
        <w:gridCol w:w="1701"/>
        <w:gridCol w:w="2835"/>
      </w:tblGrid>
      <w:tr w:rsidR="00BF3C44" w:rsidRPr="00BF3C44" w14:paraId="13EE66DF" w14:textId="77777777" w:rsidTr="00F7258A">
        <w:trPr>
          <w:jc w:val="center"/>
        </w:trPr>
        <w:tc>
          <w:tcPr>
            <w:tcW w:w="397" w:type="dxa"/>
            <w:shd w:val="clear" w:color="auto" w:fill="D9EAF7"/>
          </w:tcPr>
          <w:p w14:paraId="32E66710" w14:textId="77777777" w:rsidR="00BF3C44" w:rsidRPr="00BF3C44" w:rsidRDefault="00BF3C44" w:rsidP="00BF3C44">
            <w:pPr>
              <w:jc w:val="center"/>
              <w:rPr>
                <w:sz w:val="24"/>
                <w:szCs w:val="24"/>
                <w:lang w:val="pl-PL"/>
              </w:rPr>
            </w:pPr>
            <w:r w:rsidRPr="00BF3C44">
              <w:rPr>
                <w:b/>
                <w:sz w:val="24"/>
                <w:szCs w:val="24"/>
                <w:lang w:val="pl-PL"/>
              </w:rPr>
              <w:t>Lp.</w:t>
            </w:r>
          </w:p>
        </w:tc>
        <w:tc>
          <w:tcPr>
            <w:tcW w:w="1928" w:type="dxa"/>
            <w:shd w:val="clear" w:color="auto" w:fill="D9EAF7"/>
          </w:tcPr>
          <w:p w14:paraId="4C0C8D94" w14:textId="77777777" w:rsidR="00BF3C44" w:rsidRPr="00BF3C44" w:rsidRDefault="00BF3C44" w:rsidP="00BF3C44">
            <w:pPr>
              <w:jc w:val="center"/>
              <w:rPr>
                <w:sz w:val="24"/>
                <w:szCs w:val="24"/>
                <w:lang w:val="pl-PL"/>
              </w:rPr>
            </w:pPr>
            <w:r w:rsidRPr="00BF3C44">
              <w:rPr>
                <w:b/>
                <w:sz w:val="24"/>
                <w:szCs w:val="24"/>
                <w:lang w:val="pl-PL"/>
              </w:rPr>
              <w:t>Obszar / zadanie</w:t>
            </w:r>
          </w:p>
        </w:tc>
        <w:tc>
          <w:tcPr>
            <w:tcW w:w="3402" w:type="dxa"/>
            <w:shd w:val="clear" w:color="auto" w:fill="D9EAF7"/>
          </w:tcPr>
          <w:p w14:paraId="18A04C85" w14:textId="77777777" w:rsidR="00BF3C44" w:rsidRPr="00BF3C44" w:rsidRDefault="00BF3C44" w:rsidP="00BF3C44">
            <w:pPr>
              <w:jc w:val="center"/>
              <w:rPr>
                <w:sz w:val="24"/>
                <w:szCs w:val="24"/>
                <w:lang w:val="pl-PL"/>
              </w:rPr>
            </w:pPr>
            <w:r w:rsidRPr="00BF3C44">
              <w:rPr>
                <w:b/>
                <w:sz w:val="24"/>
                <w:szCs w:val="24"/>
                <w:lang w:val="pl-PL"/>
              </w:rPr>
              <w:t>Planowane działania</w:t>
            </w:r>
          </w:p>
        </w:tc>
        <w:tc>
          <w:tcPr>
            <w:tcW w:w="1701" w:type="dxa"/>
            <w:shd w:val="clear" w:color="auto" w:fill="D9EAF7"/>
          </w:tcPr>
          <w:p w14:paraId="58A4576B" w14:textId="77777777" w:rsidR="00BF3C44" w:rsidRPr="00BF3C44" w:rsidRDefault="00BF3C44" w:rsidP="00BF3C44">
            <w:pPr>
              <w:jc w:val="center"/>
              <w:rPr>
                <w:sz w:val="24"/>
                <w:szCs w:val="24"/>
                <w:lang w:val="pl-PL"/>
              </w:rPr>
            </w:pPr>
            <w:r w:rsidRPr="00BF3C44">
              <w:rPr>
                <w:b/>
                <w:sz w:val="24"/>
                <w:szCs w:val="24"/>
                <w:lang w:val="pl-PL"/>
              </w:rPr>
              <w:t>Termin / współpraca</w:t>
            </w:r>
          </w:p>
        </w:tc>
        <w:tc>
          <w:tcPr>
            <w:tcW w:w="2835" w:type="dxa"/>
            <w:shd w:val="clear" w:color="auto" w:fill="D9EAF7"/>
          </w:tcPr>
          <w:p w14:paraId="33BA7A31" w14:textId="77777777" w:rsidR="00BF3C44" w:rsidRPr="00BF3C44" w:rsidRDefault="00BF3C44" w:rsidP="00BF3C44">
            <w:pPr>
              <w:jc w:val="center"/>
              <w:rPr>
                <w:sz w:val="24"/>
                <w:szCs w:val="24"/>
                <w:lang w:val="pl-PL"/>
              </w:rPr>
            </w:pPr>
            <w:r w:rsidRPr="00BF3C44">
              <w:rPr>
                <w:b/>
                <w:sz w:val="24"/>
                <w:szCs w:val="24"/>
                <w:lang w:val="pl-PL"/>
              </w:rPr>
              <w:t>Podstawa prawna / regulaminowa</w:t>
            </w:r>
          </w:p>
        </w:tc>
      </w:tr>
      <w:tr w:rsidR="00BF3C44" w:rsidRPr="00BF3C44" w14:paraId="5E26E7F3" w14:textId="77777777" w:rsidTr="00F7258A">
        <w:trPr>
          <w:jc w:val="center"/>
        </w:trPr>
        <w:tc>
          <w:tcPr>
            <w:tcW w:w="397" w:type="dxa"/>
            <w:vAlign w:val="center"/>
          </w:tcPr>
          <w:p w14:paraId="3BED2DE9" w14:textId="77777777" w:rsidR="00BF3C44" w:rsidRPr="00BF3C44" w:rsidRDefault="00BF3C44" w:rsidP="00BF3C44">
            <w:pPr>
              <w:spacing w:line="221" w:lineRule="auto"/>
              <w:jc w:val="center"/>
              <w:rPr>
                <w:sz w:val="24"/>
                <w:szCs w:val="24"/>
                <w:lang w:val="pl-PL"/>
              </w:rPr>
            </w:pPr>
            <w:r w:rsidRPr="00BF3C44">
              <w:rPr>
                <w:sz w:val="24"/>
                <w:szCs w:val="24"/>
                <w:lang w:val="pl-PL"/>
              </w:rPr>
              <w:t>1</w:t>
            </w:r>
          </w:p>
        </w:tc>
        <w:tc>
          <w:tcPr>
            <w:tcW w:w="1928" w:type="dxa"/>
            <w:vAlign w:val="center"/>
          </w:tcPr>
          <w:p w14:paraId="150726A1" w14:textId="77777777" w:rsidR="00BF3C44" w:rsidRPr="00BF3C44" w:rsidRDefault="00BF3C44" w:rsidP="00BF3C44">
            <w:pPr>
              <w:spacing w:line="221" w:lineRule="auto"/>
              <w:rPr>
                <w:sz w:val="24"/>
                <w:szCs w:val="24"/>
                <w:lang w:val="pl-PL"/>
              </w:rPr>
            </w:pPr>
            <w:r w:rsidRPr="00BF3C44">
              <w:rPr>
                <w:sz w:val="24"/>
                <w:szCs w:val="24"/>
                <w:lang w:val="pl-PL"/>
              </w:rPr>
              <w:t>Upowszechnienie wiedzy o roli i zadaniach Rzecznika</w:t>
            </w:r>
          </w:p>
        </w:tc>
        <w:tc>
          <w:tcPr>
            <w:tcW w:w="3402" w:type="dxa"/>
            <w:vAlign w:val="center"/>
          </w:tcPr>
          <w:p w14:paraId="4E619FF1" w14:textId="77777777" w:rsidR="00BF3C44" w:rsidRPr="00BF3C44" w:rsidRDefault="00BF3C44" w:rsidP="00BF3C44">
            <w:pPr>
              <w:spacing w:line="221" w:lineRule="auto"/>
              <w:rPr>
                <w:sz w:val="24"/>
                <w:szCs w:val="24"/>
                <w:lang w:val="pl-PL"/>
              </w:rPr>
            </w:pPr>
            <w:r w:rsidRPr="00BF3C44">
              <w:rPr>
                <w:sz w:val="24"/>
                <w:szCs w:val="24"/>
                <w:lang w:val="pl-PL"/>
              </w:rPr>
              <w:t>Przedstawienie uczniom, rodzicom i nauczycielom zadań Rzecznika, zasad zgłaszania spraw, zakresu poufności, miejsca i godzin dyżuru oraz sposobu kontaktu. Udostępnienie informacji w przyjętych w szkole kanałach.</w:t>
            </w:r>
          </w:p>
        </w:tc>
        <w:tc>
          <w:tcPr>
            <w:tcW w:w="1701" w:type="dxa"/>
            <w:vAlign w:val="center"/>
          </w:tcPr>
          <w:p w14:paraId="1241B5E6" w14:textId="77777777" w:rsidR="00BF3C44" w:rsidRPr="00BF3C44" w:rsidRDefault="00BF3C44" w:rsidP="00BF3C44">
            <w:pPr>
              <w:spacing w:line="221" w:lineRule="auto"/>
              <w:rPr>
                <w:sz w:val="24"/>
                <w:szCs w:val="24"/>
                <w:lang w:val="pl-PL"/>
              </w:rPr>
            </w:pPr>
            <w:r w:rsidRPr="00BF3C44">
              <w:rPr>
                <w:sz w:val="24"/>
                <w:szCs w:val="24"/>
                <w:lang w:val="pl-PL"/>
              </w:rPr>
              <w:t>IX–X oraz wg potrzeb; SU, wychowawcy, Dyrektor</w:t>
            </w:r>
          </w:p>
        </w:tc>
        <w:tc>
          <w:tcPr>
            <w:tcW w:w="2835" w:type="dxa"/>
            <w:vAlign w:val="center"/>
          </w:tcPr>
          <w:p w14:paraId="7DEBE7C2" w14:textId="77777777" w:rsidR="00BF3C44" w:rsidRPr="00BF3C44" w:rsidRDefault="00BF3C44" w:rsidP="00BF3C44">
            <w:pPr>
              <w:spacing w:line="221" w:lineRule="auto"/>
              <w:rPr>
                <w:sz w:val="24"/>
                <w:szCs w:val="24"/>
                <w:lang w:val="pl-PL"/>
              </w:rPr>
            </w:pPr>
            <w:r w:rsidRPr="00BF3C44">
              <w:rPr>
                <w:sz w:val="24"/>
                <w:szCs w:val="24"/>
                <w:lang w:val="pl-PL"/>
              </w:rPr>
              <w:t>art. 42q ust. 2 i ust. 4 pkt 2–3 PO; § 5–7 Regulaminu</w:t>
            </w:r>
          </w:p>
        </w:tc>
      </w:tr>
      <w:tr w:rsidR="00BF3C44" w:rsidRPr="00BF3C44" w14:paraId="5A09C45A" w14:textId="77777777" w:rsidTr="00F7258A">
        <w:trPr>
          <w:jc w:val="center"/>
        </w:trPr>
        <w:tc>
          <w:tcPr>
            <w:tcW w:w="397" w:type="dxa"/>
            <w:vAlign w:val="center"/>
          </w:tcPr>
          <w:p w14:paraId="159D3377" w14:textId="77777777" w:rsidR="00BF3C44" w:rsidRPr="00BF3C44" w:rsidRDefault="00BF3C44" w:rsidP="00BF3C44">
            <w:pPr>
              <w:spacing w:line="221" w:lineRule="auto"/>
              <w:jc w:val="center"/>
              <w:rPr>
                <w:sz w:val="24"/>
                <w:szCs w:val="24"/>
                <w:lang w:val="pl-PL"/>
              </w:rPr>
            </w:pPr>
            <w:r w:rsidRPr="00BF3C44">
              <w:rPr>
                <w:sz w:val="24"/>
                <w:szCs w:val="24"/>
                <w:lang w:val="pl-PL"/>
              </w:rPr>
              <w:t>2</w:t>
            </w:r>
          </w:p>
        </w:tc>
        <w:tc>
          <w:tcPr>
            <w:tcW w:w="1928" w:type="dxa"/>
            <w:vAlign w:val="center"/>
          </w:tcPr>
          <w:p w14:paraId="4ACC1C12" w14:textId="77777777" w:rsidR="00BF3C44" w:rsidRPr="00BF3C44" w:rsidRDefault="00BF3C44" w:rsidP="00BF3C44">
            <w:pPr>
              <w:spacing w:line="221" w:lineRule="auto"/>
              <w:rPr>
                <w:sz w:val="24"/>
                <w:szCs w:val="24"/>
                <w:lang w:val="pl-PL"/>
              </w:rPr>
            </w:pPr>
            <w:r w:rsidRPr="00BF3C44">
              <w:rPr>
                <w:sz w:val="24"/>
                <w:szCs w:val="24"/>
                <w:lang w:val="pl-PL"/>
              </w:rPr>
              <w:t>Prawa, wolności i obowiązki uczniowskie</w:t>
            </w:r>
          </w:p>
        </w:tc>
        <w:tc>
          <w:tcPr>
            <w:tcW w:w="3402" w:type="dxa"/>
            <w:vAlign w:val="center"/>
          </w:tcPr>
          <w:p w14:paraId="135DAF17" w14:textId="77777777" w:rsidR="00BF3C44" w:rsidRPr="00BF3C44" w:rsidRDefault="00BF3C44" w:rsidP="00BF3C44">
            <w:pPr>
              <w:spacing w:line="221" w:lineRule="auto"/>
              <w:rPr>
                <w:sz w:val="24"/>
                <w:szCs w:val="24"/>
                <w:lang w:val="pl-PL"/>
              </w:rPr>
            </w:pPr>
          </w:p>
        </w:tc>
        <w:tc>
          <w:tcPr>
            <w:tcW w:w="1701" w:type="dxa"/>
            <w:vAlign w:val="center"/>
          </w:tcPr>
          <w:p w14:paraId="0C12C2F3" w14:textId="77777777" w:rsidR="00BF3C44" w:rsidRPr="00BF3C44" w:rsidRDefault="00BF3C44" w:rsidP="00BF3C44">
            <w:pPr>
              <w:spacing w:line="221" w:lineRule="auto"/>
              <w:rPr>
                <w:sz w:val="24"/>
                <w:szCs w:val="24"/>
                <w:lang w:val="pl-PL"/>
              </w:rPr>
            </w:pPr>
          </w:p>
        </w:tc>
        <w:tc>
          <w:tcPr>
            <w:tcW w:w="2835" w:type="dxa"/>
            <w:vAlign w:val="center"/>
          </w:tcPr>
          <w:p w14:paraId="46CDA397" w14:textId="77777777" w:rsidR="00BF3C44" w:rsidRPr="00BF3C44" w:rsidRDefault="00BF3C44" w:rsidP="00BF3C44">
            <w:pPr>
              <w:spacing w:line="221" w:lineRule="auto"/>
              <w:rPr>
                <w:sz w:val="24"/>
                <w:szCs w:val="24"/>
                <w:lang w:val="pl-PL"/>
              </w:rPr>
            </w:pPr>
            <w:r w:rsidRPr="00BF3C44">
              <w:rPr>
                <w:sz w:val="24"/>
                <w:szCs w:val="24"/>
                <w:lang w:val="pl-PL"/>
              </w:rPr>
              <w:t>art. 42a ust. 1, 3 i 5; art. 42b; art. 42q ust. 4 pkt 2 PO; § 5 ust. 1 pkt 1–2 i § 6 pkt 1, 6 Regulaminu</w:t>
            </w:r>
          </w:p>
        </w:tc>
      </w:tr>
      <w:tr w:rsidR="00BF3C44" w:rsidRPr="00BF3C44" w14:paraId="261552FB" w14:textId="77777777" w:rsidTr="00F7258A">
        <w:trPr>
          <w:jc w:val="center"/>
        </w:trPr>
        <w:tc>
          <w:tcPr>
            <w:tcW w:w="397" w:type="dxa"/>
            <w:vAlign w:val="center"/>
          </w:tcPr>
          <w:p w14:paraId="43BE8B22" w14:textId="77777777" w:rsidR="00BF3C44" w:rsidRPr="00BF3C44" w:rsidRDefault="00BF3C44" w:rsidP="00BF3C44">
            <w:pPr>
              <w:spacing w:line="221" w:lineRule="auto"/>
              <w:jc w:val="center"/>
              <w:rPr>
                <w:sz w:val="24"/>
                <w:szCs w:val="24"/>
                <w:lang w:val="pl-PL"/>
              </w:rPr>
            </w:pPr>
            <w:r w:rsidRPr="00BF3C44">
              <w:rPr>
                <w:sz w:val="24"/>
                <w:szCs w:val="24"/>
                <w:lang w:val="pl-PL"/>
              </w:rPr>
              <w:t>3</w:t>
            </w:r>
          </w:p>
        </w:tc>
        <w:tc>
          <w:tcPr>
            <w:tcW w:w="1928" w:type="dxa"/>
            <w:vAlign w:val="center"/>
          </w:tcPr>
          <w:p w14:paraId="7FEC7A67" w14:textId="77777777" w:rsidR="00BF3C44" w:rsidRPr="00BF3C44" w:rsidRDefault="00BF3C44" w:rsidP="00BF3C44">
            <w:pPr>
              <w:spacing w:line="221" w:lineRule="auto"/>
              <w:rPr>
                <w:sz w:val="24"/>
                <w:szCs w:val="24"/>
                <w:lang w:val="pl-PL"/>
              </w:rPr>
            </w:pPr>
            <w:r w:rsidRPr="00BF3C44">
              <w:rPr>
                <w:sz w:val="24"/>
                <w:szCs w:val="24"/>
                <w:lang w:val="pl-PL"/>
              </w:rPr>
              <w:t>Monitorowanie przestrzegania praw ucznia</w:t>
            </w:r>
          </w:p>
        </w:tc>
        <w:tc>
          <w:tcPr>
            <w:tcW w:w="3402" w:type="dxa"/>
            <w:vAlign w:val="center"/>
          </w:tcPr>
          <w:p w14:paraId="2E20C691" w14:textId="77777777" w:rsidR="00BF3C44" w:rsidRPr="00BF3C44" w:rsidRDefault="00BF3C44" w:rsidP="00BF3C44">
            <w:pPr>
              <w:spacing w:line="221" w:lineRule="auto"/>
              <w:rPr>
                <w:sz w:val="24"/>
                <w:szCs w:val="24"/>
                <w:lang w:val="pl-PL"/>
              </w:rPr>
            </w:pPr>
          </w:p>
        </w:tc>
        <w:tc>
          <w:tcPr>
            <w:tcW w:w="1701" w:type="dxa"/>
            <w:vAlign w:val="center"/>
          </w:tcPr>
          <w:p w14:paraId="3A6E79F9" w14:textId="77777777" w:rsidR="00BF3C44" w:rsidRPr="00BF3C44" w:rsidRDefault="00BF3C44" w:rsidP="00BF3C44">
            <w:pPr>
              <w:spacing w:line="221" w:lineRule="auto"/>
              <w:rPr>
                <w:sz w:val="24"/>
                <w:szCs w:val="24"/>
                <w:lang w:val="pl-PL"/>
              </w:rPr>
            </w:pPr>
          </w:p>
        </w:tc>
        <w:tc>
          <w:tcPr>
            <w:tcW w:w="2835" w:type="dxa"/>
            <w:vAlign w:val="center"/>
          </w:tcPr>
          <w:p w14:paraId="3B4A225E" w14:textId="77777777" w:rsidR="00BF3C44" w:rsidRPr="00BF3C44" w:rsidRDefault="00BF3C44" w:rsidP="00BF3C44">
            <w:pPr>
              <w:spacing w:line="221" w:lineRule="auto"/>
              <w:rPr>
                <w:sz w:val="24"/>
                <w:szCs w:val="24"/>
                <w:lang w:val="pl-PL"/>
              </w:rPr>
            </w:pPr>
            <w:r w:rsidRPr="00BF3C44">
              <w:rPr>
                <w:sz w:val="24"/>
                <w:szCs w:val="24"/>
                <w:lang w:val="pl-PL"/>
              </w:rPr>
              <w:t>art. 42q ust. 4 pkt 1 i 3 PO; § 6 pkt 5 i 7; § 11 i § 13 Regulaminu</w:t>
            </w:r>
          </w:p>
        </w:tc>
      </w:tr>
      <w:tr w:rsidR="00BF3C44" w:rsidRPr="00BF3C44" w14:paraId="6E2FE47C" w14:textId="77777777" w:rsidTr="00F7258A">
        <w:trPr>
          <w:jc w:val="center"/>
        </w:trPr>
        <w:tc>
          <w:tcPr>
            <w:tcW w:w="397" w:type="dxa"/>
            <w:vAlign w:val="center"/>
          </w:tcPr>
          <w:p w14:paraId="1B1D3111" w14:textId="77777777" w:rsidR="00BF3C44" w:rsidRPr="00BF3C44" w:rsidRDefault="00BF3C44" w:rsidP="00BF3C44">
            <w:pPr>
              <w:spacing w:line="221" w:lineRule="auto"/>
              <w:jc w:val="center"/>
              <w:rPr>
                <w:sz w:val="24"/>
                <w:szCs w:val="24"/>
                <w:lang w:val="pl-PL"/>
              </w:rPr>
            </w:pPr>
            <w:r w:rsidRPr="00BF3C44">
              <w:rPr>
                <w:sz w:val="24"/>
                <w:szCs w:val="24"/>
                <w:lang w:val="pl-PL"/>
              </w:rPr>
              <w:t>4</w:t>
            </w:r>
          </w:p>
        </w:tc>
        <w:tc>
          <w:tcPr>
            <w:tcW w:w="1928" w:type="dxa"/>
            <w:vAlign w:val="center"/>
          </w:tcPr>
          <w:p w14:paraId="49F01066" w14:textId="77777777" w:rsidR="00BF3C44" w:rsidRPr="00BF3C44" w:rsidRDefault="00BF3C44" w:rsidP="00BF3C44">
            <w:pPr>
              <w:spacing w:line="221" w:lineRule="auto"/>
              <w:rPr>
                <w:sz w:val="24"/>
                <w:szCs w:val="24"/>
                <w:lang w:val="pl-PL"/>
              </w:rPr>
            </w:pPr>
            <w:r w:rsidRPr="00BF3C44">
              <w:rPr>
                <w:sz w:val="24"/>
                <w:szCs w:val="24"/>
                <w:lang w:val="pl-PL"/>
              </w:rPr>
              <w:t>Pomoc w indywidualnych sprawach uczniów</w:t>
            </w:r>
          </w:p>
        </w:tc>
        <w:tc>
          <w:tcPr>
            <w:tcW w:w="3402" w:type="dxa"/>
            <w:vAlign w:val="center"/>
          </w:tcPr>
          <w:p w14:paraId="19B1EDE0" w14:textId="77777777" w:rsidR="00BF3C44" w:rsidRPr="00BF3C44" w:rsidRDefault="00BF3C44" w:rsidP="00BF3C44">
            <w:pPr>
              <w:spacing w:line="221" w:lineRule="auto"/>
              <w:rPr>
                <w:sz w:val="24"/>
                <w:szCs w:val="24"/>
                <w:lang w:val="pl-PL"/>
              </w:rPr>
            </w:pPr>
          </w:p>
        </w:tc>
        <w:tc>
          <w:tcPr>
            <w:tcW w:w="1701" w:type="dxa"/>
            <w:vAlign w:val="center"/>
          </w:tcPr>
          <w:p w14:paraId="59FF7587" w14:textId="77777777" w:rsidR="00BF3C44" w:rsidRPr="00BF3C44" w:rsidRDefault="00BF3C44" w:rsidP="00BF3C44">
            <w:pPr>
              <w:spacing w:line="221" w:lineRule="auto"/>
              <w:rPr>
                <w:sz w:val="24"/>
                <w:szCs w:val="24"/>
                <w:lang w:val="pl-PL"/>
              </w:rPr>
            </w:pPr>
          </w:p>
        </w:tc>
        <w:tc>
          <w:tcPr>
            <w:tcW w:w="2835" w:type="dxa"/>
            <w:vAlign w:val="center"/>
          </w:tcPr>
          <w:p w14:paraId="384C9D00" w14:textId="77777777" w:rsidR="00BF3C44" w:rsidRPr="00BF3C44" w:rsidRDefault="00BF3C44" w:rsidP="00BF3C44">
            <w:pPr>
              <w:spacing w:line="221" w:lineRule="auto"/>
              <w:rPr>
                <w:sz w:val="24"/>
                <w:szCs w:val="24"/>
                <w:lang w:val="pl-PL"/>
              </w:rPr>
            </w:pPr>
            <w:r w:rsidRPr="00BF3C44">
              <w:rPr>
                <w:sz w:val="24"/>
                <w:szCs w:val="24"/>
                <w:lang w:val="pl-PL"/>
              </w:rPr>
              <w:t>art. 42q PO; § 7–9 Regulaminu</w:t>
            </w:r>
          </w:p>
        </w:tc>
      </w:tr>
      <w:tr w:rsidR="00BF3C44" w:rsidRPr="00BF3C44" w14:paraId="184A62A4" w14:textId="77777777" w:rsidTr="00F7258A">
        <w:trPr>
          <w:jc w:val="center"/>
        </w:trPr>
        <w:tc>
          <w:tcPr>
            <w:tcW w:w="397" w:type="dxa"/>
            <w:vAlign w:val="center"/>
          </w:tcPr>
          <w:p w14:paraId="3E5D60EF" w14:textId="77777777" w:rsidR="00BF3C44" w:rsidRPr="00BF3C44" w:rsidRDefault="00BF3C44" w:rsidP="00BF3C44">
            <w:pPr>
              <w:spacing w:line="221" w:lineRule="auto"/>
              <w:jc w:val="center"/>
              <w:rPr>
                <w:sz w:val="24"/>
                <w:szCs w:val="24"/>
                <w:lang w:val="pl-PL"/>
              </w:rPr>
            </w:pPr>
            <w:r w:rsidRPr="00BF3C44">
              <w:rPr>
                <w:sz w:val="24"/>
                <w:szCs w:val="24"/>
                <w:lang w:val="pl-PL"/>
              </w:rPr>
              <w:t>5</w:t>
            </w:r>
          </w:p>
        </w:tc>
        <w:tc>
          <w:tcPr>
            <w:tcW w:w="1928" w:type="dxa"/>
            <w:vAlign w:val="center"/>
          </w:tcPr>
          <w:p w14:paraId="1F5C7C48" w14:textId="77777777" w:rsidR="00BF3C44" w:rsidRPr="00BF3C44" w:rsidRDefault="00BF3C44" w:rsidP="00BF3C44">
            <w:pPr>
              <w:spacing w:line="221" w:lineRule="auto"/>
              <w:rPr>
                <w:sz w:val="24"/>
                <w:szCs w:val="24"/>
                <w:lang w:val="pl-PL"/>
              </w:rPr>
            </w:pPr>
            <w:r w:rsidRPr="00BF3C44">
              <w:rPr>
                <w:sz w:val="24"/>
                <w:szCs w:val="24"/>
                <w:lang w:val="pl-PL"/>
              </w:rPr>
              <w:t>Równe traktowanie, godność, bezpieczeństwo i ochrona przed krzywdzeniem</w:t>
            </w:r>
          </w:p>
        </w:tc>
        <w:tc>
          <w:tcPr>
            <w:tcW w:w="3402" w:type="dxa"/>
            <w:vAlign w:val="center"/>
          </w:tcPr>
          <w:p w14:paraId="3A188643" w14:textId="77777777" w:rsidR="00BF3C44" w:rsidRPr="00BF3C44" w:rsidRDefault="00BF3C44" w:rsidP="00BF3C44">
            <w:pPr>
              <w:spacing w:line="221" w:lineRule="auto"/>
              <w:rPr>
                <w:sz w:val="24"/>
                <w:szCs w:val="24"/>
                <w:lang w:val="pl-PL"/>
              </w:rPr>
            </w:pPr>
          </w:p>
        </w:tc>
        <w:tc>
          <w:tcPr>
            <w:tcW w:w="1701" w:type="dxa"/>
            <w:vAlign w:val="center"/>
          </w:tcPr>
          <w:p w14:paraId="59E38358" w14:textId="77777777" w:rsidR="00BF3C44" w:rsidRPr="00BF3C44" w:rsidRDefault="00BF3C44" w:rsidP="00BF3C44">
            <w:pPr>
              <w:spacing w:line="221" w:lineRule="auto"/>
              <w:rPr>
                <w:sz w:val="24"/>
                <w:szCs w:val="24"/>
                <w:lang w:val="pl-PL"/>
              </w:rPr>
            </w:pPr>
          </w:p>
        </w:tc>
        <w:tc>
          <w:tcPr>
            <w:tcW w:w="2835" w:type="dxa"/>
            <w:vAlign w:val="center"/>
          </w:tcPr>
          <w:p w14:paraId="083299FE" w14:textId="77777777" w:rsidR="00BF3C44" w:rsidRPr="00BF3C44" w:rsidRDefault="00BF3C44" w:rsidP="00BF3C44">
            <w:pPr>
              <w:spacing w:line="221" w:lineRule="auto"/>
              <w:rPr>
                <w:sz w:val="24"/>
                <w:szCs w:val="24"/>
                <w:lang w:val="pl-PL"/>
              </w:rPr>
            </w:pPr>
            <w:r w:rsidRPr="00BF3C44">
              <w:rPr>
                <w:sz w:val="24"/>
                <w:szCs w:val="24"/>
                <w:lang w:val="pl-PL"/>
              </w:rPr>
              <w:t>art. 42a ust. 1 pkt 1–2 PO; art. 42q ust. 2 i ust. 4 pkt 1, 3 PO; § 9 i § 12 Regulaminu; Standardy Ochrony Małoletnich</w:t>
            </w:r>
          </w:p>
        </w:tc>
      </w:tr>
      <w:tr w:rsidR="00BF3C44" w:rsidRPr="00BF3C44" w14:paraId="08F11797" w14:textId="77777777" w:rsidTr="00F7258A">
        <w:trPr>
          <w:jc w:val="center"/>
        </w:trPr>
        <w:tc>
          <w:tcPr>
            <w:tcW w:w="397" w:type="dxa"/>
            <w:vAlign w:val="center"/>
          </w:tcPr>
          <w:p w14:paraId="78B6FE59" w14:textId="77777777" w:rsidR="00BF3C44" w:rsidRPr="00BF3C44" w:rsidRDefault="00BF3C44" w:rsidP="00BF3C44">
            <w:pPr>
              <w:spacing w:line="221" w:lineRule="auto"/>
              <w:jc w:val="center"/>
              <w:rPr>
                <w:sz w:val="24"/>
                <w:szCs w:val="24"/>
                <w:lang w:val="pl-PL"/>
              </w:rPr>
            </w:pPr>
            <w:r w:rsidRPr="00BF3C44">
              <w:rPr>
                <w:sz w:val="24"/>
                <w:szCs w:val="24"/>
                <w:lang w:val="pl-PL"/>
              </w:rPr>
              <w:t>6</w:t>
            </w:r>
          </w:p>
        </w:tc>
        <w:tc>
          <w:tcPr>
            <w:tcW w:w="1928" w:type="dxa"/>
            <w:vAlign w:val="center"/>
          </w:tcPr>
          <w:p w14:paraId="1F489532" w14:textId="77777777" w:rsidR="00BF3C44" w:rsidRPr="00BF3C44" w:rsidRDefault="00BF3C44" w:rsidP="00BF3C44">
            <w:pPr>
              <w:spacing w:line="221" w:lineRule="auto"/>
              <w:rPr>
                <w:sz w:val="24"/>
                <w:szCs w:val="24"/>
                <w:lang w:val="pl-PL"/>
              </w:rPr>
            </w:pPr>
            <w:r w:rsidRPr="00BF3C44">
              <w:rPr>
                <w:sz w:val="24"/>
                <w:szCs w:val="24"/>
                <w:lang w:val="pl-PL"/>
              </w:rPr>
              <w:t>Rozwiązywanie konfliktów i mediacja</w:t>
            </w:r>
          </w:p>
        </w:tc>
        <w:tc>
          <w:tcPr>
            <w:tcW w:w="3402" w:type="dxa"/>
            <w:vAlign w:val="center"/>
          </w:tcPr>
          <w:p w14:paraId="3E905231" w14:textId="77777777" w:rsidR="00BF3C44" w:rsidRPr="00BF3C44" w:rsidRDefault="00BF3C44" w:rsidP="00BF3C44">
            <w:pPr>
              <w:spacing w:line="221" w:lineRule="auto"/>
              <w:rPr>
                <w:sz w:val="24"/>
                <w:szCs w:val="24"/>
                <w:lang w:val="pl-PL"/>
              </w:rPr>
            </w:pPr>
          </w:p>
        </w:tc>
        <w:tc>
          <w:tcPr>
            <w:tcW w:w="1701" w:type="dxa"/>
            <w:vAlign w:val="center"/>
          </w:tcPr>
          <w:p w14:paraId="41ADF007" w14:textId="77777777" w:rsidR="00BF3C44" w:rsidRPr="00BF3C44" w:rsidRDefault="00BF3C44" w:rsidP="00BF3C44">
            <w:pPr>
              <w:spacing w:line="221" w:lineRule="auto"/>
              <w:rPr>
                <w:sz w:val="24"/>
                <w:szCs w:val="24"/>
                <w:lang w:val="pl-PL"/>
              </w:rPr>
            </w:pPr>
          </w:p>
        </w:tc>
        <w:tc>
          <w:tcPr>
            <w:tcW w:w="2835" w:type="dxa"/>
            <w:vAlign w:val="center"/>
          </w:tcPr>
          <w:p w14:paraId="48DE084C" w14:textId="77777777" w:rsidR="00BF3C44" w:rsidRPr="00BF3C44" w:rsidRDefault="00BF3C44" w:rsidP="00BF3C44">
            <w:pPr>
              <w:spacing w:line="221" w:lineRule="auto"/>
              <w:rPr>
                <w:sz w:val="24"/>
                <w:szCs w:val="24"/>
                <w:lang w:val="pl-PL"/>
              </w:rPr>
            </w:pPr>
            <w:r w:rsidRPr="00BF3C44">
              <w:rPr>
                <w:sz w:val="24"/>
                <w:szCs w:val="24"/>
                <w:lang w:val="pl-PL"/>
              </w:rPr>
              <w:t>art. 42q ust. 4 pkt 3 PO; § 10 Regulaminu</w:t>
            </w:r>
          </w:p>
        </w:tc>
      </w:tr>
      <w:tr w:rsidR="00BF3C44" w:rsidRPr="00BF3C44" w14:paraId="208D43E7" w14:textId="77777777" w:rsidTr="00F7258A">
        <w:trPr>
          <w:jc w:val="center"/>
        </w:trPr>
        <w:tc>
          <w:tcPr>
            <w:tcW w:w="397" w:type="dxa"/>
            <w:vAlign w:val="center"/>
          </w:tcPr>
          <w:p w14:paraId="2422B660" w14:textId="77777777" w:rsidR="00BF3C44" w:rsidRPr="00BF3C44" w:rsidRDefault="00BF3C44" w:rsidP="00BF3C44">
            <w:pPr>
              <w:spacing w:line="221" w:lineRule="auto"/>
              <w:jc w:val="center"/>
              <w:rPr>
                <w:sz w:val="24"/>
                <w:szCs w:val="24"/>
                <w:lang w:val="pl-PL"/>
              </w:rPr>
            </w:pPr>
            <w:r w:rsidRPr="00BF3C44">
              <w:rPr>
                <w:sz w:val="24"/>
                <w:szCs w:val="24"/>
                <w:lang w:val="pl-PL"/>
              </w:rPr>
              <w:t>7</w:t>
            </w:r>
          </w:p>
        </w:tc>
        <w:tc>
          <w:tcPr>
            <w:tcW w:w="1928" w:type="dxa"/>
            <w:vAlign w:val="center"/>
          </w:tcPr>
          <w:p w14:paraId="62BB5564" w14:textId="77777777" w:rsidR="00BF3C44" w:rsidRPr="00BF3C44" w:rsidRDefault="00BF3C44" w:rsidP="00BF3C44">
            <w:pPr>
              <w:spacing w:line="221" w:lineRule="auto"/>
              <w:rPr>
                <w:sz w:val="24"/>
                <w:szCs w:val="24"/>
                <w:lang w:val="pl-PL"/>
              </w:rPr>
            </w:pPr>
            <w:r w:rsidRPr="00BF3C44">
              <w:rPr>
                <w:sz w:val="24"/>
                <w:szCs w:val="24"/>
                <w:lang w:val="pl-PL"/>
              </w:rPr>
              <w:t>Współpraca i głos uczniów w sprawach szkoły</w:t>
            </w:r>
          </w:p>
        </w:tc>
        <w:tc>
          <w:tcPr>
            <w:tcW w:w="3402" w:type="dxa"/>
            <w:vAlign w:val="center"/>
          </w:tcPr>
          <w:p w14:paraId="47C7D956" w14:textId="77777777" w:rsidR="00BF3C44" w:rsidRPr="00BF3C44" w:rsidRDefault="00BF3C44" w:rsidP="00BF3C44">
            <w:pPr>
              <w:spacing w:line="221" w:lineRule="auto"/>
              <w:rPr>
                <w:sz w:val="24"/>
                <w:szCs w:val="24"/>
                <w:lang w:val="pl-PL"/>
              </w:rPr>
            </w:pPr>
          </w:p>
        </w:tc>
        <w:tc>
          <w:tcPr>
            <w:tcW w:w="1701" w:type="dxa"/>
            <w:vAlign w:val="center"/>
          </w:tcPr>
          <w:p w14:paraId="58E98352" w14:textId="77777777" w:rsidR="00BF3C44" w:rsidRPr="00BF3C44" w:rsidRDefault="00BF3C44" w:rsidP="00BF3C44">
            <w:pPr>
              <w:spacing w:line="221" w:lineRule="auto"/>
              <w:rPr>
                <w:sz w:val="24"/>
                <w:szCs w:val="24"/>
                <w:lang w:val="pl-PL"/>
              </w:rPr>
            </w:pPr>
          </w:p>
        </w:tc>
        <w:tc>
          <w:tcPr>
            <w:tcW w:w="2835" w:type="dxa"/>
            <w:vAlign w:val="center"/>
          </w:tcPr>
          <w:p w14:paraId="115FBAC8" w14:textId="77777777" w:rsidR="00BF3C44" w:rsidRPr="00BF3C44" w:rsidRDefault="00BF3C44" w:rsidP="00BF3C44">
            <w:pPr>
              <w:spacing w:line="221" w:lineRule="auto"/>
              <w:rPr>
                <w:sz w:val="24"/>
                <w:szCs w:val="24"/>
                <w:lang w:val="pl-PL"/>
              </w:rPr>
            </w:pPr>
            <w:r w:rsidRPr="00BF3C44">
              <w:rPr>
                <w:sz w:val="24"/>
                <w:szCs w:val="24"/>
                <w:lang w:val="pl-PL"/>
              </w:rPr>
              <w:t>art. 85 PO; art. 42q ust. 4 pkt 2–3 PO; § 5 pkt 4–5, 8, 10 i § 11 Regulaminu</w:t>
            </w:r>
          </w:p>
        </w:tc>
      </w:tr>
      <w:tr w:rsidR="00BF3C44" w:rsidRPr="00BF3C44" w14:paraId="01018577" w14:textId="77777777" w:rsidTr="00F7258A">
        <w:trPr>
          <w:jc w:val="center"/>
        </w:trPr>
        <w:tc>
          <w:tcPr>
            <w:tcW w:w="397" w:type="dxa"/>
            <w:vAlign w:val="center"/>
          </w:tcPr>
          <w:p w14:paraId="6672C610" w14:textId="77777777" w:rsidR="00BF3C44" w:rsidRPr="00BF3C44" w:rsidRDefault="00BF3C44" w:rsidP="00BF3C44">
            <w:pPr>
              <w:spacing w:line="221" w:lineRule="auto"/>
              <w:jc w:val="center"/>
              <w:rPr>
                <w:sz w:val="24"/>
                <w:szCs w:val="24"/>
                <w:lang w:val="pl-PL"/>
              </w:rPr>
            </w:pPr>
            <w:r w:rsidRPr="00BF3C44">
              <w:rPr>
                <w:sz w:val="24"/>
                <w:szCs w:val="24"/>
                <w:lang w:val="pl-PL"/>
              </w:rPr>
              <w:t>8</w:t>
            </w:r>
          </w:p>
        </w:tc>
        <w:tc>
          <w:tcPr>
            <w:tcW w:w="1928" w:type="dxa"/>
            <w:vAlign w:val="center"/>
          </w:tcPr>
          <w:p w14:paraId="5C254926" w14:textId="77777777" w:rsidR="00BF3C44" w:rsidRPr="00BF3C44" w:rsidRDefault="00BF3C44" w:rsidP="00BF3C44">
            <w:pPr>
              <w:spacing w:line="221" w:lineRule="auto"/>
              <w:rPr>
                <w:sz w:val="24"/>
                <w:szCs w:val="24"/>
                <w:lang w:val="pl-PL"/>
              </w:rPr>
            </w:pPr>
            <w:r w:rsidRPr="00BF3C44">
              <w:rPr>
                <w:sz w:val="24"/>
                <w:szCs w:val="24"/>
                <w:lang w:val="pl-PL"/>
              </w:rPr>
              <w:t>Podsumowanie pracy i rekomendacje</w:t>
            </w:r>
          </w:p>
        </w:tc>
        <w:tc>
          <w:tcPr>
            <w:tcW w:w="3402" w:type="dxa"/>
            <w:vAlign w:val="center"/>
          </w:tcPr>
          <w:p w14:paraId="1D7421E1" w14:textId="77777777" w:rsidR="00BF3C44" w:rsidRPr="00BF3C44" w:rsidRDefault="00BF3C44" w:rsidP="00BF3C44">
            <w:pPr>
              <w:spacing w:line="221" w:lineRule="auto"/>
              <w:rPr>
                <w:sz w:val="24"/>
                <w:szCs w:val="24"/>
                <w:lang w:val="pl-PL"/>
              </w:rPr>
            </w:pPr>
          </w:p>
        </w:tc>
        <w:tc>
          <w:tcPr>
            <w:tcW w:w="1701" w:type="dxa"/>
            <w:vAlign w:val="center"/>
          </w:tcPr>
          <w:p w14:paraId="0B447DDF" w14:textId="77777777" w:rsidR="00BF3C44" w:rsidRPr="00BF3C44" w:rsidRDefault="00BF3C44" w:rsidP="00BF3C44">
            <w:pPr>
              <w:spacing w:line="221" w:lineRule="auto"/>
              <w:rPr>
                <w:sz w:val="24"/>
                <w:szCs w:val="24"/>
                <w:lang w:val="pl-PL"/>
              </w:rPr>
            </w:pPr>
          </w:p>
        </w:tc>
        <w:tc>
          <w:tcPr>
            <w:tcW w:w="2835" w:type="dxa"/>
            <w:vAlign w:val="center"/>
          </w:tcPr>
          <w:p w14:paraId="5D9D9247" w14:textId="77777777" w:rsidR="00BF3C44" w:rsidRPr="00BF3C44" w:rsidRDefault="00BF3C44" w:rsidP="00BF3C44">
            <w:pPr>
              <w:spacing w:line="221" w:lineRule="auto"/>
              <w:rPr>
                <w:sz w:val="24"/>
                <w:szCs w:val="24"/>
                <w:lang w:val="pl-PL"/>
              </w:rPr>
            </w:pPr>
            <w:r w:rsidRPr="00BF3C44">
              <w:rPr>
                <w:sz w:val="24"/>
                <w:szCs w:val="24"/>
                <w:lang w:val="pl-PL"/>
              </w:rPr>
              <w:t>§ 13 ust. 3, 6–7 Regulaminu</w:t>
            </w:r>
          </w:p>
        </w:tc>
      </w:tr>
    </w:tbl>
    <w:p w14:paraId="3269C746" w14:textId="77777777" w:rsidR="00BF3C44" w:rsidRPr="00BF3C44" w:rsidRDefault="00BF3C44" w:rsidP="00BF3C44">
      <w:pPr>
        <w:spacing w:before="60"/>
        <w:rPr>
          <w:sz w:val="24"/>
          <w:szCs w:val="24"/>
          <w:lang w:val="pl-PL"/>
        </w:rPr>
      </w:pPr>
      <w:r w:rsidRPr="00BF3C44">
        <w:rPr>
          <w:b/>
          <w:sz w:val="24"/>
          <w:szCs w:val="24"/>
          <w:lang w:val="pl-PL"/>
        </w:rPr>
        <w:t xml:space="preserve">Sposób dokumentowania realizacji planu: </w:t>
      </w:r>
      <w:r w:rsidRPr="00BF3C44">
        <w:rPr>
          <w:sz w:val="24"/>
          <w:szCs w:val="24"/>
          <w:lang w:val="pl-PL"/>
        </w:rPr>
        <w:t>rejestr zgłoszeń i spraw, karty/notatki z czynności, rejestr mediacji, rejestr działań informacyjnych i edukacyjnych, rejestr wniosków i rekomendacji oraz roczne sprawozdanie – odpowiednio do rodzaju działania.</w:t>
      </w:r>
    </w:p>
    <w:p w14:paraId="1F0EA63E" w14:textId="77777777" w:rsidR="00BF3C44" w:rsidRPr="00BF3C44" w:rsidRDefault="00BF3C44" w:rsidP="00BF3C44">
      <w:pPr>
        <w:spacing w:before="60"/>
        <w:rPr>
          <w:sz w:val="24"/>
          <w:szCs w:val="24"/>
          <w:lang w:val="pl-PL"/>
        </w:rPr>
      </w:pPr>
    </w:p>
    <w:p w14:paraId="100C6764" w14:textId="0F0C02E8" w:rsidR="00BF3C44" w:rsidRPr="00BF3C44" w:rsidRDefault="00BF3C44" w:rsidP="00BF3C44">
      <w:pPr>
        <w:spacing w:before="80"/>
        <w:jc w:val="center"/>
        <w:rPr>
          <w:sz w:val="24"/>
          <w:szCs w:val="24"/>
          <w:lang w:val="pl-PL"/>
        </w:rPr>
      </w:pPr>
      <w:r w:rsidRPr="00BF3C44">
        <w:rPr>
          <w:sz w:val="24"/>
          <w:szCs w:val="24"/>
          <w:lang w:val="pl-PL"/>
        </w:rPr>
        <w:t xml:space="preserve">........................................................                         </w:t>
      </w:r>
    </w:p>
    <w:p w14:paraId="3E17E059" w14:textId="5AD844F0" w:rsidR="00C127F7" w:rsidRPr="00BF3C44" w:rsidRDefault="00BF3C44" w:rsidP="00BF3C44">
      <w:pPr>
        <w:keepNext/>
        <w:spacing w:after="40"/>
        <w:jc w:val="center"/>
        <w:rPr>
          <w:lang w:val="pl-PL"/>
        </w:rPr>
      </w:pPr>
      <w:r w:rsidRPr="00BF3C44">
        <w:rPr>
          <w:sz w:val="20"/>
          <w:szCs w:val="20"/>
          <w:lang w:val="pl-PL"/>
        </w:rPr>
        <w:t>podpis Szkolnego Rzecznika Praw Ucznia</w:t>
      </w:r>
    </w:p>
    <w:sectPr w:rsidR="00C127F7" w:rsidRPr="00BF3C44" w:rsidSect="00034616">
      <w:headerReference w:type="default" r:id="rId47"/>
      <w:footerReference w:type="default" r:id="rId48"/>
      <w:pgSz w:w="11906" w:h="16838"/>
      <w:pgMar w:top="765" w:right="907" w:bottom="709" w:left="907" w:header="312"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E3813" w14:textId="77777777" w:rsidR="009512DF" w:rsidRDefault="009512DF">
      <w:r>
        <w:separator/>
      </w:r>
    </w:p>
  </w:endnote>
  <w:endnote w:type="continuationSeparator" w:id="0">
    <w:p w14:paraId="5CCCB499" w14:textId="77777777" w:rsidR="009512DF" w:rsidRDefault="00951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767FD" w14:textId="77777777" w:rsidR="00C127F7" w:rsidRDefault="00000000">
    <w:pPr>
      <w:pStyle w:val="Stopka"/>
      <w:spacing w:before="40"/>
      <w:jc w:val="center"/>
    </w:pPr>
    <w:r>
      <w:rPr>
        <w:color w:val="666666"/>
        <w:sz w:val="16"/>
      </w:rPr>
      <w:t xml:space="preserve">Regulamin i załączniki – Szkolny Rzecznik Praw Ucznia SP59  |  str. </w:t>
    </w:r>
    <w:r>
      <w:rPr>
        <w:color w:val="666666"/>
        <w:sz w:val="16"/>
      </w:rPr>
      <w:fldChar w:fldCharType="begin"/>
    </w:r>
    <w:r>
      <w:rPr>
        <w:color w:val="666666"/>
        <w:sz w:val="16"/>
      </w:rPr>
      <w:instrText xml:space="preserve"> PAGE </w:instrText>
    </w:r>
    <w:r>
      <w:rPr>
        <w:color w:val="666666"/>
        <w:sz w:val="16"/>
      </w:rPr>
      <w:fldChar w:fldCharType="separate"/>
    </w:r>
    <w:r w:rsidR="00630FB4">
      <w:rPr>
        <w:noProof/>
        <w:color w:val="666666"/>
        <w:sz w:val="16"/>
      </w:rPr>
      <w:t>1</w:t>
    </w:r>
    <w:r>
      <w:rPr>
        <w:color w:val="666666"/>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0F939" w14:textId="0433717C" w:rsidR="00C127F7" w:rsidRDefault="00000000">
    <w:pPr>
      <w:pStyle w:val="Stopka"/>
      <w:spacing w:before="40"/>
      <w:jc w:val="center"/>
    </w:pPr>
    <w:r>
      <w:rPr>
        <w:color w:val="666666"/>
        <w:sz w:val="16"/>
      </w:rPr>
      <w:t xml:space="preserve">Regulamin i załączniki – Szkolny Rzecznik Praw Ucznia SP59  |  str. </w:t>
    </w:r>
    <w:r>
      <w:rPr>
        <w:color w:val="666666"/>
        <w:sz w:val="16"/>
      </w:rPr>
      <w:fldChar w:fldCharType="begin"/>
    </w:r>
    <w:r>
      <w:rPr>
        <w:color w:val="666666"/>
        <w:sz w:val="16"/>
      </w:rPr>
      <w:instrText xml:space="preserve"> PAGE </w:instrText>
    </w:r>
    <w:r>
      <w:rPr>
        <w:color w:val="666666"/>
        <w:sz w:val="16"/>
      </w:rPr>
      <w:fldChar w:fldCharType="separate"/>
    </w:r>
    <w:r w:rsidR="00630FB4">
      <w:rPr>
        <w:noProof/>
        <w:color w:val="666666"/>
        <w:sz w:val="16"/>
      </w:rPr>
      <w:t>6</w:t>
    </w:r>
    <w:r>
      <w:rPr>
        <w:color w:val="666666"/>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B5191" w14:textId="2DD9C00E" w:rsidR="00C127F7" w:rsidRDefault="00000000">
    <w:pPr>
      <w:pStyle w:val="Stopka"/>
      <w:spacing w:before="40"/>
      <w:jc w:val="center"/>
    </w:pPr>
    <w:r>
      <w:rPr>
        <w:color w:val="666666"/>
        <w:sz w:val="16"/>
      </w:rPr>
      <w:t xml:space="preserve">Regulamin i załączniki – Szkolny Rzecznik Praw Ucznia SP59  |  str. </w:t>
    </w:r>
    <w:r>
      <w:rPr>
        <w:color w:val="666666"/>
        <w:sz w:val="16"/>
      </w:rPr>
      <w:fldChar w:fldCharType="begin"/>
    </w:r>
    <w:r>
      <w:rPr>
        <w:color w:val="666666"/>
        <w:sz w:val="16"/>
      </w:rPr>
      <w:instrText xml:space="preserve"> PAGE </w:instrText>
    </w:r>
    <w:r>
      <w:rPr>
        <w:color w:val="666666"/>
        <w:sz w:val="16"/>
      </w:rPr>
      <w:fldChar w:fldCharType="separate"/>
    </w:r>
    <w:r w:rsidR="00630FB4">
      <w:rPr>
        <w:noProof/>
        <w:color w:val="666666"/>
        <w:sz w:val="16"/>
      </w:rPr>
      <w:t>7</w:t>
    </w:r>
    <w:r>
      <w:rPr>
        <w:color w:val="666666"/>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013CF" w14:textId="276AC07E" w:rsidR="00C127F7" w:rsidRDefault="00000000">
    <w:pPr>
      <w:pStyle w:val="Stopka"/>
      <w:spacing w:before="40"/>
      <w:jc w:val="center"/>
    </w:pPr>
    <w:r>
      <w:rPr>
        <w:color w:val="666666"/>
        <w:sz w:val="16"/>
      </w:rPr>
      <w:t xml:space="preserve">Regulamin i załączniki – Szkolny Rzecznik Praw Ucznia SP59  |  str. </w:t>
    </w:r>
    <w:r>
      <w:rPr>
        <w:color w:val="666666"/>
        <w:sz w:val="16"/>
      </w:rPr>
      <w:fldChar w:fldCharType="begin"/>
    </w:r>
    <w:r>
      <w:rPr>
        <w:color w:val="666666"/>
        <w:sz w:val="16"/>
      </w:rPr>
      <w:instrText xml:space="preserve"> PAGE </w:instrText>
    </w:r>
    <w:r>
      <w:rPr>
        <w:color w:val="666666"/>
        <w:sz w:val="16"/>
      </w:rPr>
      <w:fldChar w:fldCharType="separate"/>
    </w:r>
    <w:r w:rsidR="00630FB4">
      <w:rPr>
        <w:noProof/>
        <w:color w:val="666666"/>
        <w:sz w:val="16"/>
      </w:rPr>
      <w:t>8</w:t>
    </w:r>
    <w:r>
      <w:rPr>
        <w:color w:val="666666"/>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DD099" w14:textId="29329EEE" w:rsidR="00C127F7" w:rsidRDefault="00000000">
    <w:pPr>
      <w:pStyle w:val="Stopka"/>
      <w:spacing w:before="40"/>
      <w:jc w:val="center"/>
    </w:pPr>
    <w:r>
      <w:rPr>
        <w:color w:val="666666"/>
        <w:sz w:val="16"/>
      </w:rPr>
      <w:t xml:space="preserve">Regulamin i załączniki – Szkolny Rzecznik Praw Ucznia SP59  |  str. </w:t>
    </w:r>
    <w:r>
      <w:rPr>
        <w:color w:val="666666"/>
        <w:sz w:val="16"/>
      </w:rPr>
      <w:fldChar w:fldCharType="begin"/>
    </w:r>
    <w:r>
      <w:rPr>
        <w:color w:val="666666"/>
        <w:sz w:val="16"/>
      </w:rPr>
      <w:instrText xml:space="preserve"> PAGE </w:instrText>
    </w:r>
    <w:r>
      <w:rPr>
        <w:color w:val="666666"/>
        <w:sz w:val="16"/>
      </w:rPr>
      <w:fldChar w:fldCharType="separate"/>
    </w:r>
    <w:r w:rsidR="00630FB4">
      <w:rPr>
        <w:noProof/>
        <w:color w:val="666666"/>
        <w:sz w:val="16"/>
      </w:rPr>
      <w:t>9</w:t>
    </w:r>
    <w:r>
      <w:rPr>
        <w:color w:val="666666"/>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6A8FC" w14:textId="47E28716" w:rsidR="00C127F7" w:rsidRDefault="00000000">
    <w:pPr>
      <w:pStyle w:val="Stopka"/>
      <w:spacing w:before="40"/>
      <w:jc w:val="center"/>
    </w:pPr>
    <w:r>
      <w:rPr>
        <w:color w:val="666666"/>
        <w:sz w:val="16"/>
      </w:rPr>
      <w:t xml:space="preserve">Regulamin i załączniki – Szkolny Rzecznik Praw Ucznia SP59  |  str. </w:t>
    </w:r>
    <w:r>
      <w:rPr>
        <w:color w:val="666666"/>
        <w:sz w:val="16"/>
      </w:rPr>
      <w:fldChar w:fldCharType="begin"/>
    </w:r>
    <w:r>
      <w:rPr>
        <w:color w:val="666666"/>
        <w:sz w:val="16"/>
      </w:rPr>
      <w:instrText xml:space="preserve"> PAGE </w:instrText>
    </w:r>
    <w:r>
      <w:rPr>
        <w:color w:val="666666"/>
        <w:sz w:val="16"/>
      </w:rPr>
      <w:fldChar w:fldCharType="separate"/>
    </w:r>
    <w:r w:rsidR="00630FB4">
      <w:rPr>
        <w:noProof/>
        <w:color w:val="666666"/>
        <w:sz w:val="16"/>
      </w:rPr>
      <w:t>10</w:t>
    </w:r>
    <w:r>
      <w:rPr>
        <w:color w:val="666666"/>
        <w:sz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C0114" w14:textId="3C15184D" w:rsidR="00C127F7" w:rsidRDefault="00000000">
    <w:pPr>
      <w:pStyle w:val="Stopka"/>
      <w:spacing w:before="40"/>
      <w:jc w:val="center"/>
    </w:pPr>
    <w:r>
      <w:rPr>
        <w:color w:val="666666"/>
        <w:sz w:val="16"/>
      </w:rPr>
      <w:t xml:space="preserve">Regulamin i załączniki – Szkolny Rzecznik Praw Ucznia SP59  |  str. </w:t>
    </w:r>
    <w:r>
      <w:rPr>
        <w:color w:val="666666"/>
        <w:sz w:val="16"/>
      </w:rPr>
      <w:fldChar w:fldCharType="begin"/>
    </w:r>
    <w:r>
      <w:rPr>
        <w:color w:val="666666"/>
        <w:sz w:val="16"/>
      </w:rPr>
      <w:instrText xml:space="preserve"> PAGE </w:instrText>
    </w:r>
    <w:r>
      <w:rPr>
        <w:color w:val="666666"/>
        <w:sz w:val="16"/>
      </w:rPr>
      <w:fldChar w:fldCharType="separate"/>
    </w:r>
    <w:r w:rsidR="00630FB4">
      <w:rPr>
        <w:noProof/>
        <w:color w:val="666666"/>
        <w:sz w:val="16"/>
      </w:rPr>
      <w:t>11</w:t>
    </w:r>
    <w:r>
      <w:rPr>
        <w:color w:val="666666"/>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936BD" w14:textId="3AED561F" w:rsidR="00C127F7" w:rsidRDefault="00000000">
    <w:pPr>
      <w:pStyle w:val="Stopka"/>
      <w:spacing w:before="40"/>
      <w:jc w:val="center"/>
    </w:pPr>
    <w:r>
      <w:rPr>
        <w:color w:val="666666"/>
        <w:sz w:val="16"/>
      </w:rPr>
      <w:t xml:space="preserve">Regulamin i załączniki – Szkolny Rzecznik Praw Ucznia SP59  |  str. </w:t>
    </w:r>
    <w:r>
      <w:rPr>
        <w:color w:val="666666"/>
        <w:sz w:val="16"/>
      </w:rPr>
      <w:fldChar w:fldCharType="begin"/>
    </w:r>
    <w:r>
      <w:rPr>
        <w:color w:val="666666"/>
        <w:sz w:val="16"/>
      </w:rPr>
      <w:instrText xml:space="preserve"> PAGE </w:instrText>
    </w:r>
    <w:r>
      <w:rPr>
        <w:color w:val="666666"/>
        <w:sz w:val="16"/>
      </w:rPr>
      <w:fldChar w:fldCharType="separate"/>
    </w:r>
    <w:r w:rsidR="00630FB4">
      <w:rPr>
        <w:noProof/>
        <w:color w:val="666666"/>
        <w:sz w:val="16"/>
      </w:rPr>
      <w:t>12</w:t>
    </w:r>
    <w:r>
      <w:rPr>
        <w:color w:val="666666"/>
        <w:sz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BD3C0" w14:textId="2DEBD956" w:rsidR="00C127F7" w:rsidRDefault="00000000">
    <w:pPr>
      <w:pStyle w:val="Stopka"/>
      <w:spacing w:before="40"/>
      <w:jc w:val="center"/>
    </w:pPr>
    <w:r>
      <w:rPr>
        <w:color w:val="666666"/>
        <w:sz w:val="16"/>
      </w:rPr>
      <w:t xml:space="preserve">Regulamin i załączniki – Szkolny Rzecznik Praw Ucznia SP59  |  str. </w:t>
    </w:r>
    <w:r>
      <w:rPr>
        <w:color w:val="666666"/>
        <w:sz w:val="16"/>
      </w:rPr>
      <w:fldChar w:fldCharType="begin"/>
    </w:r>
    <w:r>
      <w:rPr>
        <w:color w:val="666666"/>
        <w:sz w:val="16"/>
      </w:rPr>
      <w:instrText xml:space="preserve"> PAGE </w:instrText>
    </w:r>
    <w:r>
      <w:rPr>
        <w:color w:val="666666"/>
        <w:sz w:val="16"/>
      </w:rPr>
      <w:fldChar w:fldCharType="separate"/>
    </w:r>
    <w:r w:rsidR="00630FB4">
      <w:rPr>
        <w:noProof/>
        <w:color w:val="666666"/>
        <w:sz w:val="16"/>
      </w:rPr>
      <w:t>13</w:t>
    </w:r>
    <w:r>
      <w:rPr>
        <w:color w:val="666666"/>
        <w:sz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17285" w14:textId="597B2591" w:rsidR="00C127F7" w:rsidRDefault="00000000">
    <w:pPr>
      <w:pStyle w:val="Stopka"/>
      <w:spacing w:before="40"/>
      <w:jc w:val="center"/>
    </w:pPr>
    <w:r>
      <w:rPr>
        <w:color w:val="666666"/>
        <w:sz w:val="16"/>
      </w:rPr>
      <w:t xml:space="preserve">Regulamin i załączniki – Szkolny Rzecznik Praw Ucznia SP59  |  str. </w:t>
    </w:r>
    <w:r>
      <w:rPr>
        <w:color w:val="666666"/>
        <w:sz w:val="16"/>
      </w:rPr>
      <w:fldChar w:fldCharType="begin"/>
    </w:r>
    <w:r>
      <w:rPr>
        <w:color w:val="666666"/>
        <w:sz w:val="16"/>
      </w:rPr>
      <w:instrText xml:space="preserve"> PAGE </w:instrText>
    </w:r>
    <w:r>
      <w:rPr>
        <w:color w:val="666666"/>
        <w:sz w:val="16"/>
      </w:rPr>
      <w:fldChar w:fldCharType="separate"/>
    </w:r>
    <w:r w:rsidR="00630FB4">
      <w:rPr>
        <w:noProof/>
        <w:color w:val="666666"/>
        <w:sz w:val="16"/>
      </w:rPr>
      <w:t>14</w:t>
    </w:r>
    <w:r>
      <w:rPr>
        <w:color w:val="666666"/>
        <w:sz w:val="1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4CF90" w14:textId="62BA2751" w:rsidR="00C127F7" w:rsidRDefault="00000000">
    <w:pPr>
      <w:pStyle w:val="Stopka"/>
      <w:spacing w:before="40"/>
      <w:jc w:val="center"/>
    </w:pPr>
    <w:r>
      <w:rPr>
        <w:color w:val="666666"/>
        <w:sz w:val="16"/>
      </w:rPr>
      <w:t xml:space="preserve">Regulamin i załączniki – Szkolny Rzecznik Praw Ucznia SP59  |  str. </w:t>
    </w:r>
    <w:r>
      <w:rPr>
        <w:color w:val="666666"/>
        <w:sz w:val="16"/>
      </w:rPr>
      <w:fldChar w:fldCharType="begin"/>
    </w:r>
    <w:r>
      <w:rPr>
        <w:color w:val="666666"/>
        <w:sz w:val="16"/>
      </w:rPr>
      <w:instrText xml:space="preserve"> PAGE </w:instrText>
    </w:r>
    <w:r>
      <w:rPr>
        <w:color w:val="666666"/>
        <w:sz w:val="16"/>
      </w:rPr>
      <w:fldChar w:fldCharType="separate"/>
    </w:r>
    <w:r w:rsidR="00630FB4">
      <w:rPr>
        <w:noProof/>
        <w:color w:val="666666"/>
        <w:sz w:val="16"/>
      </w:rPr>
      <w:t>15</w:t>
    </w:r>
    <w:r>
      <w:rPr>
        <w:color w:val="666666"/>
        <w:sz w:val="16"/>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ABF68" w14:textId="387AFE89" w:rsidR="00C127F7" w:rsidRDefault="00000000">
    <w:pPr>
      <w:pStyle w:val="Stopka"/>
      <w:spacing w:before="40"/>
      <w:jc w:val="center"/>
    </w:pPr>
    <w:r>
      <w:rPr>
        <w:color w:val="666666"/>
        <w:sz w:val="16"/>
      </w:rPr>
      <w:t xml:space="preserve">Regulamin i załączniki – Szkolny Rzecznik Praw Ucznia SP59  |  str. </w:t>
    </w:r>
    <w:r>
      <w:rPr>
        <w:color w:val="666666"/>
        <w:sz w:val="16"/>
      </w:rPr>
      <w:fldChar w:fldCharType="begin"/>
    </w:r>
    <w:r>
      <w:rPr>
        <w:color w:val="666666"/>
        <w:sz w:val="16"/>
      </w:rPr>
      <w:instrText xml:space="preserve"> PAGE </w:instrText>
    </w:r>
    <w:r>
      <w:rPr>
        <w:color w:val="666666"/>
        <w:sz w:val="16"/>
      </w:rPr>
      <w:fldChar w:fldCharType="separate"/>
    </w:r>
    <w:r w:rsidR="00630FB4">
      <w:rPr>
        <w:noProof/>
        <w:color w:val="666666"/>
        <w:sz w:val="16"/>
      </w:rPr>
      <w:t>16</w:t>
    </w:r>
    <w:r>
      <w:rPr>
        <w:color w:val="666666"/>
        <w:sz w:val="1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8F872" w14:textId="104C59AB" w:rsidR="00C127F7" w:rsidRDefault="00000000">
    <w:pPr>
      <w:pStyle w:val="Stopka"/>
      <w:spacing w:before="40"/>
      <w:jc w:val="center"/>
    </w:pPr>
    <w:r>
      <w:rPr>
        <w:color w:val="666666"/>
        <w:sz w:val="16"/>
      </w:rPr>
      <w:t xml:space="preserve">Regulamin i załączniki – Szkolny Rzecznik Praw Ucznia SP59  |  str. </w:t>
    </w:r>
    <w:r>
      <w:rPr>
        <w:color w:val="666666"/>
        <w:sz w:val="16"/>
      </w:rPr>
      <w:fldChar w:fldCharType="begin"/>
    </w:r>
    <w:r>
      <w:rPr>
        <w:color w:val="666666"/>
        <w:sz w:val="16"/>
      </w:rPr>
      <w:instrText xml:space="preserve"> PAGE </w:instrText>
    </w:r>
    <w:r>
      <w:rPr>
        <w:color w:val="666666"/>
        <w:sz w:val="16"/>
      </w:rPr>
      <w:fldChar w:fldCharType="separate"/>
    </w:r>
    <w:r w:rsidR="00630FB4">
      <w:rPr>
        <w:noProof/>
        <w:color w:val="666666"/>
        <w:sz w:val="16"/>
      </w:rPr>
      <w:t>17</w:t>
    </w:r>
    <w:r>
      <w:rPr>
        <w:color w:val="666666"/>
        <w:sz w:val="16"/>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1EA61" w14:textId="3BFCC53E" w:rsidR="00C127F7" w:rsidRDefault="00000000">
    <w:pPr>
      <w:pStyle w:val="Stopka"/>
      <w:spacing w:before="40"/>
      <w:jc w:val="center"/>
    </w:pPr>
    <w:r>
      <w:rPr>
        <w:color w:val="666666"/>
        <w:sz w:val="16"/>
      </w:rPr>
      <w:t xml:space="preserve">Regulamin i załączniki – Szkolny Rzecznik Praw Ucznia SP59  |  str. </w:t>
    </w:r>
    <w:r>
      <w:rPr>
        <w:color w:val="666666"/>
        <w:sz w:val="16"/>
      </w:rPr>
      <w:fldChar w:fldCharType="begin"/>
    </w:r>
    <w:r>
      <w:rPr>
        <w:color w:val="666666"/>
        <w:sz w:val="16"/>
      </w:rPr>
      <w:instrText xml:space="preserve"> PAGE </w:instrText>
    </w:r>
    <w:r>
      <w:rPr>
        <w:color w:val="666666"/>
        <w:sz w:val="16"/>
      </w:rPr>
      <w:fldChar w:fldCharType="separate"/>
    </w:r>
    <w:r w:rsidR="00630FB4">
      <w:rPr>
        <w:noProof/>
        <w:color w:val="666666"/>
        <w:sz w:val="16"/>
      </w:rPr>
      <w:t>18</w:t>
    </w:r>
    <w:r>
      <w:rPr>
        <w:color w:val="666666"/>
        <w:sz w:val="16"/>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92341" w14:textId="6BE173EA" w:rsidR="00C127F7" w:rsidRDefault="00000000">
    <w:pPr>
      <w:pStyle w:val="Stopka"/>
      <w:spacing w:before="40"/>
      <w:jc w:val="center"/>
    </w:pPr>
    <w:r>
      <w:rPr>
        <w:color w:val="666666"/>
        <w:sz w:val="16"/>
      </w:rPr>
      <w:t xml:space="preserve">Regulamin i załączniki – Szkolny Rzecznik Praw Ucznia SP59  |  str. </w:t>
    </w:r>
    <w:r>
      <w:rPr>
        <w:color w:val="666666"/>
        <w:sz w:val="16"/>
      </w:rPr>
      <w:fldChar w:fldCharType="begin"/>
    </w:r>
    <w:r>
      <w:rPr>
        <w:color w:val="666666"/>
        <w:sz w:val="16"/>
      </w:rPr>
      <w:instrText xml:space="preserve"> PAGE </w:instrText>
    </w:r>
    <w:r>
      <w:rPr>
        <w:color w:val="666666"/>
        <w:sz w:val="16"/>
      </w:rPr>
      <w:fldChar w:fldCharType="separate"/>
    </w:r>
    <w:r w:rsidR="00630FB4">
      <w:rPr>
        <w:noProof/>
        <w:color w:val="666666"/>
        <w:sz w:val="16"/>
      </w:rPr>
      <w:t>19</w:t>
    </w:r>
    <w:r>
      <w:rPr>
        <w:color w:val="666666"/>
        <w:sz w:val="16"/>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8C283" w14:textId="0E1002FE" w:rsidR="00C127F7" w:rsidRDefault="00000000">
    <w:pPr>
      <w:pStyle w:val="Stopka"/>
      <w:spacing w:before="40"/>
      <w:jc w:val="center"/>
    </w:pPr>
    <w:r>
      <w:rPr>
        <w:color w:val="666666"/>
        <w:sz w:val="16"/>
      </w:rPr>
      <w:t xml:space="preserve">Regulamin i załączniki – Szkolny Rzecznik Praw Ucznia SP59  |  str. </w:t>
    </w:r>
    <w:r>
      <w:rPr>
        <w:color w:val="666666"/>
        <w:sz w:val="16"/>
      </w:rPr>
      <w:fldChar w:fldCharType="begin"/>
    </w:r>
    <w:r>
      <w:rPr>
        <w:color w:val="666666"/>
        <w:sz w:val="16"/>
      </w:rPr>
      <w:instrText xml:space="preserve"> PAGE </w:instrText>
    </w:r>
    <w:r>
      <w:rPr>
        <w:color w:val="666666"/>
        <w:sz w:val="16"/>
      </w:rPr>
      <w:fldChar w:fldCharType="separate"/>
    </w:r>
    <w:r w:rsidR="00630FB4">
      <w:rPr>
        <w:noProof/>
        <w:color w:val="666666"/>
        <w:sz w:val="16"/>
      </w:rPr>
      <w:t>20</w:t>
    </w:r>
    <w:r>
      <w:rPr>
        <w:color w:val="666666"/>
        <w:sz w:val="16"/>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7D322" w14:textId="602A99D3" w:rsidR="00C127F7" w:rsidRDefault="00000000">
    <w:pPr>
      <w:pStyle w:val="Stopka"/>
      <w:spacing w:before="40"/>
      <w:jc w:val="center"/>
    </w:pPr>
    <w:r>
      <w:rPr>
        <w:color w:val="666666"/>
        <w:sz w:val="16"/>
      </w:rPr>
      <w:t xml:space="preserve">Regulamin i załączniki – Szkolny Rzecznik Praw Ucznia SP59  |  str. </w:t>
    </w:r>
    <w:r>
      <w:rPr>
        <w:color w:val="666666"/>
        <w:sz w:val="16"/>
      </w:rPr>
      <w:fldChar w:fldCharType="begin"/>
    </w:r>
    <w:r>
      <w:rPr>
        <w:color w:val="666666"/>
        <w:sz w:val="16"/>
      </w:rPr>
      <w:instrText xml:space="preserve"> PAGE </w:instrText>
    </w:r>
    <w:r>
      <w:rPr>
        <w:color w:val="666666"/>
        <w:sz w:val="16"/>
      </w:rPr>
      <w:fldChar w:fldCharType="separate"/>
    </w:r>
    <w:r w:rsidR="00630FB4">
      <w:rPr>
        <w:noProof/>
        <w:color w:val="666666"/>
        <w:sz w:val="16"/>
      </w:rPr>
      <w:t>21</w:t>
    </w:r>
    <w:r>
      <w:rPr>
        <w:color w:val="666666"/>
        <w:sz w:val="16"/>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C3CB4" w14:textId="326CAAB1" w:rsidR="00C127F7" w:rsidRDefault="00000000">
    <w:pPr>
      <w:pStyle w:val="Stopka"/>
      <w:spacing w:before="40"/>
      <w:jc w:val="center"/>
    </w:pPr>
    <w:r>
      <w:rPr>
        <w:color w:val="666666"/>
        <w:sz w:val="16"/>
      </w:rPr>
      <w:t xml:space="preserve">Regulamin i załączniki – Szkolny Rzecznik Praw Ucznia SP59  |  str. </w:t>
    </w:r>
    <w:r>
      <w:rPr>
        <w:color w:val="666666"/>
        <w:sz w:val="16"/>
      </w:rPr>
      <w:fldChar w:fldCharType="begin"/>
    </w:r>
    <w:r>
      <w:rPr>
        <w:color w:val="666666"/>
        <w:sz w:val="16"/>
      </w:rPr>
      <w:instrText xml:space="preserve"> PAGE </w:instrText>
    </w:r>
    <w:r>
      <w:rPr>
        <w:color w:val="666666"/>
        <w:sz w:val="16"/>
      </w:rPr>
      <w:fldChar w:fldCharType="separate"/>
    </w:r>
    <w:r w:rsidR="00630FB4">
      <w:rPr>
        <w:noProof/>
        <w:color w:val="666666"/>
        <w:sz w:val="16"/>
      </w:rPr>
      <w:t>22</w:t>
    </w:r>
    <w:r>
      <w:rPr>
        <w:color w:val="666666"/>
        <w:sz w:val="16"/>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E7D8F" w14:textId="772BB3FB" w:rsidR="00C127F7" w:rsidRDefault="00000000">
    <w:pPr>
      <w:pStyle w:val="Stopka"/>
      <w:spacing w:before="40"/>
      <w:jc w:val="center"/>
    </w:pPr>
    <w:r>
      <w:rPr>
        <w:color w:val="666666"/>
        <w:sz w:val="16"/>
      </w:rPr>
      <w:t xml:space="preserve">Regulamin i załączniki – Szkolny Rzecznik Praw Ucznia SP59  |  str. </w:t>
    </w:r>
    <w:r>
      <w:rPr>
        <w:color w:val="666666"/>
        <w:sz w:val="16"/>
      </w:rPr>
      <w:fldChar w:fldCharType="begin"/>
    </w:r>
    <w:r>
      <w:rPr>
        <w:color w:val="666666"/>
        <w:sz w:val="16"/>
      </w:rPr>
      <w:instrText xml:space="preserve"> PAGE </w:instrText>
    </w:r>
    <w:r>
      <w:rPr>
        <w:color w:val="666666"/>
        <w:sz w:val="16"/>
      </w:rPr>
      <w:fldChar w:fldCharType="separate"/>
    </w:r>
    <w:r w:rsidR="00630FB4">
      <w:rPr>
        <w:noProof/>
        <w:color w:val="666666"/>
        <w:sz w:val="16"/>
      </w:rPr>
      <w:t>23</w:t>
    </w:r>
    <w:r>
      <w:rPr>
        <w:color w:val="666666"/>
        <w:sz w:val="16"/>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219C2" w14:textId="5F63313C" w:rsidR="00C127F7" w:rsidRDefault="00000000">
    <w:pPr>
      <w:pStyle w:val="Stopka"/>
      <w:spacing w:before="40"/>
      <w:jc w:val="center"/>
    </w:pPr>
    <w:r>
      <w:rPr>
        <w:color w:val="666666"/>
        <w:sz w:val="16"/>
      </w:rPr>
      <w:t xml:space="preserve">Regulamin i załączniki – Szkolny Rzecznik Praw Ucznia SP59  |  str. </w:t>
    </w:r>
    <w:r>
      <w:rPr>
        <w:color w:val="666666"/>
        <w:sz w:val="16"/>
      </w:rPr>
      <w:fldChar w:fldCharType="begin"/>
    </w:r>
    <w:r>
      <w:rPr>
        <w:color w:val="666666"/>
        <w:sz w:val="16"/>
      </w:rPr>
      <w:instrText xml:space="preserve"> PAGE </w:instrText>
    </w:r>
    <w:r>
      <w:rPr>
        <w:color w:val="666666"/>
        <w:sz w:val="16"/>
      </w:rPr>
      <w:fldChar w:fldCharType="separate"/>
    </w:r>
    <w:r w:rsidR="00630FB4">
      <w:rPr>
        <w:noProof/>
        <w:color w:val="666666"/>
        <w:sz w:val="16"/>
      </w:rPr>
      <w:t>24</w:t>
    </w:r>
    <w:r>
      <w:rPr>
        <w:color w:val="666666"/>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1240B" w14:textId="77777777" w:rsidR="009512DF" w:rsidRDefault="009512DF">
      <w:r>
        <w:separator/>
      </w:r>
    </w:p>
  </w:footnote>
  <w:footnote w:type="continuationSeparator" w:id="0">
    <w:p w14:paraId="4B9258E6" w14:textId="77777777" w:rsidR="009512DF" w:rsidRDefault="009512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3A5C5" w14:textId="77777777" w:rsidR="00C127F7" w:rsidRDefault="00000000">
    <w:pPr>
      <w:pStyle w:val="Nagwek"/>
      <w:pBdr>
        <w:bottom w:val="single" w:sz="4" w:space="1" w:color="9E9E9E"/>
      </w:pBdr>
      <w:spacing w:after="40"/>
      <w:jc w:val="center"/>
    </w:pPr>
    <w:r>
      <w:rPr>
        <w:i/>
        <w:color w:val="666666"/>
        <w:sz w:val="16"/>
      </w:rPr>
      <w:t>Szkoła Podstawowa nr 59 im. gen. J. H. Dąbrowskiego w Poznaniu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61384" w14:textId="77777777" w:rsidR="00C127F7" w:rsidRDefault="00000000">
    <w:pPr>
      <w:pStyle w:val="Nagwek"/>
      <w:pBdr>
        <w:bottom w:val="single" w:sz="4" w:space="1" w:color="9E9E9E"/>
      </w:pBdr>
      <w:spacing w:after="40"/>
      <w:jc w:val="center"/>
    </w:pPr>
    <w:r>
      <w:rPr>
        <w:i/>
        <w:color w:val="666666"/>
        <w:sz w:val="16"/>
      </w:rPr>
      <w:t>Szkoła Podstawowa nr 59 im. gen. J. H. Dąbrowskiego w Poznaniu</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77C2C" w14:textId="77777777" w:rsidR="00C127F7" w:rsidRDefault="00000000">
    <w:pPr>
      <w:pStyle w:val="Nagwek"/>
      <w:pBdr>
        <w:bottom w:val="single" w:sz="4" w:space="1" w:color="9E9E9E"/>
      </w:pBdr>
      <w:spacing w:after="40"/>
      <w:jc w:val="center"/>
    </w:pPr>
    <w:r>
      <w:rPr>
        <w:i/>
        <w:color w:val="666666"/>
        <w:sz w:val="16"/>
      </w:rPr>
      <w:t>Szkoła Podstawowa nr 59 im. gen. J. H. Dąbrowskiego w Poznaniu</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754E2" w14:textId="77777777" w:rsidR="00C127F7" w:rsidRDefault="00000000">
    <w:pPr>
      <w:pStyle w:val="Nagwek"/>
      <w:pBdr>
        <w:bottom w:val="single" w:sz="4" w:space="1" w:color="9E9E9E"/>
      </w:pBdr>
      <w:spacing w:after="40"/>
      <w:jc w:val="center"/>
    </w:pPr>
    <w:r>
      <w:rPr>
        <w:i/>
        <w:color w:val="666666"/>
        <w:sz w:val="16"/>
      </w:rPr>
      <w:t>Szkoła Podstawowa nr 59 im. gen. J. H. Dąbrowskiego w Poznaniu</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08DFE" w14:textId="77777777" w:rsidR="00C127F7" w:rsidRDefault="00000000">
    <w:pPr>
      <w:pStyle w:val="Nagwek"/>
      <w:pBdr>
        <w:bottom w:val="single" w:sz="4" w:space="1" w:color="9E9E9E"/>
      </w:pBdr>
      <w:spacing w:after="40"/>
      <w:jc w:val="center"/>
    </w:pPr>
    <w:r>
      <w:rPr>
        <w:i/>
        <w:color w:val="666666"/>
        <w:sz w:val="16"/>
      </w:rPr>
      <w:t>Szkoła Podstawowa nr 59 im. gen. J. H. Dąbrowskiego w Poznaniu</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E4B0A" w14:textId="77777777" w:rsidR="00C127F7" w:rsidRDefault="00000000">
    <w:pPr>
      <w:pStyle w:val="Nagwek"/>
      <w:pBdr>
        <w:bottom w:val="single" w:sz="4" w:space="1" w:color="9E9E9E"/>
      </w:pBdr>
      <w:spacing w:after="40"/>
      <w:jc w:val="center"/>
    </w:pPr>
    <w:r>
      <w:rPr>
        <w:i/>
        <w:color w:val="666666"/>
        <w:sz w:val="16"/>
      </w:rPr>
      <w:t>Szkoła Podstawowa nr 59 im. gen. J. H. Dąbrowskiego w Poznaniu</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67FCE" w14:textId="77777777" w:rsidR="00C127F7" w:rsidRDefault="00000000">
    <w:pPr>
      <w:pStyle w:val="Nagwek"/>
      <w:pBdr>
        <w:bottom w:val="single" w:sz="4" w:space="1" w:color="9E9E9E"/>
      </w:pBdr>
      <w:spacing w:after="40"/>
      <w:jc w:val="center"/>
    </w:pPr>
    <w:r>
      <w:rPr>
        <w:i/>
        <w:color w:val="666666"/>
        <w:sz w:val="16"/>
      </w:rPr>
      <w:t>Szkoła Podstawowa nr 59 im. gen. J. H. Dąbrowskiego w Poznaniu</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110E6" w14:textId="77777777" w:rsidR="00C127F7" w:rsidRDefault="00000000">
    <w:pPr>
      <w:pStyle w:val="Nagwek"/>
      <w:pBdr>
        <w:bottom w:val="single" w:sz="4" w:space="1" w:color="9E9E9E"/>
      </w:pBdr>
      <w:spacing w:after="40"/>
      <w:jc w:val="center"/>
    </w:pPr>
    <w:r>
      <w:rPr>
        <w:i/>
        <w:color w:val="666666"/>
        <w:sz w:val="16"/>
      </w:rPr>
      <w:t>Szkoła Podstawowa nr 59 im. gen. J. H. Dąbrowskiego w Poznaniu</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A1FD8" w14:textId="77777777" w:rsidR="00C127F7" w:rsidRDefault="00000000">
    <w:pPr>
      <w:pStyle w:val="Nagwek"/>
      <w:pBdr>
        <w:bottom w:val="single" w:sz="4" w:space="1" w:color="9E9E9E"/>
      </w:pBdr>
      <w:spacing w:after="40"/>
      <w:jc w:val="center"/>
    </w:pPr>
    <w:r>
      <w:rPr>
        <w:i/>
        <w:color w:val="666666"/>
        <w:sz w:val="16"/>
      </w:rPr>
      <w:t>Szkoła Podstawowa nr 59 im. gen. J. H. Dąbrowskiego w Poznaniu</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F21D2" w14:textId="77777777" w:rsidR="00C127F7" w:rsidRDefault="00000000">
    <w:pPr>
      <w:pStyle w:val="Nagwek"/>
      <w:pBdr>
        <w:bottom w:val="single" w:sz="4" w:space="1" w:color="9E9E9E"/>
      </w:pBdr>
      <w:spacing w:after="40"/>
      <w:jc w:val="center"/>
    </w:pPr>
    <w:r>
      <w:rPr>
        <w:i/>
        <w:color w:val="666666"/>
        <w:sz w:val="16"/>
      </w:rPr>
      <w:t>Szkoła Podstawowa nr 59 im. gen. J. H. Dąbrowskiego w Poznaniu</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295BC" w14:textId="77777777" w:rsidR="00C127F7" w:rsidRDefault="00000000">
    <w:pPr>
      <w:pStyle w:val="Nagwek"/>
      <w:pBdr>
        <w:bottom w:val="single" w:sz="4" w:space="1" w:color="9E9E9E"/>
      </w:pBdr>
      <w:spacing w:after="40"/>
      <w:jc w:val="center"/>
    </w:pPr>
    <w:r>
      <w:rPr>
        <w:i/>
        <w:color w:val="666666"/>
        <w:sz w:val="16"/>
      </w:rPr>
      <w:t>Szkoła Podstawowa nr 59 im. gen. J. H. Dąbrowskiego w Poznaniu</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23765" w14:textId="77777777" w:rsidR="00C127F7" w:rsidRDefault="00000000">
    <w:pPr>
      <w:pStyle w:val="Nagwek"/>
      <w:pBdr>
        <w:bottom w:val="single" w:sz="4" w:space="1" w:color="9E9E9E"/>
      </w:pBdr>
      <w:spacing w:after="40"/>
      <w:jc w:val="center"/>
    </w:pPr>
    <w:r>
      <w:rPr>
        <w:i/>
        <w:color w:val="666666"/>
        <w:sz w:val="16"/>
      </w:rPr>
      <w:t>Szkoła Podstawowa nr 59 im. gen. J. H. Dąbrowskiego w Poznaniu</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95616" w14:textId="77777777" w:rsidR="00C127F7" w:rsidRDefault="00000000">
    <w:pPr>
      <w:pStyle w:val="Nagwek"/>
      <w:pBdr>
        <w:bottom w:val="single" w:sz="4" w:space="1" w:color="9E9E9E"/>
      </w:pBdr>
      <w:spacing w:after="40"/>
      <w:jc w:val="center"/>
    </w:pPr>
    <w:r>
      <w:rPr>
        <w:i/>
        <w:color w:val="666666"/>
        <w:sz w:val="16"/>
      </w:rPr>
      <w:t>Szkoła Podstawowa nr 59 im. gen. J. H. Dąbrowskiego w Poznaniu</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1EFDF" w14:textId="77777777" w:rsidR="00C127F7" w:rsidRDefault="00000000">
    <w:pPr>
      <w:pStyle w:val="Nagwek"/>
      <w:pBdr>
        <w:bottom w:val="single" w:sz="4" w:space="1" w:color="9E9E9E"/>
      </w:pBdr>
      <w:spacing w:after="40"/>
      <w:jc w:val="center"/>
    </w:pPr>
    <w:r>
      <w:rPr>
        <w:i/>
        <w:color w:val="666666"/>
        <w:sz w:val="16"/>
      </w:rPr>
      <w:t>Szkoła Podstawowa nr 59 im. gen. J. H. Dąbrowskiego w Poznaniu</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A217F" w14:textId="77777777" w:rsidR="00C127F7" w:rsidRDefault="00000000">
    <w:pPr>
      <w:pStyle w:val="Nagwek"/>
      <w:pBdr>
        <w:bottom w:val="single" w:sz="4" w:space="1" w:color="9E9E9E"/>
      </w:pBdr>
      <w:spacing w:after="40"/>
      <w:jc w:val="center"/>
    </w:pPr>
    <w:r>
      <w:rPr>
        <w:i/>
        <w:color w:val="666666"/>
        <w:sz w:val="16"/>
      </w:rPr>
      <w:t>Szkoła Podstawowa nr 59 im. gen. J. H. Dąbrowskiego w Poznaniu</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213D5" w14:textId="77777777" w:rsidR="00C127F7" w:rsidRDefault="00000000">
    <w:pPr>
      <w:pStyle w:val="Nagwek"/>
      <w:pBdr>
        <w:bottom w:val="single" w:sz="4" w:space="1" w:color="9E9E9E"/>
      </w:pBdr>
      <w:spacing w:after="40"/>
      <w:jc w:val="center"/>
    </w:pPr>
    <w:r>
      <w:rPr>
        <w:i/>
        <w:color w:val="666666"/>
        <w:sz w:val="16"/>
      </w:rPr>
      <w:t>Szkoła Podstawowa nr 59 im. gen. J. H. Dąbrowskiego w Poznaniu</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8BC87" w14:textId="77777777" w:rsidR="00C127F7" w:rsidRDefault="00000000">
    <w:pPr>
      <w:pStyle w:val="Nagwek"/>
      <w:pBdr>
        <w:bottom w:val="single" w:sz="4" w:space="1" w:color="9E9E9E"/>
      </w:pBdr>
      <w:spacing w:after="40"/>
      <w:jc w:val="center"/>
    </w:pPr>
    <w:r>
      <w:rPr>
        <w:i/>
        <w:color w:val="666666"/>
        <w:sz w:val="16"/>
      </w:rPr>
      <w:t>Szkoła Podstawowa nr 59 im. gen. J. H. Dąbrowskiego w Poznaniu</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E8AD0" w14:textId="77777777" w:rsidR="00C127F7" w:rsidRDefault="00000000">
    <w:pPr>
      <w:pStyle w:val="Nagwek"/>
      <w:pBdr>
        <w:bottom w:val="single" w:sz="4" w:space="1" w:color="9E9E9E"/>
      </w:pBdr>
      <w:spacing w:after="40"/>
      <w:jc w:val="center"/>
    </w:pPr>
    <w:r>
      <w:rPr>
        <w:i/>
        <w:color w:val="666666"/>
        <w:sz w:val="16"/>
      </w:rPr>
      <w:t>Szkoła Podstawowa nr 59 im. gen. J. H. Dąbrowskiego w Poznaniu</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CF918" w14:textId="77777777" w:rsidR="00C127F7" w:rsidRDefault="00000000">
    <w:pPr>
      <w:pStyle w:val="Nagwek"/>
      <w:pBdr>
        <w:bottom w:val="single" w:sz="4" w:space="1" w:color="9E9E9E"/>
      </w:pBdr>
      <w:spacing w:after="40"/>
      <w:jc w:val="center"/>
    </w:pPr>
    <w:r>
      <w:rPr>
        <w:i/>
        <w:color w:val="666666"/>
        <w:sz w:val="16"/>
      </w:rPr>
      <w:t>Szkoła Podstawowa nr 59 im. gen. J. H. Dąbrowskiego w Poznaniu</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0FDBE" w14:textId="77777777" w:rsidR="00C127F7" w:rsidRDefault="00000000">
    <w:pPr>
      <w:pStyle w:val="Nagwek"/>
      <w:pBdr>
        <w:bottom w:val="single" w:sz="4" w:space="1" w:color="9E9E9E"/>
      </w:pBdr>
      <w:spacing w:after="40"/>
      <w:jc w:val="center"/>
    </w:pPr>
    <w:r>
      <w:rPr>
        <w:i/>
        <w:color w:val="666666"/>
        <w:sz w:val="16"/>
      </w:rPr>
      <w:t>Szkoła Podstawowa nr 59 im. gen. J. H. Dąbrowskiego w Poznaniu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396514792">
    <w:abstractNumId w:val="8"/>
  </w:num>
  <w:num w:numId="2" w16cid:durableId="1962490657">
    <w:abstractNumId w:val="6"/>
  </w:num>
  <w:num w:numId="3" w16cid:durableId="2056542788">
    <w:abstractNumId w:val="5"/>
  </w:num>
  <w:num w:numId="4" w16cid:durableId="572473707">
    <w:abstractNumId w:val="4"/>
  </w:num>
  <w:num w:numId="5" w16cid:durableId="747965765">
    <w:abstractNumId w:val="7"/>
  </w:num>
  <w:num w:numId="6" w16cid:durableId="1100222080">
    <w:abstractNumId w:val="3"/>
  </w:num>
  <w:num w:numId="7" w16cid:durableId="2102530461">
    <w:abstractNumId w:val="2"/>
  </w:num>
  <w:num w:numId="8" w16cid:durableId="1064913300">
    <w:abstractNumId w:val="1"/>
  </w:num>
  <w:num w:numId="9" w16cid:durableId="803740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44AE"/>
    <w:rsid w:val="0015074B"/>
    <w:rsid w:val="0029639D"/>
    <w:rsid w:val="00326F90"/>
    <w:rsid w:val="005A297D"/>
    <w:rsid w:val="006101CF"/>
    <w:rsid w:val="00630FB4"/>
    <w:rsid w:val="00837586"/>
    <w:rsid w:val="008B64F6"/>
    <w:rsid w:val="009512DF"/>
    <w:rsid w:val="00AA1D8D"/>
    <w:rsid w:val="00B47730"/>
    <w:rsid w:val="00BC3A17"/>
    <w:rsid w:val="00BF3C44"/>
    <w:rsid w:val="00C127F7"/>
    <w:rsid w:val="00CB0664"/>
    <w:rsid w:val="00E52D2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570CA3"/>
  <w14:defaultImageDpi w14:val="300"/>
  <w15:docId w15:val="{8B6EFB91-5896-4055-9CA3-8DD92740D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40" w:lineRule="auto"/>
    </w:pPr>
    <w:rPr>
      <w:rFonts w:ascii="Garamond" w:eastAsia="Garamond" w:hAnsi="Garamond"/>
      <w:sz w:val="21"/>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0243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footer" Target="footer13.xml"/><Relationship Id="rId42" Type="http://schemas.openxmlformats.org/officeDocument/2006/relationships/footer" Target="footer17.xml"/><Relationship Id="rId47" Type="http://schemas.openxmlformats.org/officeDocument/2006/relationships/header" Target="header20.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1.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footer" Target="footer16.xml"/><Relationship Id="rId45"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43" Type="http://schemas.openxmlformats.org/officeDocument/2006/relationships/header" Target="header18.xml"/><Relationship Id="rId48" Type="http://schemas.openxmlformats.org/officeDocument/2006/relationships/footer" Target="foot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 Id="rId46" Type="http://schemas.openxmlformats.org/officeDocument/2006/relationships/footer" Target="footer19.xml"/><Relationship Id="rId20" Type="http://schemas.openxmlformats.org/officeDocument/2006/relationships/footer" Target="footer6.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4247</Words>
  <Characters>25482</Characters>
  <Application>Microsoft Office Word</Application>
  <DocSecurity>0</DocSecurity>
  <Lines>212</Lines>
  <Paragraphs>59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Regulamin Szkolnego Rzecznika Praw Ucznia SP59 wraz z załącznikami</vt:lpstr>
      <vt:lpstr/>
    </vt:vector>
  </TitlesOfParts>
  <Manager/>
  <Company/>
  <LinksUpToDate>false</LinksUpToDate>
  <CharactersWithSpaces>29670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Szkolnego Rzecznika Praw Ucznia SP59 wraz z załącznikami</dc:title>
  <dc:subject>Kompletny regulamin z edytowalnymi wzorami dokumentów</dc:subject>
  <dc:creator>Szkoła Podstawowa nr 59 im. gen. J. H. Dąbrowskiego w Poznaniu</dc:creator>
  <cp:keywords>Rzecznik Praw Ucznia, regulamin, załączniki, SP59</cp:keywords>
  <dc:description>generated by python-docx</dc:description>
  <cp:lastModifiedBy>Wicedyrektor</cp:lastModifiedBy>
  <cp:revision>3</cp:revision>
  <dcterms:created xsi:type="dcterms:W3CDTF">2026-10-02T14:43:00Z</dcterms:created>
  <dcterms:modified xsi:type="dcterms:W3CDTF">2026-10-02T14:57:00Z</dcterms:modified>
  <cp:category/>
</cp:coreProperties>
</file>